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73EE7" w14:textId="77777777" w:rsidR="00884DFA" w:rsidRPr="00F54F5A" w:rsidRDefault="00436074" w:rsidP="00CA634C">
      <w:pPr>
        <w:spacing w:before="120" w:after="0" w:line="240" w:lineRule="auto"/>
        <w:jc w:val="center"/>
        <w:rPr>
          <w:rFonts w:cs="Times New Roman"/>
          <w:sz w:val="28"/>
        </w:rPr>
      </w:pPr>
      <w:r w:rsidRPr="00F54F5A">
        <w:rPr>
          <w:rFonts w:eastAsia="Times New Roman" w:cs="Times New Roman"/>
          <w:b/>
          <w:sz w:val="28"/>
        </w:rPr>
        <w:t>PHỤ LỤC</w:t>
      </w:r>
    </w:p>
    <w:p w14:paraId="1F84FF2F" w14:textId="2E7580BF" w:rsidR="00884DFA" w:rsidRPr="00F54F5A" w:rsidRDefault="00436074" w:rsidP="00CA634C">
      <w:pPr>
        <w:spacing w:before="120" w:after="0" w:line="240" w:lineRule="auto"/>
        <w:jc w:val="center"/>
        <w:rPr>
          <w:rFonts w:cs="Times New Roman"/>
          <w:sz w:val="28"/>
        </w:rPr>
      </w:pPr>
      <w:r w:rsidRPr="00F54F5A">
        <w:rPr>
          <w:rFonts w:eastAsia="Times New Roman" w:cs="Times New Roman"/>
          <w:b/>
          <w:sz w:val="28"/>
        </w:rPr>
        <w:t xml:space="preserve">MẪU BÁO CÁO THỐNG KÊ THIỆT HẠI VỀ Y TẾ </w:t>
      </w:r>
      <w:r w:rsidR="00F54F5A">
        <w:rPr>
          <w:rFonts w:eastAsia="Times New Roman" w:cs="Times New Roman"/>
          <w:b/>
          <w:sz w:val="28"/>
        </w:rPr>
        <w:br/>
      </w:r>
      <w:r w:rsidRPr="00F54F5A">
        <w:rPr>
          <w:rFonts w:eastAsia="Times New Roman" w:cs="Times New Roman"/>
          <w:b/>
          <w:sz w:val="28"/>
        </w:rPr>
        <w:t>DO DỊCH BỆNH GÂY RA</w:t>
      </w:r>
      <w:r w:rsidR="00EC6DFF">
        <w:rPr>
          <w:rFonts w:eastAsia="Times New Roman" w:cs="Times New Roman"/>
          <w:b/>
          <w:sz w:val="28"/>
        </w:rPr>
        <w:t xml:space="preserve"> TRONG HOẠT ĐỘNG PHÒNG THỦ DÂN SỰ</w:t>
      </w:r>
    </w:p>
    <w:p w14:paraId="118FE01F" w14:textId="77777777" w:rsidR="00884DFA" w:rsidRPr="0028694B" w:rsidRDefault="00884DFA" w:rsidP="00CA634C">
      <w:pPr>
        <w:spacing w:before="120" w:after="0" w:line="240" w:lineRule="auto"/>
        <w:rPr>
          <w:rFonts w:cs="Times New Roman"/>
          <w:sz w:val="12"/>
        </w:rPr>
      </w:pPr>
    </w:p>
    <w:p w14:paraId="5795B43E" w14:textId="77777777" w:rsidR="00884DFA" w:rsidRPr="0028694B" w:rsidRDefault="00884DFA" w:rsidP="00CA634C">
      <w:pPr>
        <w:spacing w:before="120" w:after="0" w:line="240" w:lineRule="auto"/>
        <w:rPr>
          <w:rFonts w:cs="Times New Roman"/>
          <w:sz w:val="12"/>
        </w:rPr>
      </w:pPr>
    </w:p>
    <w:tbl>
      <w:tblPr>
        <w:tblW w:w="4728"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125"/>
        <w:gridCol w:w="12370"/>
      </w:tblGrid>
      <w:tr w:rsidR="00884DFA" w:rsidRPr="00F54F5A" w14:paraId="5E51B320" w14:textId="77777777" w:rsidTr="00FE4CAC">
        <w:trPr>
          <w:cantSplit/>
          <w:tblHeader/>
          <w:jc w:val="center"/>
        </w:trPr>
        <w:tc>
          <w:tcPr>
            <w:tcW w:w="417" w:type="pct"/>
            <w:shd w:val="clear" w:color="auto" w:fill="E7E6E6"/>
            <w:tcMar>
              <w:top w:w="50" w:type="dxa"/>
              <w:left w:w="60" w:type="dxa"/>
              <w:bottom w:w="50" w:type="dxa"/>
              <w:right w:w="60" w:type="dxa"/>
            </w:tcMar>
            <w:vAlign w:val="center"/>
          </w:tcPr>
          <w:p w14:paraId="25308418" w14:textId="77777777" w:rsidR="00884DFA" w:rsidRPr="00F54F5A" w:rsidRDefault="00436074" w:rsidP="00F54F5A">
            <w:pPr>
              <w:spacing w:after="0" w:line="240" w:lineRule="auto"/>
              <w:jc w:val="center"/>
              <w:rPr>
                <w:rFonts w:cs="Times New Roman"/>
                <w:sz w:val="24"/>
                <w:szCs w:val="24"/>
              </w:rPr>
            </w:pPr>
            <w:r w:rsidRPr="00F54F5A">
              <w:rPr>
                <w:rFonts w:eastAsia="Times New Roman" w:cs="Times New Roman"/>
                <w:b/>
                <w:sz w:val="24"/>
                <w:szCs w:val="24"/>
              </w:rPr>
              <w:t>Mẫu</w:t>
            </w:r>
          </w:p>
        </w:tc>
        <w:tc>
          <w:tcPr>
            <w:tcW w:w="4583" w:type="pct"/>
            <w:shd w:val="clear" w:color="auto" w:fill="E7E6E6"/>
            <w:tcMar>
              <w:top w:w="50" w:type="dxa"/>
              <w:left w:w="60" w:type="dxa"/>
              <w:bottom w:w="50" w:type="dxa"/>
              <w:right w:w="60" w:type="dxa"/>
            </w:tcMar>
            <w:vAlign w:val="center"/>
          </w:tcPr>
          <w:p w14:paraId="514850D4" w14:textId="77777777" w:rsidR="00884DFA" w:rsidRPr="00F54F5A" w:rsidRDefault="00436074" w:rsidP="00F54F5A">
            <w:pPr>
              <w:spacing w:after="0" w:line="240" w:lineRule="auto"/>
              <w:jc w:val="center"/>
              <w:rPr>
                <w:rFonts w:cs="Times New Roman"/>
                <w:sz w:val="24"/>
                <w:szCs w:val="24"/>
              </w:rPr>
            </w:pPr>
            <w:r w:rsidRPr="00F54F5A">
              <w:rPr>
                <w:rFonts w:eastAsia="Times New Roman" w:cs="Times New Roman"/>
                <w:b/>
                <w:sz w:val="24"/>
                <w:szCs w:val="24"/>
              </w:rPr>
              <w:t>Tên biểu mẫu</w:t>
            </w:r>
          </w:p>
        </w:tc>
      </w:tr>
      <w:tr w:rsidR="00884DFA" w:rsidRPr="00F54F5A" w14:paraId="1CDF9996" w14:textId="77777777" w:rsidTr="00FE4CAC">
        <w:trPr>
          <w:cantSplit/>
          <w:jc w:val="center"/>
        </w:trPr>
        <w:tc>
          <w:tcPr>
            <w:tcW w:w="417" w:type="pct"/>
            <w:tcMar>
              <w:top w:w="50" w:type="dxa"/>
              <w:left w:w="60" w:type="dxa"/>
              <w:bottom w:w="50" w:type="dxa"/>
              <w:right w:w="60" w:type="dxa"/>
            </w:tcMar>
            <w:vAlign w:val="center"/>
          </w:tcPr>
          <w:p w14:paraId="7F51B1DB" w14:textId="77777777" w:rsidR="00884DFA" w:rsidRPr="00F54F5A" w:rsidRDefault="00436074" w:rsidP="00F54F5A">
            <w:pPr>
              <w:spacing w:after="0" w:line="240" w:lineRule="auto"/>
              <w:jc w:val="center"/>
              <w:rPr>
                <w:rFonts w:cs="Times New Roman"/>
                <w:sz w:val="24"/>
                <w:szCs w:val="24"/>
              </w:rPr>
            </w:pPr>
            <w:r w:rsidRPr="00F54F5A">
              <w:rPr>
                <w:rFonts w:eastAsia="Times New Roman" w:cs="Times New Roman"/>
                <w:sz w:val="24"/>
                <w:szCs w:val="24"/>
              </w:rPr>
              <w:t>01</w:t>
            </w:r>
          </w:p>
        </w:tc>
        <w:tc>
          <w:tcPr>
            <w:tcW w:w="4583" w:type="pct"/>
            <w:tcMar>
              <w:top w:w="50" w:type="dxa"/>
              <w:left w:w="60" w:type="dxa"/>
              <w:bottom w:w="50" w:type="dxa"/>
              <w:right w:w="60" w:type="dxa"/>
            </w:tcMar>
            <w:vAlign w:val="center"/>
          </w:tcPr>
          <w:p w14:paraId="7C211996" w14:textId="679FD986" w:rsidR="00884DFA" w:rsidRPr="00F54F5A" w:rsidRDefault="00436074" w:rsidP="00F54F5A">
            <w:pPr>
              <w:spacing w:after="0" w:line="240" w:lineRule="auto"/>
              <w:rPr>
                <w:rFonts w:cs="Times New Roman"/>
                <w:sz w:val="24"/>
                <w:szCs w:val="24"/>
              </w:rPr>
            </w:pPr>
            <w:r w:rsidRPr="00F54F5A">
              <w:rPr>
                <w:rFonts w:eastAsia="Times New Roman" w:cs="Times New Roman"/>
                <w:sz w:val="24"/>
                <w:szCs w:val="24"/>
              </w:rPr>
              <w:t xml:space="preserve">Báo cáo ngày </w:t>
            </w:r>
            <w:r w:rsidR="00786291" w:rsidRPr="00F54F5A">
              <w:rPr>
                <w:rFonts w:eastAsia="Times New Roman" w:cs="Times New Roman"/>
                <w:sz w:val="24"/>
                <w:szCs w:val="24"/>
              </w:rPr>
              <w:t xml:space="preserve">thiệt hại về y tế do dịch bệnh gây ra (dùng cho </w:t>
            </w:r>
            <w:r w:rsidRPr="00F54F5A">
              <w:rPr>
                <w:rFonts w:eastAsia="Times New Roman" w:cs="Times New Roman"/>
                <w:sz w:val="24"/>
                <w:szCs w:val="24"/>
              </w:rPr>
              <w:t>cơ sở khám bệnh, chữa bệnh</w:t>
            </w:r>
            <w:r w:rsidR="00786291" w:rsidRPr="00F54F5A">
              <w:rPr>
                <w:rFonts w:eastAsia="Times New Roman" w:cs="Times New Roman"/>
                <w:sz w:val="24"/>
                <w:szCs w:val="24"/>
              </w:rPr>
              <w:t>)</w:t>
            </w:r>
          </w:p>
        </w:tc>
      </w:tr>
      <w:tr w:rsidR="00884DFA" w:rsidRPr="00F54F5A" w14:paraId="7823DEBB" w14:textId="77777777" w:rsidTr="00FE4CAC">
        <w:trPr>
          <w:cantSplit/>
          <w:jc w:val="center"/>
        </w:trPr>
        <w:tc>
          <w:tcPr>
            <w:tcW w:w="417" w:type="pct"/>
            <w:tcMar>
              <w:top w:w="50" w:type="dxa"/>
              <w:left w:w="60" w:type="dxa"/>
              <w:bottom w:w="50" w:type="dxa"/>
              <w:right w:w="60" w:type="dxa"/>
            </w:tcMar>
            <w:vAlign w:val="center"/>
          </w:tcPr>
          <w:p w14:paraId="4913E057" w14:textId="77777777" w:rsidR="00884DFA" w:rsidRPr="00F54F5A" w:rsidRDefault="00436074" w:rsidP="00F54F5A">
            <w:pPr>
              <w:spacing w:after="0" w:line="240" w:lineRule="auto"/>
              <w:jc w:val="center"/>
              <w:rPr>
                <w:rFonts w:cs="Times New Roman"/>
                <w:sz w:val="24"/>
                <w:szCs w:val="24"/>
              </w:rPr>
            </w:pPr>
            <w:r w:rsidRPr="00F54F5A">
              <w:rPr>
                <w:rFonts w:eastAsia="Times New Roman" w:cs="Times New Roman"/>
                <w:sz w:val="24"/>
                <w:szCs w:val="24"/>
              </w:rPr>
              <w:t>02</w:t>
            </w:r>
          </w:p>
        </w:tc>
        <w:tc>
          <w:tcPr>
            <w:tcW w:w="4583" w:type="pct"/>
            <w:tcMar>
              <w:top w:w="50" w:type="dxa"/>
              <w:left w:w="60" w:type="dxa"/>
              <w:bottom w:w="50" w:type="dxa"/>
              <w:right w:w="60" w:type="dxa"/>
            </w:tcMar>
            <w:vAlign w:val="center"/>
          </w:tcPr>
          <w:p w14:paraId="1A924313" w14:textId="7A68C65D" w:rsidR="00884DFA" w:rsidRPr="00F54F5A" w:rsidRDefault="00436074" w:rsidP="00F54F5A">
            <w:pPr>
              <w:spacing w:after="0" w:line="240" w:lineRule="auto"/>
              <w:rPr>
                <w:rFonts w:cs="Times New Roman"/>
                <w:sz w:val="24"/>
                <w:szCs w:val="24"/>
              </w:rPr>
            </w:pPr>
            <w:r w:rsidRPr="00F54F5A">
              <w:rPr>
                <w:rFonts w:eastAsia="Times New Roman" w:cs="Times New Roman"/>
                <w:sz w:val="24"/>
                <w:szCs w:val="24"/>
              </w:rPr>
              <w:t xml:space="preserve">Báo cáo ngày </w:t>
            </w:r>
            <w:r w:rsidR="00786291" w:rsidRPr="00F54F5A">
              <w:rPr>
                <w:rFonts w:eastAsia="Times New Roman" w:cs="Times New Roman"/>
                <w:sz w:val="24"/>
                <w:szCs w:val="24"/>
              </w:rPr>
              <w:t>thiệt hại về y tế do dịch bệnh gây ra (dùng cho</w:t>
            </w:r>
            <w:r w:rsidRPr="00F54F5A">
              <w:rPr>
                <w:rFonts w:eastAsia="Times New Roman" w:cs="Times New Roman"/>
                <w:sz w:val="24"/>
                <w:szCs w:val="24"/>
              </w:rPr>
              <w:t xml:space="preserve"> Trạm Y tế cấp xã</w:t>
            </w:r>
            <w:r w:rsidR="00786291" w:rsidRPr="00F54F5A">
              <w:rPr>
                <w:rFonts w:eastAsia="Times New Roman" w:cs="Times New Roman"/>
                <w:sz w:val="24"/>
                <w:szCs w:val="24"/>
              </w:rPr>
              <w:t>)</w:t>
            </w:r>
          </w:p>
        </w:tc>
      </w:tr>
      <w:tr w:rsidR="00441BAE" w:rsidRPr="00F54F5A" w14:paraId="4707C63B" w14:textId="77777777" w:rsidTr="00FE4CAC">
        <w:trPr>
          <w:cantSplit/>
          <w:jc w:val="center"/>
        </w:trPr>
        <w:tc>
          <w:tcPr>
            <w:tcW w:w="417" w:type="pct"/>
            <w:tcMar>
              <w:top w:w="50" w:type="dxa"/>
              <w:left w:w="60" w:type="dxa"/>
              <w:bottom w:w="50" w:type="dxa"/>
              <w:right w:w="60" w:type="dxa"/>
            </w:tcMar>
            <w:vAlign w:val="center"/>
          </w:tcPr>
          <w:p w14:paraId="4B7E3AE7" w14:textId="0C3DFDFA" w:rsidR="00441BAE" w:rsidRPr="00F54F5A" w:rsidRDefault="006F61CF" w:rsidP="00F54F5A">
            <w:pPr>
              <w:spacing w:after="0" w:line="240" w:lineRule="auto"/>
              <w:jc w:val="center"/>
              <w:rPr>
                <w:rFonts w:eastAsia="Times New Roman" w:cs="Times New Roman"/>
                <w:sz w:val="24"/>
                <w:szCs w:val="24"/>
              </w:rPr>
            </w:pPr>
            <w:r w:rsidRPr="00F54F5A">
              <w:rPr>
                <w:rFonts w:eastAsia="Times New Roman" w:cs="Times New Roman"/>
                <w:sz w:val="24"/>
                <w:szCs w:val="24"/>
              </w:rPr>
              <w:t>03</w:t>
            </w:r>
          </w:p>
        </w:tc>
        <w:tc>
          <w:tcPr>
            <w:tcW w:w="4583" w:type="pct"/>
            <w:tcMar>
              <w:top w:w="50" w:type="dxa"/>
              <w:left w:w="60" w:type="dxa"/>
              <w:bottom w:w="50" w:type="dxa"/>
              <w:right w:w="60" w:type="dxa"/>
            </w:tcMar>
            <w:vAlign w:val="center"/>
          </w:tcPr>
          <w:p w14:paraId="44A69DFD" w14:textId="013EB6C7" w:rsidR="00441BAE" w:rsidRPr="00F54F5A" w:rsidRDefault="00B759C2" w:rsidP="00F54F5A">
            <w:pPr>
              <w:spacing w:after="0" w:line="240" w:lineRule="auto"/>
              <w:rPr>
                <w:rFonts w:eastAsia="Times New Roman" w:cs="Times New Roman"/>
                <w:sz w:val="24"/>
                <w:szCs w:val="24"/>
              </w:rPr>
            </w:pPr>
            <w:r w:rsidRPr="00F54F5A">
              <w:rPr>
                <w:rFonts w:eastAsia="Times New Roman" w:cs="Times New Roman"/>
                <w:sz w:val="24"/>
                <w:szCs w:val="24"/>
              </w:rPr>
              <w:t xml:space="preserve">Báo cáo ngày </w:t>
            </w:r>
            <w:r w:rsidR="0040690F" w:rsidRPr="00F54F5A">
              <w:rPr>
                <w:rFonts w:eastAsia="Times New Roman" w:cs="Times New Roman"/>
                <w:sz w:val="24"/>
                <w:szCs w:val="24"/>
              </w:rPr>
              <w:t xml:space="preserve">thiệt hại </w:t>
            </w:r>
            <w:r w:rsidR="00A83A07" w:rsidRPr="00F54F5A">
              <w:rPr>
                <w:rFonts w:eastAsia="Times New Roman" w:cs="Times New Roman"/>
                <w:sz w:val="24"/>
                <w:szCs w:val="24"/>
              </w:rPr>
              <w:t xml:space="preserve">về y tế do dịch bệnh gây ra (dùng cho </w:t>
            </w:r>
            <w:r w:rsidR="00162E34" w:rsidRPr="00F54F5A">
              <w:rPr>
                <w:rFonts w:eastAsia="Times New Roman" w:cs="Times New Roman"/>
                <w:sz w:val="24"/>
                <w:szCs w:val="24"/>
              </w:rPr>
              <w:t>Sở Y tế)</w:t>
            </w:r>
          </w:p>
        </w:tc>
      </w:tr>
      <w:tr w:rsidR="00162E34" w:rsidRPr="00F54F5A" w14:paraId="60FC07EC" w14:textId="77777777" w:rsidTr="00FE4CAC">
        <w:trPr>
          <w:cantSplit/>
          <w:jc w:val="center"/>
        </w:trPr>
        <w:tc>
          <w:tcPr>
            <w:tcW w:w="417" w:type="pct"/>
            <w:tcMar>
              <w:top w:w="50" w:type="dxa"/>
              <w:left w:w="60" w:type="dxa"/>
              <w:bottom w:w="50" w:type="dxa"/>
              <w:right w:w="60" w:type="dxa"/>
            </w:tcMar>
            <w:vAlign w:val="center"/>
          </w:tcPr>
          <w:p w14:paraId="132499EE" w14:textId="33FD9DA2" w:rsidR="00162E34" w:rsidRPr="00F54F5A" w:rsidRDefault="00162E34" w:rsidP="00F54F5A">
            <w:pPr>
              <w:spacing w:after="0" w:line="240" w:lineRule="auto"/>
              <w:jc w:val="center"/>
              <w:rPr>
                <w:rFonts w:cs="Times New Roman"/>
                <w:sz w:val="24"/>
                <w:szCs w:val="24"/>
              </w:rPr>
            </w:pPr>
            <w:r w:rsidRPr="00F54F5A">
              <w:rPr>
                <w:rFonts w:eastAsia="Times New Roman" w:cs="Times New Roman"/>
                <w:sz w:val="24"/>
                <w:szCs w:val="24"/>
              </w:rPr>
              <w:t>0</w:t>
            </w:r>
            <w:r w:rsidR="002165F3" w:rsidRPr="00F54F5A">
              <w:rPr>
                <w:rFonts w:eastAsia="Times New Roman" w:cs="Times New Roman"/>
                <w:sz w:val="24"/>
                <w:szCs w:val="24"/>
              </w:rPr>
              <w:t>4</w:t>
            </w:r>
          </w:p>
        </w:tc>
        <w:tc>
          <w:tcPr>
            <w:tcW w:w="4583" w:type="pct"/>
            <w:tcMar>
              <w:top w:w="50" w:type="dxa"/>
              <w:left w:w="60" w:type="dxa"/>
              <w:bottom w:w="50" w:type="dxa"/>
              <w:right w:w="60" w:type="dxa"/>
            </w:tcMar>
            <w:vAlign w:val="center"/>
          </w:tcPr>
          <w:p w14:paraId="7E320BCF" w14:textId="221DF926" w:rsidR="00162E34" w:rsidRPr="00F54F5A" w:rsidRDefault="00162E34" w:rsidP="00F54F5A">
            <w:pPr>
              <w:spacing w:after="0" w:line="240" w:lineRule="auto"/>
              <w:rPr>
                <w:rFonts w:cs="Times New Roman"/>
                <w:sz w:val="24"/>
                <w:szCs w:val="24"/>
              </w:rPr>
            </w:pPr>
            <w:r w:rsidRPr="00F54F5A">
              <w:rPr>
                <w:rFonts w:eastAsia="Times New Roman" w:cs="Times New Roman"/>
                <w:sz w:val="24"/>
                <w:szCs w:val="24"/>
              </w:rPr>
              <w:t xml:space="preserve">Báo cáo tổng hợp thiệt hại </w:t>
            </w:r>
            <w:r w:rsidR="00DB7271" w:rsidRPr="00F54F5A">
              <w:rPr>
                <w:rFonts w:eastAsia="Times New Roman" w:cs="Times New Roman"/>
                <w:sz w:val="24"/>
                <w:szCs w:val="24"/>
              </w:rPr>
              <w:t xml:space="preserve">về y tế do dịch bệnh gây ra (dùng cho </w:t>
            </w:r>
            <w:r w:rsidRPr="00F54F5A">
              <w:rPr>
                <w:rFonts w:eastAsia="Times New Roman" w:cs="Times New Roman"/>
                <w:sz w:val="24"/>
                <w:szCs w:val="24"/>
              </w:rPr>
              <w:t>cơ sở khám bệnh, chữa bệnh</w:t>
            </w:r>
            <w:r w:rsidR="00DB7271" w:rsidRPr="00F54F5A">
              <w:rPr>
                <w:rFonts w:eastAsia="Times New Roman" w:cs="Times New Roman"/>
                <w:sz w:val="24"/>
                <w:szCs w:val="24"/>
              </w:rPr>
              <w:t>)</w:t>
            </w:r>
          </w:p>
        </w:tc>
      </w:tr>
      <w:tr w:rsidR="00162E34" w:rsidRPr="00F54F5A" w14:paraId="0AFE56ED" w14:textId="77777777" w:rsidTr="00FE4CAC">
        <w:trPr>
          <w:cantSplit/>
          <w:jc w:val="center"/>
        </w:trPr>
        <w:tc>
          <w:tcPr>
            <w:tcW w:w="417" w:type="pct"/>
            <w:tcMar>
              <w:top w:w="50" w:type="dxa"/>
              <w:left w:w="60" w:type="dxa"/>
              <w:bottom w:w="50" w:type="dxa"/>
              <w:right w:w="60" w:type="dxa"/>
            </w:tcMar>
            <w:vAlign w:val="center"/>
          </w:tcPr>
          <w:p w14:paraId="3FC8CF29" w14:textId="2C8CDB8D" w:rsidR="00162E34" w:rsidRPr="00F54F5A" w:rsidRDefault="00162E34" w:rsidP="00F54F5A">
            <w:pPr>
              <w:spacing w:after="0" w:line="240" w:lineRule="auto"/>
              <w:jc w:val="center"/>
              <w:rPr>
                <w:rFonts w:cs="Times New Roman"/>
                <w:sz w:val="24"/>
                <w:szCs w:val="24"/>
              </w:rPr>
            </w:pPr>
            <w:r w:rsidRPr="00F54F5A">
              <w:rPr>
                <w:rFonts w:eastAsia="Times New Roman" w:cs="Times New Roman"/>
                <w:sz w:val="24"/>
                <w:szCs w:val="24"/>
              </w:rPr>
              <w:t>0</w:t>
            </w:r>
            <w:r w:rsidR="002165F3" w:rsidRPr="00F54F5A">
              <w:rPr>
                <w:rFonts w:eastAsia="Times New Roman" w:cs="Times New Roman"/>
                <w:sz w:val="24"/>
                <w:szCs w:val="24"/>
              </w:rPr>
              <w:t>5</w:t>
            </w:r>
          </w:p>
        </w:tc>
        <w:tc>
          <w:tcPr>
            <w:tcW w:w="4583" w:type="pct"/>
            <w:tcMar>
              <w:top w:w="50" w:type="dxa"/>
              <w:left w:w="60" w:type="dxa"/>
              <w:bottom w:w="50" w:type="dxa"/>
              <w:right w:w="60" w:type="dxa"/>
            </w:tcMar>
            <w:vAlign w:val="center"/>
          </w:tcPr>
          <w:p w14:paraId="15C03D5A" w14:textId="2905B676" w:rsidR="00162E34" w:rsidRPr="00F54F5A" w:rsidRDefault="00162E34" w:rsidP="00F54F5A">
            <w:pPr>
              <w:spacing w:after="0" w:line="240" w:lineRule="auto"/>
              <w:rPr>
                <w:rFonts w:cs="Times New Roman"/>
                <w:sz w:val="24"/>
                <w:szCs w:val="24"/>
              </w:rPr>
            </w:pPr>
            <w:r w:rsidRPr="00F54F5A">
              <w:rPr>
                <w:rFonts w:eastAsia="Times New Roman" w:cs="Times New Roman"/>
                <w:sz w:val="24"/>
                <w:szCs w:val="24"/>
              </w:rPr>
              <w:t xml:space="preserve">Báo cáo tổng hợp thiệt hại </w:t>
            </w:r>
            <w:r w:rsidR="00DB7271" w:rsidRPr="00F54F5A">
              <w:rPr>
                <w:rFonts w:eastAsia="Times New Roman" w:cs="Times New Roman"/>
                <w:sz w:val="24"/>
                <w:szCs w:val="24"/>
              </w:rPr>
              <w:t>về y tế do dịch bệnh gây ra (dùng cho</w:t>
            </w:r>
            <w:r w:rsidR="0028694B">
              <w:rPr>
                <w:rFonts w:eastAsia="Times New Roman" w:cs="Times New Roman"/>
                <w:sz w:val="24"/>
                <w:szCs w:val="24"/>
              </w:rPr>
              <w:t xml:space="preserve"> </w:t>
            </w:r>
            <w:r w:rsidRPr="00F54F5A">
              <w:rPr>
                <w:rFonts w:eastAsia="Times New Roman" w:cs="Times New Roman"/>
                <w:sz w:val="24"/>
                <w:szCs w:val="24"/>
              </w:rPr>
              <w:t>Trạm Y tế cấp xã</w:t>
            </w:r>
            <w:r w:rsidR="00DB7271" w:rsidRPr="00F54F5A">
              <w:rPr>
                <w:rFonts w:eastAsia="Times New Roman" w:cs="Times New Roman"/>
                <w:sz w:val="24"/>
                <w:szCs w:val="24"/>
              </w:rPr>
              <w:t>)</w:t>
            </w:r>
          </w:p>
        </w:tc>
      </w:tr>
      <w:tr w:rsidR="00162E34" w:rsidRPr="00F54F5A" w14:paraId="6F21F360" w14:textId="77777777" w:rsidTr="00FE4CAC">
        <w:trPr>
          <w:cantSplit/>
          <w:jc w:val="center"/>
        </w:trPr>
        <w:tc>
          <w:tcPr>
            <w:tcW w:w="417" w:type="pct"/>
            <w:tcMar>
              <w:top w:w="50" w:type="dxa"/>
              <w:left w:w="60" w:type="dxa"/>
              <w:bottom w:w="50" w:type="dxa"/>
              <w:right w:w="60" w:type="dxa"/>
            </w:tcMar>
            <w:vAlign w:val="center"/>
          </w:tcPr>
          <w:p w14:paraId="5A598289" w14:textId="5DD3C649" w:rsidR="00162E34" w:rsidRPr="00F54F5A" w:rsidRDefault="00162E34" w:rsidP="00F54F5A">
            <w:pPr>
              <w:spacing w:after="0" w:line="240" w:lineRule="auto"/>
              <w:jc w:val="center"/>
              <w:rPr>
                <w:rFonts w:cs="Times New Roman"/>
                <w:sz w:val="24"/>
                <w:szCs w:val="24"/>
              </w:rPr>
            </w:pPr>
            <w:r w:rsidRPr="00F54F5A">
              <w:rPr>
                <w:rFonts w:eastAsia="Times New Roman" w:cs="Times New Roman"/>
                <w:sz w:val="24"/>
                <w:szCs w:val="24"/>
              </w:rPr>
              <w:t>0</w:t>
            </w:r>
            <w:r w:rsidR="002165F3" w:rsidRPr="00F54F5A">
              <w:rPr>
                <w:rFonts w:eastAsia="Times New Roman" w:cs="Times New Roman"/>
                <w:sz w:val="24"/>
                <w:szCs w:val="24"/>
              </w:rPr>
              <w:t>6</w:t>
            </w:r>
          </w:p>
        </w:tc>
        <w:tc>
          <w:tcPr>
            <w:tcW w:w="4583" w:type="pct"/>
            <w:tcMar>
              <w:top w:w="50" w:type="dxa"/>
              <w:left w:w="60" w:type="dxa"/>
              <w:bottom w:w="50" w:type="dxa"/>
              <w:right w:w="60" w:type="dxa"/>
            </w:tcMar>
            <w:vAlign w:val="center"/>
          </w:tcPr>
          <w:p w14:paraId="36F1A3B4" w14:textId="141A95FA" w:rsidR="00162E34" w:rsidRPr="00F54F5A" w:rsidRDefault="00162E34" w:rsidP="00F54F5A">
            <w:pPr>
              <w:spacing w:after="0" w:line="240" w:lineRule="auto"/>
              <w:rPr>
                <w:rFonts w:cs="Times New Roman"/>
                <w:sz w:val="24"/>
                <w:szCs w:val="24"/>
              </w:rPr>
            </w:pPr>
            <w:r w:rsidRPr="00F54F5A">
              <w:rPr>
                <w:rFonts w:eastAsia="Times New Roman" w:cs="Times New Roman"/>
                <w:sz w:val="24"/>
                <w:szCs w:val="24"/>
              </w:rPr>
              <w:t xml:space="preserve">Báo cáo tổng hợp thiệt hại </w:t>
            </w:r>
            <w:r w:rsidR="00DB7271" w:rsidRPr="00F54F5A">
              <w:rPr>
                <w:rFonts w:eastAsia="Times New Roman" w:cs="Times New Roman"/>
                <w:sz w:val="24"/>
                <w:szCs w:val="24"/>
              </w:rPr>
              <w:t>về y tế do dịch bệnh gây ra (dùng cho</w:t>
            </w:r>
            <w:r w:rsidRPr="00F54F5A">
              <w:rPr>
                <w:rFonts w:eastAsia="Times New Roman" w:cs="Times New Roman"/>
                <w:sz w:val="24"/>
                <w:szCs w:val="24"/>
              </w:rPr>
              <w:t xml:space="preserve"> Sở Y tế</w:t>
            </w:r>
            <w:r w:rsidR="00DB7271" w:rsidRPr="00F54F5A">
              <w:rPr>
                <w:rFonts w:eastAsia="Times New Roman" w:cs="Times New Roman"/>
                <w:sz w:val="24"/>
                <w:szCs w:val="24"/>
              </w:rPr>
              <w:t>)</w:t>
            </w:r>
          </w:p>
        </w:tc>
      </w:tr>
    </w:tbl>
    <w:p w14:paraId="02C23838" w14:textId="77777777" w:rsidR="00884DFA" w:rsidRPr="00F54F5A" w:rsidRDefault="00436074" w:rsidP="00CA634C">
      <w:pPr>
        <w:pageBreakBefore/>
        <w:spacing w:before="120" w:after="0" w:line="240" w:lineRule="auto"/>
        <w:jc w:val="right"/>
        <w:rPr>
          <w:rFonts w:cs="Times New Roman"/>
          <w:sz w:val="26"/>
        </w:rPr>
      </w:pPr>
      <w:r w:rsidRPr="00F54F5A">
        <w:rPr>
          <w:rFonts w:eastAsia="Times New Roman" w:cs="Times New Roman"/>
          <w:b/>
          <w:sz w:val="26"/>
        </w:rPr>
        <w:lastRenderedPageBreak/>
        <w:t>Mẫu số 01</w:t>
      </w:r>
    </w:p>
    <w:tbl>
      <w:tblPr>
        <w:tblW w:w="14280" w:type="dxa"/>
        <w:jc w:val="center"/>
        <w:tblBorders>
          <w:top w:val="nil"/>
          <w:left w:val="nil"/>
          <w:bottom w:val="nil"/>
          <w:right w:val="nil"/>
          <w:insideH w:val="nil"/>
          <w:insideV w:val="nil"/>
        </w:tblBorders>
        <w:tblLayout w:type="fixed"/>
        <w:tblLook w:val="04A0" w:firstRow="1" w:lastRow="0" w:firstColumn="1" w:lastColumn="0" w:noHBand="0" w:noVBand="1"/>
      </w:tblPr>
      <w:tblGrid>
        <w:gridCol w:w="6708"/>
        <w:gridCol w:w="7572"/>
      </w:tblGrid>
      <w:tr w:rsidR="00884DFA" w:rsidRPr="00F54F5A" w14:paraId="5A0B8735" w14:textId="77777777" w:rsidTr="00F54F5A">
        <w:trPr>
          <w:jc w:val="center"/>
        </w:trPr>
        <w:tc>
          <w:tcPr>
            <w:tcW w:w="7030" w:type="dxa"/>
            <w:tcMar>
              <w:top w:w="50" w:type="dxa"/>
              <w:left w:w="60" w:type="dxa"/>
              <w:bottom w:w="50" w:type="dxa"/>
              <w:right w:w="60" w:type="dxa"/>
            </w:tcMar>
            <w:vAlign w:val="center"/>
          </w:tcPr>
          <w:p w14:paraId="6FF35B5D"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CƠ QUAN CHỦ QUẢN</w:t>
            </w:r>
          </w:p>
          <w:p w14:paraId="6604E044" w14:textId="77777777" w:rsidR="00884DFA" w:rsidRPr="00F54F5A" w:rsidRDefault="00436074" w:rsidP="00F54F5A">
            <w:pPr>
              <w:spacing w:after="0" w:line="240" w:lineRule="auto"/>
              <w:jc w:val="center"/>
              <w:rPr>
                <w:rFonts w:cs="Times New Roman"/>
                <w:b/>
                <w:sz w:val="24"/>
              </w:rPr>
            </w:pPr>
            <w:r w:rsidRPr="00F54F5A">
              <w:rPr>
                <w:rFonts w:eastAsia="Times New Roman" w:cs="Times New Roman"/>
                <w:b/>
                <w:sz w:val="24"/>
              </w:rPr>
              <w:t>CƠ SỞ KHÁM BỆNH, CHỮA BỆNH</w:t>
            </w:r>
          </w:p>
        </w:tc>
        <w:tc>
          <w:tcPr>
            <w:tcW w:w="7937" w:type="dxa"/>
            <w:tcMar>
              <w:top w:w="50" w:type="dxa"/>
              <w:left w:w="60" w:type="dxa"/>
              <w:bottom w:w="50" w:type="dxa"/>
              <w:right w:w="60" w:type="dxa"/>
            </w:tcMar>
            <w:vAlign w:val="center"/>
          </w:tcPr>
          <w:p w14:paraId="641C8D9B" w14:textId="43B7CEFA"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CỘNG HÒA XÃ HỘI CHỦ NGHĨA VIỆT NAM</w:t>
            </w:r>
          </w:p>
          <w:p w14:paraId="36716BA5" w14:textId="77777777" w:rsidR="00884DFA" w:rsidRPr="00F54F5A" w:rsidRDefault="00436074" w:rsidP="00F54F5A">
            <w:pPr>
              <w:spacing w:after="0" w:line="240" w:lineRule="auto"/>
              <w:jc w:val="center"/>
              <w:rPr>
                <w:rFonts w:cs="Times New Roman"/>
                <w:b/>
                <w:sz w:val="26"/>
              </w:rPr>
            </w:pPr>
            <w:r w:rsidRPr="00F54F5A">
              <w:rPr>
                <w:rFonts w:eastAsia="Times New Roman" w:cs="Times New Roman"/>
                <w:b/>
                <w:sz w:val="26"/>
              </w:rPr>
              <w:t>Độc lập - Tự do - Hạnh phúc</w:t>
            </w:r>
          </w:p>
          <w:p w14:paraId="383B67D7" w14:textId="42F49875" w:rsidR="00884DFA" w:rsidRPr="005D009C" w:rsidRDefault="005D009C" w:rsidP="005D009C">
            <w:pPr>
              <w:spacing w:after="0" w:line="240" w:lineRule="auto"/>
              <w:jc w:val="center"/>
              <w:rPr>
                <w:rFonts w:cs="Times New Roman"/>
                <w:sz w:val="26"/>
                <w:u w:val="single"/>
              </w:rPr>
            </w:pPr>
            <w:r w:rsidRPr="005D009C">
              <w:rPr>
                <w:rFonts w:eastAsia="Times New Roman" w:cs="Times New Roman"/>
                <w:sz w:val="26"/>
                <w:u w:val="single"/>
              </w:rPr>
              <w:t>                                                </w:t>
            </w:r>
          </w:p>
        </w:tc>
      </w:tr>
    </w:tbl>
    <w:p w14:paraId="074EEFDF" w14:textId="77777777" w:rsidR="00884DFA" w:rsidRPr="00F54F5A" w:rsidRDefault="00436074" w:rsidP="00CA634C">
      <w:pPr>
        <w:spacing w:before="120" w:after="0" w:line="240" w:lineRule="auto"/>
        <w:jc w:val="center"/>
        <w:rPr>
          <w:rFonts w:cs="Times New Roman"/>
          <w:sz w:val="28"/>
        </w:rPr>
      </w:pPr>
      <w:r w:rsidRPr="00F54F5A">
        <w:rPr>
          <w:rFonts w:eastAsia="Times New Roman" w:cs="Times New Roman"/>
          <w:b/>
          <w:sz w:val="28"/>
        </w:rPr>
        <w:t>BÁO CÁO NGÀY THIỆT HẠI VỀ Y TẾ DO DỊCH BỆNH GÂY RA</w:t>
      </w:r>
    </w:p>
    <w:p w14:paraId="7A54FBE6" w14:textId="77777777" w:rsidR="00884DFA" w:rsidRPr="00F54F5A" w:rsidRDefault="00436074" w:rsidP="00CA634C">
      <w:pPr>
        <w:spacing w:before="120" w:after="0" w:line="240" w:lineRule="auto"/>
        <w:jc w:val="center"/>
        <w:rPr>
          <w:rFonts w:cs="Times New Roman"/>
          <w:sz w:val="26"/>
        </w:rPr>
      </w:pPr>
      <w:r w:rsidRPr="00F54F5A">
        <w:rPr>
          <w:rFonts w:eastAsia="Times New Roman" w:cs="Times New Roman"/>
          <w:b/>
          <w:i/>
          <w:sz w:val="26"/>
        </w:rPr>
        <w:t>Dùng cho cơ sở khám bệnh, chữa bệnh</w:t>
      </w:r>
    </w:p>
    <w:p w14:paraId="2950A81B" w14:textId="07FE8E6C" w:rsidR="00884DFA" w:rsidRPr="00F54F5A" w:rsidRDefault="00436074" w:rsidP="00CA634C">
      <w:pPr>
        <w:tabs>
          <w:tab w:val="left" w:leader="dot" w:pos="13608"/>
        </w:tabs>
        <w:spacing w:before="120" w:after="0" w:line="240" w:lineRule="auto"/>
        <w:ind w:firstLine="567"/>
        <w:rPr>
          <w:rFonts w:cs="Times New Roman"/>
          <w:sz w:val="26"/>
        </w:rPr>
      </w:pPr>
      <w:r w:rsidRPr="00F54F5A">
        <w:rPr>
          <w:rFonts w:eastAsia="Times New Roman" w:cs="Times New Roman"/>
          <w:b/>
          <w:sz w:val="26"/>
        </w:rPr>
        <w:t>1. Tên dịch bệnh:</w:t>
      </w:r>
      <w:r w:rsidR="00BA1584">
        <w:rPr>
          <w:rFonts w:eastAsia="Times New Roman" w:cs="Times New Roman"/>
          <w:sz w:val="26"/>
        </w:rPr>
        <w:tab/>
      </w:r>
    </w:p>
    <w:p w14:paraId="164DEFE6" w14:textId="68D6CDE7" w:rsidR="00884DFA" w:rsidRPr="00F54F5A" w:rsidRDefault="00436074" w:rsidP="00CA634C">
      <w:pPr>
        <w:tabs>
          <w:tab w:val="left" w:leader="dot" w:pos="13608"/>
        </w:tabs>
        <w:spacing w:before="120" w:after="0" w:line="240" w:lineRule="auto"/>
        <w:ind w:firstLine="567"/>
        <w:rPr>
          <w:rFonts w:cs="Times New Roman"/>
          <w:sz w:val="26"/>
        </w:rPr>
      </w:pPr>
      <w:r w:rsidRPr="00F54F5A">
        <w:rPr>
          <w:rFonts w:eastAsia="Times New Roman" w:cs="Times New Roman"/>
          <w:b/>
          <w:sz w:val="26"/>
        </w:rPr>
        <w:t xml:space="preserve">2. Cấp độ phòng thủ dân sự về dịch bệnh: </w:t>
      </w:r>
      <w:r w:rsidR="00BA1584">
        <w:rPr>
          <w:rFonts w:eastAsia="Times New Roman" w:cs="Times New Roman"/>
          <w:sz w:val="26"/>
        </w:rPr>
        <w:tab/>
      </w:r>
    </w:p>
    <w:p w14:paraId="46F90719" w14:textId="64EBDC47" w:rsidR="00884DFA" w:rsidRPr="00F54F5A" w:rsidRDefault="00436074" w:rsidP="00CA634C">
      <w:pPr>
        <w:tabs>
          <w:tab w:val="left" w:leader="dot" w:pos="13608"/>
        </w:tabs>
        <w:spacing w:before="120" w:after="0" w:line="240" w:lineRule="auto"/>
        <w:ind w:firstLine="567"/>
        <w:rPr>
          <w:rFonts w:cs="Times New Roman"/>
          <w:sz w:val="26"/>
          <w:lang w:val="vi-VN"/>
        </w:rPr>
      </w:pPr>
      <w:r w:rsidRPr="00F54F5A">
        <w:rPr>
          <w:rFonts w:eastAsia="Times New Roman" w:cs="Times New Roman"/>
          <w:b/>
          <w:sz w:val="26"/>
        </w:rPr>
        <w:t xml:space="preserve">3. </w:t>
      </w:r>
      <w:r w:rsidR="004318D0" w:rsidRPr="00F54F5A">
        <w:rPr>
          <w:rFonts w:eastAsia="Times New Roman" w:cs="Times New Roman"/>
          <w:b/>
          <w:sz w:val="26"/>
        </w:rPr>
        <w:t>Nơi</w:t>
      </w:r>
      <w:r w:rsidR="004318D0" w:rsidRPr="00F54F5A">
        <w:rPr>
          <w:rFonts w:eastAsia="Times New Roman" w:cs="Times New Roman"/>
          <w:b/>
          <w:sz w:val="26"/>
          <w:lang w:val="vi-VN"/>
        </w:rPr>
        <w:t xml:space="preserve"> xảy ra dịch bệnh</w:t>
      </w:r>
      <w:r w:rsidRPr="00F54F5A">
        <w:rPr>
          <w:rFonts w:eastAsia="Times New Roman" w:cs="Times New Roman"/>
          <w:b/>
          <w:sz w:val="26"/>
        </w:rPr>
        <w:t xml:space="preserve">: xã/phường/đặc khu </w:t>
      </w:r>
      <w:r w:rsidRPr="00275E10">
        <w:rPr>
          <w:rFonts w:eastAsia="Times New Roman" w:cs="Times New Roman"/>
          <w:bCs/>
          <w:sz w:val="26"/>
        </w:rPr>
        <w:t>............................</w:t>
      </w:r>
      <w:r w:rsidRPr="00F54F5A">
        <w:rPr>
          <w:rFonts w:eastAsia="Times New Roman" w:cs="Times New Roman"/>
          <w:b/>
          <w:sz w:val="26"/>
        </w:rPr>
        <w:t xml:space="preserve"> tỉnh/thành phố </w:t>
      </w:r>
      <w:r w:rsidR="00BA1584" w:rsidRPr="00275E10">
        <w:rPr>
          <w:rFonts w:eastAsia="Times New Roman" w:cs="Times New Roman"/>
          <w:bCs/>
          <w:sz w:val="26"/>
        </w:rPr>
        <w:tab/>
      </w:r>
    </w:p>
    <w:p w14:paraId="5A921AEE" w14:textId="752FD6FB" w:rsidR="00884DFA" w:rsidRPr="008C62CF" w:rsidRDefault="00436074" w:rsidP="00CA634C">
      <w:pPr>
        <w:tabs>
          <w:tab w:val="left" w:leader="dot" w:pos="13608"/>
        </w:tabs>
        <w:spacing w:before="120" w:after="0" w:line="240" w:lineRule="auto"/>
        <w:ind w:firstLine="567"/>
        <w:rPr>
          <w:rFonts w:cs="Times New Roman"/>
          <w:sz w:val="26"/>
          <w:lang w:val="vi-VN"/>
        </w:rPr>
      </w:pPr>
      <w:r w:rsidRPr="00F54F5A">
        <w:rPr>
          <w:rFonts w:eastAsia="Times New Roman" w:cs="Times New Roman"/>
          <w:b/>
          <w:sz w:val="26"/>
          <w:lang w:val="vi-VN"/>
        </w:rPr>
        <w:t xml:space="preserve">4. </w:t>
      </w:r>
      <w:r w:rsidR="004318D0" w:rsidRPr="00F54F5A">
        <w:rPr>
          <w:rFonts w:eastAsia="Times New Roman" w:cs="Times New Roman"/>
          <w:b/>
          <w:sz w:val="26"/>
          <w:lang w:val="vi-VN"/>
        </w:rPr>
        <w:t xml:space="preserve">Khoảng thời gian </w:t>
      </w:r>
      <w:r w:rsidRPr="00F54F5A">
        <w:rPr>
          <w:rFonts w:eastAsia="Times New Roman" w:cs="Times New Roman"/>
          <w:b/>
          <w:sz w:val="26"/>
          <w:lang w:val="vi-VN"/>
        </w:rPr>
        <w:t>báo cáo</w:t>
      </w:r>
      <w:r w:rsidR="004318D0" w:rsidRPr="00F54F5A">
        <w:rPr>
          <w:rFonts w:eastAsia="Times New Roman" w:cs="Times New Roman"/>
          <w:b/>
          <w:sz w:val="26"/>
          <w:lang w:val="vi-VN"/>
        </w:rPr>
        <w:t xml:space="preserve"> số liệu </w:t>
      </w:r>
      <w:r w:rsidRPr="00F54F5A">
        <w:rPr>
          <w:rFonts w:eastAsia="Times New Roman" w:cs="Times New Roman"/>
          <w:b/>
          <w:sz w:val="26"/>
          <w:lang w:val="vi-VN"/>
        </w:rPr>
        <w:t>: từ 17 giờ ngày ....../....../20.... đến 17 giờ ngày ....../....../20</w:t>
      </w:r>
      <w:r w:rsidR="00BA1584" w:rsidRPr="00275E10">
        <w:rPr>
          <w:rFonts w:eastAsia="Times New Roman" w:cs="Times New Roman"/>
          <w:bCs/>
          <w:sz w:val="26"/>
          <w:lang w:val="vi-VN"/>
        </w:rPr>
        <w:tab/>
      </w:r>
    </w:p>
    <w:p w14:paraId="0F2A5A4B" w14:textId="71B25AFC" w:rsidR="00884DFA" w:rsidRPr="008C62CF" w:rsidRDefault="004318D0" w:rsidP="00CA634C">
      <w:pPr>
        <w:tabs>
          <w:tab w:val="left" w:leader="dot" w:pos="13608"/>
        </w:tabs>
        <w:spacing w:before="120" w:after="0" w:line="240" w:lineRule="auto"/>
        <w:ind w:firstLine="567"/>
        <w:rPr>
          <w:rFonts w:cs="Times New Roman"/>
          <w:sz w:val="26"/>
          <w:lang w:val="vi-VN"/>
        </w:rPr>
      </w:pPr>
      <w:r w:rsidRPr="00F54F5A">
        <w:rPr>
          <w:rFonts w:eastAsia="Times New Roman" w:cs="Times New Roman"/>
          <w:b/>
          <w:sz w:val="26"/>
          <w:lang w:val="vi-VN"/>
        </w:rPr>
        <w:t xml:space="preserve">5. Tình trạng số liệu: □ </w:t>
      </w:r>
      <w:r w:rsidR="00AD76A4" w:rsidRPr="00F54F5A">
        <w:rPr>
          <w:rFonts w:eastAsia="Times New Roman" w:cs="Times New Roman"/>
          <w:b/>
          <w:sz w:val="26"/>
          <w:lang w:val="vi-VN"/>
        </w:rPr>
        <w:t>Ước tính</w:t>
      </w:r>
      <w:r w:rsidR="00BA1584" w:rsidRPr="008C62CF">
        <w:rPr>
          <w:rFonts w:eastAsia="Times New Roman" w:cs="Times New Roman"/>
          <w:b/>
          <w:sz w:val="26"/>
          <w:lang w:val="vi-VN"/>
        </w:rPr>
        <w:t xml:space="preserve"> </w:t>
      </w:r>
      <w:r w:rsidRPr="00F54F5A">
        <w:rPr>
          <w:rFonts w:eastAsia="Times New Roman" w:cs="Times New Roman"/>
          <w:b/>
          <w:sz w:val="26"/>
          <w:lang w:val="vi-VN"/>
        </w:rPr>
        <w:t>□ Cập nhật/điều chỉnh</w:t>
      </w:r>
      <w:r w:rsidR="00BA1584" w:rsidRPr="008C62CF">
        <w:rPr>
          <w:rFonts w:eastAsia="Times New Roman" w:cs="Times New Roman"/>
          <w:sz w:val="26"/>
          <w:lang w:val="vi-VN"/>
        </w:rPr>
        <w:tab/>
      </w:r>
    </w:p>
    <w:p w14:paraId="66D6B6E0" w14:textId="77777777" w:rsidR="00884DFA" w:rsidRPr="00F54F5A" w:rsidRDefault="00436074" w:rsidP="00CA634C">
      <w:pPr>
        <w:keepNext/>
        <w:spacing w:before="120" w:after="0" w:line="240" w:lineRule="auto"/>
        <w:rPr>
          <w:rFonts w:cs="Times New Roman"/>
          <w:sz w:val="26"/>
          <w:lang w:val="vi-VN"/>
        </w:rPr>
      </w:pPr>
      <w:r w:rsidRPr="00F54F5A">
        <w:rPr>
          <w:rFonts w:eastAsia="Times New Roman" w:cs="Times New Roman"/>
          <w:b/>
          <w:sz w:val="26"/>
          <w:lang w:val="vi-VN"/>
        </w:rPr>
        <w:t>I. THIỆT HẠI PHÁT SINH TRONG KỲ VÀ LŨY TÍCH</w:t>
      </w:r>
    </w:p>
    <w:tbl>
      <w:tblPr>
        <w:tblW w:w="142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35"/>
        <w:gridCol w:w="6346"/>
        <w:gridCol w:w="2539"/>
        <w:gridCol w:w="2539"/>
        <w:gridCol w:w="2221"/>
      </w:tblGrid>
      <w:tr w:rsidR="00660EF0" w:rsidRPr="00F54F5A" w14:paraId="535E5AB7" w14:textId="77777777" w:rsidTr="00F54F5A">
        <w:trPr>
          <w:cantSplit/>
          <w:trHeight w:val="170"/>
          <w:tblHeader/>
          <w:jc w:val="center"/>
        </w:trPr>
        <w:tc>
          <w:tcPr>
            <w:tcW w:w="567" w:type="dxa"/>
            <w:shd w:val="clear" w:color="auto" w:fill="E7E6E6"/>
            <w:tcMar>
              <w:top w:w="50" w:type="dxa"/>
              <w:left w:w="60" w:type="dxa"/>
              <w:bottom w:w="50" w:type="dxa"/>
              <w:right w:w="60" w:type="dxa"/>
            </w:tcMar>
            <w:vAlign w:val="center"/>
          </w:tcPr>
          <w:p w14:paraId="1F0CAC2F" w14:textId="77777777" w:rsidR="00660EF0" w:rsidRPr="00F54F5A" w:rsidRDefault="00660EF0" w:rsidP="00F54F5A">
            <w:pPr>
              <w:spacing w:after="0" w:line="240" w:lineRule="auto"/>
              <w:jc w:val="center"/>
              <w:rPr>
                <w:rFonts w:cs="Times New Roman"/>
                <w:sz w:val="24"/>
              </w:rPr>
            </w:pPr>
            <w:r w:rsidRPr="00F54F5A">
              <w:rPr>
                <w:rFonts w:eastAsia="Times New Roman" w:cs="Times New Roman"/>
                <w:b/>
                <w:sz w:val="24"/>
              </w:rPr>
              <w:t>TT</w:t>
            </w:r>
          </w:p>
        </w:tc>
        <w:tc>
          <w:tcPr>
            <w:tcW w:w="5669" w:type="dxa"/>
            <w:shd w:val="clear" w:color="auto" w:fill="E7E6E6"/>
            <w:tcMar>
              <w:top w:w="50" w:type="dxa"/>
              <w:left w:w="60" w:type="dxa"/>
              <w:bottom w:w="50" w:type="dxa"/>
              <w:right w:w="60" w:type="dxa"/>
            </w:tcMar>
            <w:vAlign w:val="center"/>
          </w:tcPr>
          <w:p w14:paraId="44364FE8" w14:textId="77777777" w:rsidR="00660EF0" w:rsidRPr="00F54F5A" w:rsidRDefault="00660EF0" w:rsidP="00F54F5A">
            <w:pPr>
              <w:spacing w:after="0" w:line="240" w:lineRule="auto"/>
              <w:jc w:val="center"/>
              <w:rPr>
                <w:rFonts w:cs="Times New Roman"/>
                <w:sz w:val="24"/>
              </w:rPr>
            </w:pPr>
            <w:r w:rsidRPr="00F54F5A">
              <w:rPr>
                <w:rFonts w:eastAsia="Times New Roman" w:cs="Times New Roman"/>
                <w:b/>
                <w:sz w:val="24"/>
              </w:rPr>
              <w:t>Nội dung</w:t>
            </w:r>
          </w:p>
        </w:tc>
        <w:tc>
          <w:tcPr>
            <w:tcW w:w="2268" w:type="dxa"/>
            <w:shd w:val="clear" w:color="auto" w:fill="E7E6E6"/>
            <w:tcMar>
              <w:top w:w="50" w:type="dxa"/>
              <w:left w:w="60" w:type="dxa"/>
              <w:bottom w:w="50" w:type="dxa"/>
              <w:right w:w="60" w:type="dxa"/>
            </w:tcMar>
            <w:vAlign w:val="center"/>
          </w:tcPr>
          <w:p w14:paraId="72A44009" w14:textId="77777777" w:rsidR="00660EF0" w:rsidRPr="00F54F5A" w:rsidRDefault="00660EF0" w:rsidP="00F54F5A">
            <w:pPr>
              <w:spacing w:after="0" w:line="240" w:lineRule="auto"/>
              <w:jc w:val="center"/>
              <w:rPr>
                <w:rFonts w:cs="Times New Roman"/>
                <w:sz w:val="24"/>
              </w:rPr>
            </w:pPr>
            <w:r w:rsidRPr="00F54F5A">
              <w:rPr>
                <w:rFonts w:eastAsia="Times New Roman" w:cs="Times New Roman"/>
                <w:b/>
                <w:sz w:val="24"/>
              </w:rPr>
              <w:t>Trong kỳ báo cáo</w:t>
            </w:r>
          </w:p>
        </w:tc>
        <w:tc>
          <w:tcPr>
            <w:tcW w:w="2268" w:type="dxa"/>
            <w:shd w:val="clear" w:color="auto" w:fill="E7E6E6"/>
            <w:tcMar>
              <w:top w:w="50" w:type="dxa"/>
              <w:left w:w="60" w:type="dxa"/>
              <w:bottom w:w="50" w:type="dxa"/>
              <w:right w:w="60" w:type="dxa"/>
            </w:tcMar>
            <w:vAlign w:val="center"/>
          </w:tcPr>
          <w:p w14:paraId="2239816C" w14:textId="77777777" w:rsidR="00660EF0" w:rsidRPr="00F54F5A" w:rsidRDefault="00660EF0" w:rsidP="00F54F5A">
            <w:pPr>
              <w:spacing w:after="0" w:line="240" w:lineRule="auto"/>
              <w:jc w:val="center"/>
              <w:rPr>
                <w:rFonts w:cs="Times New Roman"/>
                <w:sz w:val="24"/>
              </w:rPr>
            </w:pPr>
            <w:r w:rsidRPr="00F54F5A">
              <w:rPr>
                <w:rFonts w:eastAsia="Times New Roman" w:cs="Times New Roman"/>
                <w:b/>
                <w:sz w:val="24"/>
              </w:rPr>
              <w:t>Lũy tích từ đầu đợt dịch</w:t>
            </w:r>
          </w:p>
        </w:tc>
        <w:tc>
          <w:tcPr>
            <w:tcW w:w="1984" w:type="dxa"/>
            <w:shd w:val="clear" w:color="auto" w:fill="E7E6E6"/>
            <w:tcMar>
              <w:top w:w="50" w:type="dxa"/>
              <w:left w:w="60" w:type="dxa"/>
              <w:bottom w:w="50" w:type="dxa"/>
              <w:right w:w="60" w:type="dxa"/>
            </w:tcMar>
            <w:vAlign w:val="center"/>
          </w:tcPr>
          <w:p w14:paraId="1326D24C" w14:textId="77777777" w:rsidR="00660EF0" w:rsidRPr="00F54F5A" w:rsidRDefault="00660EF0" w:rsidP="00F54F5A">
            <w:pPr>
              <w:spacing w:after="0" w:line="240" w:lineRule="auto"/>
              <w:jc w:val="center"/>
              <w:rPr>
                <w:rFonts w:cs="Times New Roman"/>
                <w:sz w:val="24"/>
              </w:rPr>
            </w:pPr>
            <w:r w:rsidRPr="00F54F5A">
              <w:rPr>
                <w:rFonts w:eastAsia="Times New Roman" w:cs="Times New Roman"/>
                <w:b/>
                <w:sz w:val="24"/>
              </w:rPr>
              <w:t>Ghi chú</w:t>
            </w:r>
          </w:p>
        </w:tc>
      </w:tr>
      <w:tr w:rsidR="00660EF0" w:rsidRPr="00F54F5A" w14:paraId="19769645" w14:textId="77777777" w:rsidTr="00F54F5A">
        <w:trPr>
          <w:cantSplit/>
          <w:trHeight w:val="170"/>
          <w:jc w:val="center"/>
        </w:trPr>
        <w:tc>
          <w:tcPr>
            <w:tcW w:w="567" w:type="dxa"/>
            <w:tcMar>
              <w:top w:w="50" w:type="dxa"/>
              <w:left w:w="60" w:type="dxa"/>
              <w:bottom w:w="50" w:type="dxa"/>
              <w:right w:w="60" w:type="dxa"/>
            </w:tcMar>
            <w:vAlign w:val="center"/>
          </w:tcPr>
          <w:p w14:paraId="65CB05A8" w14:textId="77777777" w:rsidR="00660EF0" w:rsidRPr="00F54F5A" w:rsidRDefault="00660EF0" w:rsidP="00F54F5A">
            <w:pPr>
              <w:spacing w:after="0" w:line="240" w:lineRule="auto"/>
              <w:jc w:val="center"/>
              <w:rPr>
                <w:rFonts w:cs="Times New Roman"/>
                <w:sz w:val="24"/>
              </w:rPr>
            </w:pPr>
            <w:r w:rsidRPr="00F54F5A">
              <w:rPr>
                <w:rFonts w:eastAsia="Times New Roman" w:cs="Times New Roman"/>
                <w:sz w:val="24"/>
              </w:rPr>
              <w:t>1</w:t>
            </w:r>
          </w:p>
        </w:tc>
        <w:tc>
          <w:tcPr>
            <w:tcW w:w="5669" w:type="dxa"/>
            <w:tcMar>
              <w:top w:w="50" w:type="dxa"/>
              <w:left w:w="60" w:type="dxa"/>
              <w:bottom w:w="50" w:type="dxa"/>
              <w:right w:w="60" w:type="dxa"/>
            </w:tcMar>
            <w:vAlign w:val="center"/>
          </w:tcPr>
          <w:p w14:paraId="38A4DC71" w14:textId="77777777" w:rsidR="00660EF0" w:rsidRPr="00F54F5A" w:rsidRDefault="00660EF0" w:rsidP="00F54F5A">
            <w:pPr>
              <w:spacing w:after="0" w:line="240" w:lineRule="auto"/>
              <w:rPr>
                <w:rFonts w:cs="Times New Roman"/>
                <w:sz w:val="24"/>
              </w:rPr>
            </w:pPr>
            <w:r w:rsidRPr="00F54F5A">
              <w:rPr>
                <w:rFonts w:eastAsia="Times New Roman" w:cs="Times New Roman"/>
                <w:sz w:val="24"/>
              </w:rPr>
              <w:t>Tổng</w:t>
            </w:r>
            <w:r w:rsidRPr="00F54F5A">
              <w:rPr>
                <w:rFonts w:eastAsia="Times New Roman" w:cs="Times New Roman"/>
                <w:sz w:val="24"/>
                <w:lang w:val="vi-VN"/>
              </w:rPr>
              <w:t xml:space="preserve"> </w:t>
            </w:r>
            <w:r w:rsidRPr="00F54F5A">
              <w:rPr>
                <w:rFonts w:eastAsia="Times New Roman" w:cs="Times New Roman"/>
                <w:sz w:val="24"/>
              </w:rPr>
              <w:t>số trường hợp bệnh mắc</w:t>
            </w:r>
          </w:p>
        </w:tc>
        <w:tc>
          <w:tcPr>
            <w:tcW w:w="2268" w:type="dxa"/>
            <w:tcMar>
              <w:top w:w="50" w:type="dxa"/>
              <w:left w:w="60" w:type="dxa"/>
              <w:bottom w:w="50" w:type="dxa"/>
              <w:right w:w="60" w:type="dxa"/>
            </w:tcMar>
            <w:vAlign w:val="center"/>
          </w:tcPr>
          <w:p w14:paraId="27A9AFCC" w14:textId="77777777" w:rsidR="00660EF0" w:rsidRPr="00F54F5A" w:rsidRDefault="00660EF0"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33C9E94C" w14:textId="77777777" w:rsidR="00660EF0" w:rsidRPr="00F54F5A" w:rsidRDefault="00660EF0" w:rsidP="00F54F5A">
            <w:pPr>
              <w:spacing w:after="0" w:line="240" w:lineRule="auto"/>
              <w:jc w:val="center"/>
              <w:rPr>
                <w:rFonts w:cs="Times New Roman"/>
                <w:sz w:val="24"/>
              </w:rPr>
            </w:pPr>
          </w:p>
        </w:tc>
        <w:tc>
          <w:tcPr>
            <w:tcW w:w="1984" w:type="dxa"/>
            <w:tcMar>
              <w:top w:w="50" w:type="dxa"/>
              <w:left w:w="60" w:type="dxa"/>
              <w:bottom w:w="50" w:type="dxa"/>
              <w:right w:w="60" w:type="dxa"/>
            </w:tcMar>
            <w:vAlign w:val="center"/>
          </w:tcPr>
          <w:p w14:paraId="6407C753" w14:textId="77777777" w:rsidR="00660EF0" w:rsidRPr="00F54F5A" w:rsidRDefault="00660EF0" w:rsidP="00F54F5A">
            <w:pPr>
              <w:spacing w:after="0" w:line="240" w:lineRule="auto"/>
              <w:jc w:val="center"/>
              <w:rPr>
                <w:rFonts w:cs="Times New Roman"/>
                <w:sz w:val="24"/>
              </w:rPr>
            </w:pPr>
          </w:p>
        </w:tc>
      </w:tr>
      <w:tr w:rsidR="00660EF0" w:rsidRPr="00F54F5A" w14:paraId="04655829" w14:textId="77777777" w:rsidTr="00F54F5A">
        <w:trPr>
          <w:cantSplit/>
          <w:trHeight w:val="170"/>
          <w:jc w:val="center"/>
        </w:trPr>
        <w:tc>
          <w:tcPr>
            <w:tcW w:w="567" w:type="dxa"/>
            <w:tcMar>
              <w:top w:w="50" w:type="dxa"/>
              <w:left w:w="60" w:type="dxa"/>
              <w:bottom w:w="50" w:type="dxa"/>
              <w:right w:w="60" w:type="dxa"/>
            </w:tcMar>
            <w:vAlign w:val="center"/>
          </w:tcPr>
          <w:p w14:paraId="756F83BE" w14:textId="77777777" w:rsidR="00660EF0" w:rsidRPr="00F54F5A" w:rsidRDefault="00660EF0" w:rsidP="00F54F5A">
            <w:pPr>
              <w:spacing w:after="0" w:line="240" w:lineRule="auto"/>
              <w:jc w:val="center"/>
              <w:rPr>
                <w:rFonts w:cs="Times New Roman"/>
                <w:sz w:val="24"/>
              </w:rPr>
            </w:pPr>
            <w:r w:rsidRPr="00F54F5A">
              <w:rPr>
                <w:rFonts w:eastAsia="Times New Roman" w:cs="Times New Roman"/>
                <w:sz w:val="24"/>
              </w:rPr>
              <w:t>1.1</w:t>
            </w:r>
          </w:p>
        </w:tc>
        <w:tc>
          <w:tcPr>
            <w:tcW w:w="5669" w:type="dxa"/>
            <w:tcMar>
              <w:top w:w="50" w:type="dxa"/>
              <w:left w:w="60" w:type="dxa"/>
              <w:bottom w:w="50" w:type="dxa"/>
              <w:right w:w="60" w:type="dxa"/>
            </w:tcMar>
            <w:vAlign w:val="center"/>
          </w:tcPr>
          <w:p w14:paraId="521E1672" w14:textId="77777777" w:rsidR="00660EF0" w:rsidRPr="00F54F5A" w:rsidRDefault="00660EF0" w:rsidP="00F54F5A">
            <w:pPr>
              <w:spacing w:after="0" w:line="240" w:lineRule="auto"/>
              <w:rPr>
                <w:rFonts w:cs="Times New Roman"/>
                <w:sz w:val="24"/>
              </w:rPr>
            </w:pPr>
            <w:r w:rsidRPr="00F54F5A">
              <w:rPr>
                <w:rFonts w:eastAsia="Times New Roman" w:cs="Times New Roman"/>
                <w:sz w:val="24"/>
              </w:rPr>
              <w:t>Số trường hợp bệnh nghi ngờ</w:t>
            </w:r>
          </w:p>
        </w:tc>
        <w:tc>
          <w:tcPr>
            <w:tcW w:w="2268" w:type="dxa"/>
            <w:tcMar>
              <w:top w:w="50" w:type="dxa"/>
              <w:left w:w="60" w:type="dxa"/>
              <w:bottom w:w="50" w:type="dxa"/>
              <w:right w:w="60" w:type="dxa"/>
            </w:tcMar>
            <w:vAlign w:val="center"/>
          </w:tcPr>
          <w:p w14:paraId="674FE828" w14:textId="77777777" w:rsidR="00660EF0" w:rsidRPr="00F54F5A" w:rsidRDefault="00660EF0"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7F8A3113" w14:textId="77777777" w:rsidR="00660EF0" w:rsidRPr="00F54F5A" w:rsidRDefault="00660EF0" w:rsidP="00F54F5A">
            <w:pPr>
              <w:spacing w:after="0" w:line="240" w:lineRule="auto"/>
              <w:jc w:val="center"/>
              <w:rPr>
                <w:rFonts w:cs="Times New Roman"/>
                <w:sz w:val="24"/>
              </w:rPr>
            </w:pPr>
          </w:p>
        </w:tc>
        <w:tc>
          <w:tcPr>
            <w:tcW w:w="1984" w:type="dxa"/>
            <w:tcMar>
              <w:top w:w="50" w:type="dxa"/>
              <w:left w:w="60" w:type="dxa"/>
              <w:bottom w:w="50" w:type="dxa"/>
              <w:right w:w="60" w:type="dxa"/>
            </w:tcMar>
            <w:vAlign w:val="center"/>
          </w:tcPr>
          <w:p w14:paraId="7389B157" w14:textId="77777777" w:rsidR="00660EF0" w:rsidRPr="00F54F5A" w:rsidRDefault="00660EF0" w:rsidP="00F54F5A">
            <w:pPr>
              <w:spacing w:after="0" w:line="240" w:lineRule="auto"/>
              <w:jc w:val="center"/>
              <w:rPr>
                <w:rFonts w:cs="Times New Roman"/>
                <w:sz w:val="24"/>
              </w:rPr>
            </w:pPr>
          </w:p>
        </w:tc>
      </w:tr>
      <w:tr w:rsidR="00660EF0" w:rsidRPr="00F54F5A" w14:paraId="6DA78F26" w14:textId="77777777" w:rsidTr="00F54F5A">
        <w:trPr>
          <w:cantSplit/>
          <w:trHeight w:val="170"/>
          <w:jc w:val="center"/>
        </w:trPr>
        <w:tc>
          <w:tcPr>
            <w:tcW w:w="567" w:type="dxa"/>
            <w:tcMar>
              <w:top w:w="50" w:type="dxa"/>
              <w:left w:w="60" w:type="dxa"/>
              <w:bottom w:w="50" w:type="dxa"/>
              <w:right w:w="60" w:type="dxa"/>
            </w:tcMar>
            <w:vAlign w:val="center"/>
          </w:tcPr>
          <w:p w14:paraId="3EF3D29E" w14:textId="77777777" w:rsidR="00660EF0" w:rsidRPr="00F54F5A" w:rsidRDefault="00660EF0" w:rsidP="00F54F5A">
            <w:pPr>
              <w:spacing w:after="0" w:line="240" w:lineRule="auto"/>
              <w:jc w:val="center"/>
              <w:rPr>
                <w:rFonts w:cs="Times New Roman"/>
                <w:sz w:val="24"/>
              </w:rPr>
            </w:pPr>
            <w:r w:rsidRPr="00F54F5A">
              <w:rPr>
                <w:rFonts w:eastAsia="Times New Roman" w:cs="Times New Roman"/>
                <w:sz w:val="24"/>
              </w:rPr>
              <w:t>1.2</w:t>
            </w:r>
          </w:p>
        </w:tc>
        <w:tc>
          <w:tcPr>
            <w:tcW w:w="5669" w:type="dxa"/>
            <w:tcMar>
              <w:top w:w="50" w:type="dxa"/>
              <w:left w:w="60" w:type="dxa"/>
              <w:bottom w:w="50" w:type="dxa"/>
              <w:right w:w="60" w:type="dxa"/>
            </w:tcMar>
            <w:vAlign w:val="center"/>
          </w:tcPr>
          <w:p w14:paraId="2AE3DA4E" w14:textId="77777777" w:rsidR="00660EF0" w:rsidRPr="00F54F5A" w:rsidRDefault="00660EF0" w:rsidP="00F54F5A">
            <w:pPr>
              <w:spacing w:after="0" w:line="240" w:lineRule="auto"/>
              <w:rPr>
                <w:rFonts w:cs="Times New Roman"/>
                <w:sz w:val="24"/>
              </w:rPr>
            </w:pPr>
            <w:r w:rsidRPr="00F54F5A">
              <w:rPr>
                <w:rFonts w:eastAsia="Times New Roman" w:cs="Times New Roman"/>
                <w:sz w:val="24"/>
                <w:lang w:val="vi-VN"/>
              </w:rPr>
              <w:t>Số trường hợp bệnh xác định</w:t>
            </w:r>
          </w:p>
        </w:tc>
        <w:tc>
          <w:tcPr>
            <w:tcW w:w="2268" w:type="dxa"/>
            <w:tcMar>
              <w:top w:w="50" w:type="dxa"/>
              <w:left w:w="60" w:type="dxa"/>
              <w:bottom w:w="50" w:type="dxa"/>
              <w:right w:w="60" w:type="dxa"/>
            </w:tcMar>
            <w:vAlign w:val="center"/>
          </w:tcPr>
          <w:p w14:paraId="023AB330" w14:textId="77777777" w:rsidR="00660EF0" w:rsidRPr="00F54F5A" w:rsidRDefault="00660EF0"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20F8EB8A" w14:textId="77777777" w:rsidR="00660EF0" w:rsidRPr="00F54F5A" w:rsidRDefault="00660EF0" w:rsidP="00F54F5A">
            <w:pPr>
              <w:spacing w:after="0" w:line="240" w:lineRule="auto"/>
              <w:jc w:val="center"/>
              <w:rPr>
                <w:rFonts w:cs="Times New Roman"/>
                <w:sz w:val="24"/>
              </w:rPr>
            </w:pPr>
          </w:p>
        </w:tc>
        <w:tc>
          <w:tcPr>
            <w:tcW w:w="1984" w:type="dxa"/>
            <w:tcMar>
              <w:top w:w="50" w:type="dxa"/>
              <w:left w:w="60" w:type="dxa"/>
              <w:bottom w:w="50" w:type="dxa"/>
              <w:right w:w="60" w:type="dxa"/>
            </w:tcMar>
            <w:vAlign w:val="center"/>
          </w:tcPr>
          <w:p w14:paraId="0870E255" w14:textId="77777777" w:rsidR="00660EF0" w:rsidRPr="00F54F5A" w:rsidRDefault="00660EF0" w:rsidP="00F54F5A">
            <w:pPr>
              <w:spacing w:after="0" w:line="240" w:lineRule="auto"/>
              <w:jc w:val="center"/>
              <w:rPr>
                <w:rFonts w:cs="Times New Roman"/>
                <w:sz w:val="24"/>
              </w:rPr>
            </w:pPr>
          </w:p>
        </w:tc>
      </w:tr>
      <w:tr w:rsidR="00660EF0" w:rsidRPr="00F54F5A" w14:paraId="395513A0" w14:textId="77777777" w:rsidTr="00F54F5A">
        <w:trPr>
          <w:cantSplit/>
          <w:trHeight w:val="170"/>
          <w:jc w:val="center"/>
        </w:trPr>
        <w:tc>
          <w:tcPr>
            <w:tcW w:w="567" w:type="dxa"/>
            <w:tcMar>
              <w:top w:w="50" w:type="dxa"/>
              <w:left w:w="60" w:type="dxa"/>
              <w:bottom w:w="50" w:type="dxa"/>
              <w:right w:w="60" w:type="dxa"/>
            </w:tcMar>
            <w:vAlign w:val="center"/>
          </w:tcPr>
          <w:p w14:paraId="502B8E74" w14:textId="77777777" w:rsidR="00660EF0" w:rsidRPr="00F54F5A" w:rsidRDefault="00660EF0" w:rsidP="00F54F5A">
            <w:pPr>
              <w:spacing w:after="0" w:line="240" w:lineRule="auto"/>
              <w:jc w:val="center"/>
              <w:rPr>
                <w:rFonts w:cs="Times New Roman"/>
                <w:sz w:val="24"/>
              </w:rPr>
            </w:pPr>
            <w:r w:rsidRPr="00F54F5A">
              <w:rPr>
                <w:rFonts w:eastAsia="Times New Roman" w:cs="Times New Roman"/>
                <w:sz w:val="24"/>
              </w:rPr>
              <w:t>2</w:t>
            </w:r>
          </w:p>
        </w:tc>
        <w:tc>
          <w:tcPr>
            <w:tcW w:w="5669" w:type="dxa"/>
            <w:tcMar>
              <w:top w:w="50" w:type="dxa"/>
              <w:left w:w="60" w:type="dxa"/>
              <w:bottom w:w="50" w:type="dxa"/>
              <w:right w:w="60" w:type="dxa"/>
            </w:tcMar>
            <w:vAlign w:val="center"/>
          </w:tcPr>
          <w:p w14:paraId="3204D67A" w14:textId="77777777" w:rsidR="00660EF0" w:rsidRPr="00F54F5A" w:rsidRDefault="00660EF0" w:rsidP="00F54F5A">
            <w:pPr>
              <w:spacing w:after="0" w:line="240" w:lineRule="auto"/>
              <w:rPr>
                <w:rFonts w:cs="Times New Roman"/>
                <w:sz w:val="24"/>
              </w:rPr>
            </w:pPr>
            <w:r w:rsidRPr="00F54F5A">
              <w:rPr>
                <w:rFonts w:eastAsia="Times New Roman" w:cs="Times New Roman"/>
                <w:sz w:val="24"/>
              </w:rPr>
              <w:t>Số trường hợp bệnh nhập viện</w:t>
            </w:r>
          </w:p>
        </w:tc>
        <w:tc>
          <w:tcPr>
            <w:tcW w:w="2268" w:type="dxa"/>
            <w:tcMar>
              <w:top w:w="50" w:type="dxa"/>
              <w:left w:w="60" w:type="dxa"/>
              <w:bottom w:w="50" w:type="dxa"/>
              <w:right w:w="60" w:type="dxa"/>
            </w:tcMar>
            <w:vAlign w:val="center"/>
          </w:tcPr>
          <w:p w14:paraId="7EA4D418" w14:textId="77777777" w:rsidR="00660EF0" w:rsidRPr="00F54F5A" w:rsidRDefault="00660EF0"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14698B64" w14:textId="77777777" w:rsidR="00660EF0" w:rsidRPr="00F54F5A" w:rsidRDefault="00660EF0" w:rsidP="00F54F5A">
            <w:pPr>
              <w:spacing w:after="0" w:line="240" w:lineRule="auto"/>
              <w:jc w:val="center"/>
              <w:rPr>
                <w:rFonts w:cs="Times New Roman"/>
                <w:sz w:val="24"/>
              </w:rPr>
            </w:pPr>
          </w:p>
        </w:tc>
        <w:tc>
          <w:tcPr>
            <w:tcW w:w="1984" w:type="dxa"/>
            <w:tcMar>
              <w:top w:w="50" w:type="dxa"/>
              <w:left w:w="60" w:type="dxa"/>
              <w:bottom w:w="50" w:type="dxa"/>
              <w:right w:w="60" w:type="dxa"/>
            </w:tcMar>
            <w:vAlign w:val="center"/>
          </w:tcPr>
          <w:p w14:paraId="301539BF" w14:textId="77777777" w:rsidR="00660EF0" w:rsidRPr="00F54F5A" w:rsidRDefault="00660EF0" w:rsidP="00F54F5A">
            <w:pPr>
              <w:spacing w:after="0" w:line="240" w:lineRule="auto"/>
              <w:jc w:val="center"/>
              <w:rPr>
                <w:rFonts w:cs="Times New Roman"/>
                <w:sz w:val="24"/>
              </w:rPr>
            </w:pPr>
          </w:p>
        </w:tc>
      </w:tr>
      <w:tr w:rsidR="00660EF0" w:rsidRPr="00F54F5A" w14:paraId="77559EF7" w14:textId="77777777" w:rsidTr="00F54F5A">
        <w:trPr>
          <w:cantSplit/>
          <w:trHeight w:val="170"/>
          <w:jc w:val="center"/>
        </w:trPr>
        <w:tc>
          <w:tcPr>
            <w:tcW w:w="567" w:type="dxa"/>
            <w:tcMar>
              <w:top w:w="50" w:type="dxa"/>
              <w:left w:w="60" w:type="dxa"/>
              <w:bottom w:w="50" w:type="dxa"/>
              <w:right w:w="60" w:type="dxa"/>
            </w:tcMar>
            <w:vAlign w:val="center"/>
          </w:tcPr>
          <w:p w14:paraId="0FDEC6A8" w14:textId="77777777" w:rsidR="00660EF0" w:rsidRPr="00F54F5A" w:rsidRDefault="00660EF0" w:rsidP="00F54F5A">
            <w:pPr>
              <w:spacing w:after="0" w:line="240" w:lineRule="auto"/>
              <w:jc w:val="center"/>
              <w:rPr>
                <w:rFonts w:eastAsia="Times New Roman" w:cs="Times New Roman"/>
                <w:sz w:val="24"/>
              </w:rPr>
            </w:pPr>
            <w:r w:rsidRPr="00F54F5A">
              <w:rPr>
                <w:rFonts w:eastAsia="Times New Roman" w:cs="Times New Roman"/>
                <w:sz w:val="24"/>
                <w:lang w:val="vi-VN"/>
              </w:rPr>
              <w:t>3</w:t>
            </w:r>
          </w:p>
        </w:tc>
        <w:tc>
          <w:tcPr>
            <w:tcW w:w="5669" w:type="dxa"/>
            <w:tcMar>
              <w:top w:w="50" w:type="dxa"/>
              <w:left w:w="60" w:type="dxa"/>
              <w:bottom w:w="50" w:type="dxa"/>
              <w:right w:w="60" w:type="dxa"/>
            </w:tcMar>
            <w:vAlign w:val="center"/>
          </w:tcPr>
          <w:p w14:paraId="7077D33A" w14:textId="77777777" w:rsidR="00660EF0" w:rsidRPr="00F54F5A" w:rsidRDefault="00660EF0" w:rsidP="00F54F5A">
            <w:pPr>
              <w:spacing w:after="0" w:line="240" w:lineRule="auto"/>
              <w:rPr>
                <w:rFonts w:eastAsia="Times New Roman" w:cs="Times New Roman"/>
                <w:sz w:val="24"/>
                <w:lang w:val="vi-VN"/>
              </w:rPr>
            </w:pPr>
            <w:r w:rsidRPr="00F54F5A">
              <w:rPr>
                <w:rFonts w:eastAsia="Times New Roman" w:cs="Times New Roman"/>
                <w:sz w:val="24"/>
              </w:rPr>
              <w:t>Số</w:t>
            </w:r>
            <w:r w:rsidRPr="00F54F5A">
              <w:rPr>
                <w:rFonts w:eastAsia="Times New Roman" w:cs="Times New Roman"/>
                <w:sz w:val="24"/>
                <w:lang w:val="vi-VN"/>
              </w:rPr>
              <w:t xml:space="preserve"> đang điều trị</w:t>
            </w:r>
          </w:p>
        </w:tc>
        <w:tc>
          <w:tcPr>
            <w:tcW w:w="2268" w:type="dxa"/>
            <w:tcMar>
              <w:top w:w="50" w:type="dxa"/>
              <w:left w:w="60" w:type="dxa"/>
              <w:bottom w:w="50" w:type="dxa"/>
              <w:right w:w="60" w:type="dxa"/>
            </w:tcMar>
            <w:vAlign w:val="center"/>
          </w:tcPr>
          <w:p w14:paraId="3FEF3AC0" w14:textId="77777777" w:rsidR="00660EF0" w:rsidRPr="00F54F5A" w:rsidRDefault="00660EF0"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57ADBA21" w14:textId="77777777" w:rsidR="00660EF0" w:rsidRPr="00F54F5A" w:rsidRDefault="00660EF0" w:rsidP="00F54F5A">
            <w:pPr>
              <w:spacing w:after="0" w:line="240" w:lineRule="auto"/>
              <w:jc w:val="center"/>
              <w:rPr>
                <w:rFonts w:cs="Times New Roman"/>
                <w:sz w:val="24"/>
              </w:rPr>
            </w:pPr>
          </w:p>
        </w:tc>
        <w:tc>
          <w:tcPr>
            <w:tcW w:w="1984" w:type="dxa"/>
            <w:tcMar>
              <w:top w:w="50" w:type="dxa"/>
              <w:left w:w="60" w:type="dxa"/>
              <w:bottom w:w="50" w:type="dxa"/>
              <w:right w:w="60" w:type="dxa"/>
            </w:tcMar>
            <w:vAlign w:val="center"/>
          </w:tcPr>
          <w:p w14:paraId="3ECA70C9" w14:textId="77777777" w:rsidR="00660EF0" w:rsidRPr="00F54F5A" w:rsidRDefault="00660EF0" w:rsidP="00F54F5A">
            <w:pPr>
              <w:spacing w:after="0" w:line="240" w:lineRule="auto"/>
              <w:jc w:val="center"/>
              <w:rPr>
                <w:rFonts w:cs="Times New Roman"/>
                <w:sz w:val="24"/>
              </w:rPr>
            </w:pPr>
          </w:p>
        </w:tc>
      </w:tr>
      <w:tr w:rsidR="00660EF0" w:rsidRPr="008C62CF" w14:paraId="0D3DE015" w14:textId="77777777" w:rsidTr="00F54F5A">
        <w:trPr>
          <w:cantSplit/>
          <w:trHeight w:val="170"/>
          <w:jc w:val="center"/>
        </w:trPr>
        <w:tc>
          <w:tcPr>
            <w:tcW w:w="567" w:type="dxa"/>
            <w:tcMar>
              <w:top w:w="50" w:type="dxa"/>
              <w:left w:w="60" w:type="dxa"/>
              <w:bottom w:w="50" w:type="dxa"/>
              <w:right w:w="60" w:type="dxa"/>
            </w:tcMar>
            <w:vAlign w:val="center"/>
          </w:tcPr>
          <w:p w14:paraId="2AC062AB" w14:textId="77777777" w:rsidR="00660EF0" w:rsidRPr="00F54F5A" w:rsidRDefault="00660EF0" w:rsidP="00F54F5A">
            <w:pPr>
              <w:spacing w:after="0" w:line="240" w:lineRule="auto"/>
              <w:jc w:val="center"/>
              <w:rPr>
                <w:rFonts w:eastAsia="Times New Roman" w:cs="Times New Roman"/>
                <w:sz w:val="24"/>
                <w:lang w:val="vi-VN"/>
              </w:rPr>
            </w:pPr>
            <w:r w:rsidRPr="00F54F5A">
              <w:rPr>
                <w:rFonts w:eastAsia="Times New Roman" w:cs="Times New Roman"/>
                <w:sz w:val="24"/>
                <w:lang w:val="vi-VN"/>
              </w:rPr>
              <w:t>4</w:t>
            </w:r>
          </w:p>
        </w:tc>
        <w:tc>
          <w:tcPr>
            <w:tcW w:w="5669" w:type="dxa"/>
            <w:tcMar>
              <w:top w:w="50" w:type="dxa"/>
              <w:left w:w="60" w:type="dxa"/>
              <w:bottom w:w="50" w:type="dxa"/>
              <w:right w:w="60" w:type="dxa"/>
            </w:tcMar>
            <w:vAlign w:val="center"/>
          </w:tcPr>
          <w:p w14:paraId="3195F431" w14:textId="5C4C26A9" w:rsidR="00660EF0" w:rsidRPr="008C62CF" w:rsidRDefault="00660EF0" w:rsidP="00F54F5A">
            <w:pPr>
              <w:spacing w:after="0" w:line="240" w:lineRule="auto"/>
              <w:rPr>
                <w:rFonts w:eastAsia="Times New Roman" w:cs="Times New Roman"/>
                <w:sz w:val="24"/>
                <w:vertAlign w:val="superscript"/>
                <w:lang w:val="vi-VN"/>
              </w:rPr>
            </w:pPr>
            <w:r w:rsidRPr="00F54F5A">
              <w:rPr>
                <w:rFonts w:eastAsia="Times New Roman" w:cs="Times New Roman"/>
                <w:sz w:val="24"/>
                <w:lang w:val="vi-VN"/>
              </w:rPr>
              <w:t>Số trường hợp bệnh nặng</w:t>
            </w:r>
            <w:r w:rsidR="005479F7" w:rsidRPr="008C62CF">
              <w:rPr>
                <w:rFonts w:eastAsia="Times New Roman" w:cs="Times New Roman"/>
                <w:sz w:val="24"/>
                <w:lang w:val="vi-VN"/>
              </w:rPr>
              <w:t>/nguy kịch</w:t>
            </w:r>
            <w:r w:rsidRPr="008C62CF">
              <w:rPr>
                <w:rFonts w:eastAsia="Times New Roman" w:cs="Times New Roman"/>
                <w:sz w:val="24"/>
                <w:vertAlign w:val="superscript"/>
                <w:lang w:val="vi-VN"/>
              </w:rPr>
              <w:t>*</w:t>
            </w:r>
          </w:p>
        </w:tc>
        <w:tc>
          <w:tcPr>
            <w:tcW w:w="2268" w:type="dxa"/>
            <w:tcMar>
              <w:top w:w="50" w:type="dxa"/>
              <w:left w:w="60" w:type="dxa"/>
              <w:bottom w:w="50" w:type="dxa"/>
              <w:right w:w="60" w:type="dxa"/>
            </w:tcMar>
            <w:vAlign w:val="center"/>
          </w:tcPr>
          <w:p w14:paraId="60C5CCDF" w14:textId="77777777" w:rsidR="00660EF0" w:rsidRPr="00F54F5A" w:rsidRDefault="00660EF0" w:rsidP="00F54F5A">
            <w:pPr>
              <w:spacing w:after="0" w:line="240" w:lineRule="auto"/>
              <w:jc w:val="center"/>
              <w:rPr>
                <w:rFonts w:cs="Times New Roman"/>
                <w:sz w:val="24"/>
                <w:lang w:val="vi-VN"/>
              </w:rPr>
            </w:pPr>
          </w:p>
        </w:tc>
        <w:tc>
          <w:tcPr>
            <w:tcW w:w="2268" w:type="dxa"/>
            <w:tcMar>
              <w:top w:w="50" w:type="dxa"/>
              <w:left w:w="60" w:type="dxa"/>
              <w:bottom w:w="50" w:type="dxa"/>
              <w:right w:w="60" w:type="dxa"/>
            </w:tcMar>
            <w:vAlign w:val="center"/>
          </w:tcPr>
          <w:p w14:paraId="1F517562" w14:textId="77777777" w:rsidR="00660EF0" w:rsidRPr="00F54F5A" w:rsidRDefault="00660EF0" w:rsidP="00F54F5A">
            <w:pPr>
              <w:spacing w:after="0" w:line="240" w:lineRule="auto"/>
              <w:jc w:val="center"/>
              <w:rPr>
                <w:rFonts w:cs="Times New Roman"/>
                <w:sz w:val="24"/>
                <w:lang w:val="vi-VN"/>
              </w:rPr>
            </w:pPr>
          </w:p>
        </w:tc>
        <w:tc>
          <w:tcPr>
            <w:tcW w:w="1984" w:type="dxa"/>
            <w:tcMar>
              <w:top w:w="50" w:type="dxa"/>
              <w:left w:w="60" w:type="dxa"/>
              <w:bottom w:w="50" w:type="dxa"/>
              <w:right w:w="60" w:type="dxa"/>
            </w:tcMar>
            <w:vAlign w:val="center"/>
          </w:tcPr>
          <w:p w14:paraId="1310F96F" w14:textId="77777777" w:rsidR="00660EF0" w:rsidRPr="00F54F5A" w:rsidRDefault="00660EF0" w:rsidP="00F54F5A">
            <w:pPr>
              <w:spacing w:after="0" w:line="240" w:lineRule="auto"/>
              <w:jc w:val="center"/>
              <w:rPr>
                <w:rFonts w:cs="Times New Roman"/>
                <w:sz w:val="24"/>
                <w:lang w:val="vi-VN"/>
              </w:rPr>
            </w:pPr>
          </w:p>
        </w:tc>
      </w:tr>
      <w:tr w:rsidR="00660EF0" w:rsidRPr="008C62CF" w14:paraId="7150794C" w14:textId="77777777" w:rsidTr="00F54F5A">
        <w:trPr>
          <w:cantSplit/>
          <w:trHeight w:val="170"/>
          <w:jc w:val="center"/>
        </w:trPr>
        <w:tc>
          <w:tcPr>
            <w:tcW w:w="567" w:type="dxa"/>
            <w:tcMar>
              <w:top w:w="50" w:type="dxa"/>
              <w:left w:w="60" w:type="dxa"/>
              <w:bottom w:w="50" w:type="dxa"/>
              <w:right w:w="60" w:type="dxa"/>
            </w:tcMar>
            <w:vAlign w:val="center"/>
          </w:tcPr>
          <w:p w14:paraId="19CA476B" w14:textId="77777777" w:rsidR="00660EF0" w:rsidRPr="00F54F5A" w:rsidRDefault="00660EF0" w:rsidP="00F54F5A">
            <w:pPr>
              <w:spacing w:after="0" w:line="240" w:lineRule="auto"/>
              <w:jc w:val="center"/>
              <w:rPr>
                <w:rFonts w:eastAsia="Times New Roman" w:cs="Times New Roman"/>
                <w:sz w:val="24"/>
                <w:lang w:val="vi-VN"/>
              </w:rPr>
            </w:pPr>
            <w:r w:rsidRPr="00F54F5A">
              <w:rPr>
                <w:rFonts w:eastAsia="Times New Roman" w:cs="Times New Roman"/>
                <w:sz w:val="24"/>
                <w:lang w:val="vi-VN"/>
              </w:rPr>
              <w:t>5</w:t>
            </w:r>
          </w:p>
        </w:tc>
        <w:tc>
          <w:tcPr>
            <w:tcW w:w="5669" w:type="dxa"/>
            <w:tcMar>
              <w:top w:w="50" w:type="dxa"/>
              <w:left w:w="60" w:type="dxa"/>
              <w:bottom w:w="50" w:type="dxa"/>
              <w:right w:w="60" w:type="dxa"/>
            </w:tcMar>
            <w:vAlign w:val="center"/>
          </w:tcPr>
          <w:p w14:paraId="002299C9" w14:textId="77777777" w:rsidR="00660EF0" w:rsidRPr="008C62CF" w:rsidRDefault="00660EF0" w:rsidP="00F54F5A">
            <w:pPr>
              <w:spacing w:after="0" w:line="240" w:lineRule="auto"/>
              <w:rPr>
                <w:rFonts w:eastAsia="Times New Roman" w:cs="Times New Roman"/>
                <w:sz w:val="24"/>
                <w:vertAlign w:val="superscript"/>
                <w:lang w:val="vi-VN"/>
              </w:rPr>
            </w:pPr>
            <w:r w:rsidRPr="00F54F5A">
              <w:rPr>
                <w:rFonts w:eastAsia="Times New Roman" w:cs="Times New Roman"/>
                <w:sz w:val="24"/>
                <w:lang w:val="vi-VN"/>
              </w:rPr>
              <w:t>Số trường hợp bệnh biến chứng</w:t>
            </w:r>
            <w:r w:rsidRPr="008C62CF">
              <w:rPr>
                <w:rFonts w:eastAsia="Times New Roman" w:cs="Times New Roman"/>
                <w:sz w:val="24"/>
                <w:vertAlign w:val="superscript"/>
                <w:lang w:val="vi-VN"/>
              </w:rPr>
              <w:t>**</w:t>
            </w:r>
          </w:p>
        </w:tc>
        <w:tc>
          <w:tcPr>
            <w:tcW w:w="2268" w:type="dxa"/>
            <w:tcMar>
              <w:top w:w="50" w:type="dxa"/>
              <w:left w:w="60" w:type="dxa"/>
              <w:bottom w:w="50" w:type="dxa"/>
              <w:right w:w="60" w:type="dxa"/>
            </w:tcMar>
            <w:vAlign w:val="center"/>
          </w:tcPr>
          <w:p w14:paraId="4A725330" w14:textId="77777777" w:rsidR="00660EF0" w:rsidRPr="00F54F5A" w:rsidRDefault="00660EF0" w:rsidP="00F54F5A">
            <w:pPr>
              <w:spacing w:after="0" w:line="240" w:lineRule="auto"/>
              <w:jc w:val="center"/>
              <w:rPr>
                <w:rFonts w:cs="Times New Roman"/>
                <w:sz w:val="24"/>
                <w:lang w:val="vi-VN"/>
              </w:rPr>
            </w:pPr>
          </w:p>
        </w:tc>
        <w:tc>
          <w:tcPr>
            <w:tcW w:w="2268" w:type="dxa"/>
            <w:tcMar>
              <w:top w:w="50" w:type="dxa"/>
              <w:left w:w="60" w:type="dxa"/>
              <w:bottom w:w="50" w:type="dxa"/>
              <w:right w:w="60" w:type="dxa"/>
            </w:tcMar>
            <w:vAlign w:val="center"/>
          </w:tcPr>
          <w:p w14:paraId="1EEE47DC" w14:textId="77777777" w:rsidR="00660EF0" w:rsidRPr="00F54F5A" w:rsidRDefault="00660EF0" w:rsidP="00F54F5A">
            <w:pPr>
              <w:spacing w:after="0" w:line="240" w:lineRule="auto"/>
              <w:jc w:val="center"/>
              <w:rPr>
                <w:rFonts w:cs="Times New Roman"/>
                <w:sz w:val="24"/>
                <w:lang w:val="vi-VN"/>
              </w:rPr>
            </w:pPr>
          </w:p>
        </w:tc>
        <w:tc>
          <w:tcPr>
            <w:tcW w:w="1984" w:type="dxa"/>
            <w:tcMar>
              <w:top w:w="50" w:type="dxa"/>
              <w:left w:w="60" w:type="dxa"/>
              <w:bottom w:w="50" w:type="dxa"/>
              <w:right w:w="60" w:type="dxa"/>
            </w:tcMar>
            <w:vAlign w:val="center"/>
          </w:tcPr>
          <w:p w14:paraId="3647889B" w14:textId="77777777" w:rsidR="00660EF0" w:rsidRPr="00F54F5A" w:rsidRDefault="00660EF0" w:rsidP="00F54F5A">
            <w:pPr>
              <w:spacing w:after="0" w:line="240" w:lineRule="auto"/>
              <w:jc w:val="center"/>
              <w:rPr>
                <w:rFonts w:cs="Times New Roman"/>
                <w:sz w:val="24"/>
                <w:lang w:val="vi-VN"/>
              </w:rPr>
            </w:pPr>
          </w:p>
        </w:tc>
      </w:tr>
      <w:tr w:rsidR="00660EF0" w:rsidRPr="008C62CF" w14:paraId="24378217" w14:textId="77777777" w:rsidTr="00F54F5A">
        <w:trPr>
          <w:cantSplit/>
          <w:trHeight w:val="170"/>
          <w:jc w:val="center"/>
        </w:trPr>
        <w:tc>
          <w:tcPr>
            <w:tcW w:w="567" w:type="dxa"/>
            <w:tcMar>
              <w:top w:w="50" w:type="dxa"/>
              <w:left w:w="60" w:type="dxa"/>
              <w:bottom w:w="50" w:type="dxa"/>
              <w:right w:w="60" w:type="dxa"/>
            </w:tcMar>
            <w:vAlign w:val="center"/>
          </w:tcPr>
          <w:p w14:paraId="374A5464" w14:textId="77777777" w:rsidR="00660EF0" w:rsidRPr="00F54F5A" w:rsidRDefault="00660EF0" w:rsidP="00F54F5A">
            <w:pPr>
              <w:spacing w:after="0" w:line="240" w:lineRule="auto"/>
              <w:jc w:val="center"/>
              <w:rPr>
                <w:rFonts w:cs="Times New Roman"/>
                <w:sz w:val="24"/>
                <w:lang w:val="vi-VN"/>
              </w:rPr>
            </w:pPr>
            <w:r w:rsidRPr="00F54F5A">
              <w:rPr>
                <w:rFonts w:eastAsia="Times New Roman" w:cs="Times New Roman"/>
                <w:sz w:val="24"/>
                <w:lang w:val="vi-VN"/>
              </w:rPr>
              <w:t>6</w:t>
            </w:r>
          </w:p>
        </w:tc>
        <w:tc>
          <w:tcPr>
            <w:tcW w:w="5669" w:type="dxa"/>
            <w:tcMar>
              <w:top w:w="50" w:type="dxa"/>
              <w:left w:w="60" w:type="dxa"/>
              <w:bottom w:w="50" w:type="dxa"/>
              <w:right w:w="60" w:type="dxa"/>
            </w:tcMar>
            <w:vAlign w:val="center"/>
          </w:tcPr>
          <w:p w14:paraId="39945CDE" w14:textId="77777777" w:rsidR="00660EF0" w:rsidRPr="00F54F5A" w:rsidRDefault="00660EF0" w:rsidP="00F54F5A">
            <w:pPr>
              <w:spacing w:after="0" w:line="240" w:lineRule="auto"/>
              <w:rPr>
                <w:rFonts w:cs="Times New Roman"/>
                <w:sz w:val="24"/>
                <w:lang w:val="vi-VN"/>
              </w:rPr>
            </w:pPr>
            <w:r w:rsidRPr="00F54F5A">
              <w:rPr>
                <w:rFonts w:eastAsia="Times New Roman" w:cs="Times New Roman"/>
                <w:sz w:val="24"/>
                <w:lang w:val="vi-VN"/>
              </w:rPr>
              <w:t>Số trường hợp bệnh ra viện</w:t>
            </w:r>
          </w:p>
        </w:tc>
        <w:tc>
          <w:tcPr>
            <w:tcW w:w="2268" w:type="dxa"/>
            <w:tcMar>
              <w:top w:w="50" w:type="dxa"/>
              <w:left w:w="60" w:type="dxa"/>
              <w:bottom w:w="50" w:type="dxa"/>
              <w:right w:w="60" w:type="dxa"/>
            </w:tcMar>
            <w:vAlign w:val="center"/>
          </w:tcPr>
          <w:p w14:paraId="0BBB70A4" w14:textId="77777777" w:rsidR="00660EF0" w:rsidRPr="00F54F5A" w:rsidRDefault="00660EF0" w:rsidP="00F54F5A">
            <w:pPr>
              <w:spacing w:after="0" w:line="240" w:lineRule="auto"/>
              <w:jc w:val="center"/>
              <w:rPr>
                <w:rFonts w:cs="Times New Roman"/>
                <w:sz w:val="24"/>
                <w:lang w:val="vi-VN"/>
              </w:rPr>
            </w:pPr>
          </w:p>
        </w:tc>
        <w:tc>
          <w:tcPr>
            <w:tcW w:w="2268" w:type="dxa"/>
            <w:tcMar>
              <w:top w:w="50" w:type="dxa"/>
              <w:left w:w="60" w:type="dxa"/>
              <w:bottom w:w="50" w:type="dxa"/>
              <w:right w:w="60" w:type="dxa"/>
            </w:tcMar>
            <w:vAlign w:val="center"/>
          </w:tcPr>
          <w:p w14:paraId="30DCFBB3" w14:textId="77777777" w:rsidR="00660EF0" w:rsidRPr="00F54F5A" w:rsidRDefault="00660EF0" w:rsidP="00F54F5A">
            <w:pPr>
              <w:spacing w:after="0" w:line="240" w:lineRule="auto"/>
              <w:jc w:val="center"/>
              <w:rPr>
                <w:rFonts w:cs="Times New Roman"/>
                <w:sz w:val="24"/>
                <w:lang w:val="vi-VN"/>
              </w:rPr>
            </w:pPr>
          </w:p>
        </w:tc>
        <w:tc>
          <w:tcPr>
            <w:tcW w:w="1984" w:type="dxa"/>
            <w:tcMar>
              <w:top w:w="50" w:type="dxa"/>
              <w:left w:w="60" w:type="dxa"/>
              <w:bottom w:w="50" w:type="dxa"/>
              <w:right w:w="60" w:type="dxa"/>
            </w:tcMar>
            <w:vAlign w:val="center"/>
          </w:tcPr>
          <w:p w14:paraId="28B0DDBE" w14:textId="77777777" w:rsidR="00660EF0" w:rsidRPr="00F54F5A" w:rsidRDefault="00660EF0" w:rsidP="00F54F5A">
            <w:pPr>
              <w:spacing w:after="0" w:line="240" w:lineRule="auto"/>
              <w:jc w:val="center"/>
              <w:rPr>
                <w:rFonts w:cs="Times New Roman"/>
                <w:sz w:val="24"/>
                <w:lang w:val="vi-VN"/>
              </w:rPr>
            </w:pPr>
          </w:p>
        </w:tc>
      </w:tr>
      <w:tr w:rsidR="00660EF0" w:rsidRPr="008C62CF" w14:paraId="7DE8E4F6" w14:textId="77777777" w:rsidTr="00F54F5A">
        <w:trPr>
          <w:cantSplit/>
          <w:trHeight w:val="170"/>
          <w:jc w:val="center"/>
        </w:trPr>
        <w:tc>
          <w:tcPr>
            <w:tcW w:w="567" w:type="dxa"/>
            <w:tcMar>
              <w:top w:w="50" w:type="dxa"/>
              <w:left w:w="60" w:type="dxa"/>
              <w:bottom w:w="50" w:type="dxa"/>
              <w:right w:w="60" w:type="dxa"/>
            </w:tcMar>
            <w:vAlign w:val="center"/>
          </w:tcPr>
          <w:p w14:paraId="00866B73" w14:textId="77777777" w:rsidR="00660EF0" w:rsidRPr="00F54F5A" w:rsidRDefault="00660EF0" w:rsidP="00F54F5A">
            <w:pPr>
              <w:spacing w:after="0" w:line="240" w:lineRule="auto"/>
              <w:jc w:val="center"/>
              <w:rPr>
                <w:rFonts w:cs="Times New Roman"/>
                <w:sz w:val="24"/>
                <w:lang w:val="vi-VN"/>
              </w:rPr>
            </w:pPr>
            <w:r w:rsidRPr="00F54F5A">
              <w:rPr>
                <w:rFonts w:eastAsia="Times New Roman" w:cs="Times New Roman"/>
                <w:sz w:val="24"/>
                <w:lang w:val="vi-VN"/>
              </w:rPr>
              <w:t>7</w:t>
            </w:r>
          </w:p>
        </w:tc>
        <w:tc>
          <w:tcPr>
            <w:tcW w:w="5669" w:type="dxa"/>
            <w:tcMar>
              <w:top w:w="50" w:type="dxa"/>
              <w:left w:w="60" w:type="dxa"/>
              <w:bottom w:w="50" w:type="dxa"/>
              <w:right w:w="60" w:type="dxa"/>
            </w:tcMar>
            <w:vAlign w:val="center"/>
          </w:tcPr>
          <w:p w14:paraId="3FD4CC01" w14:textId="77777777" w:rsidR="00660EF0" w:rsidRPr="00F54F5A" w:rsidRDefault="00660EF0" w:rsidP="00F54F5A">
            <w:pPr>
              <w:spacing w:after="0" w:line="240" w:lineRule="auto"/>
              <w:rPr>
                <w:rFonts w:cs="Times New Roman"/>
                <w:sz w:val="24"/>
                <w:lang w:val="vi-VN"/>
              </w:rPr>
            </w:pPr>
            <w:r w:rsidRPr="00F54F5A">
              <w:rPr>
                <w:rFonts w:eastAsia="Times New Roman" w:cs="Times New Roman"/>
                <w:sz w:val="24"/>
                <w:lang w:val="vi-VN"/>
              </w:rPr>
              <w:t>Số trường hợp bệnh chuyển tuyến</w:t>
            </w:r>
          </w:p>
        </w:tc>
        <w:tc>
          <w:tcPr>
            <w:tcW w:w="2268" w:type="dxa"/>
            <w:tcMar>
              <w:top w:w="50" w:type="dxa"/>
              <w:left w:w="60" w:type="dxa"/>
              <w:bottom w:w="50" w:type="dxa"/>
              <w:right w:w="60" w:type="dxa"/>
            </w:tcMar>
            <w:vAlign w:val="center"/>
          </w:tcPr>
          <w:p w14:paraId="61A3292A" w14:textId="77777777" w:rsidR="00660EF0" w:rsidRPr="00F54F5A" w:rsidRDefault="00660EF0" w:rsidP="00F54F5A">
            <w:pPr>
              <w:spacing w:after="0" w:line="240" w:lineRule="auto"/>
              <w:jc w:val="center"/>
              <w:rPr>
                <w:rFonts w:cs="Times New Roman"/>
                <w:sz w:val="24"/>
                <w:lang w:val="vi-VN"/>
              </w:rPr>
            </w:pPr>
          </w:p>
        </w:tc>
        <w:tc>
          <w:tcPr>
            <w:tcW w:w="2268" w:type="dxa"/>
            <w:tcMar>
              <w:top w:w="50" w:type="dxa"/>
              <w:left w:w="60" w:type="dxa"/>
              <w:bottom w:w="50" w:type="dxa"/>
              <w:right w:w="60" w:type="dxa"/>
            </w:tcMar>
            <w:vAlign w:val="center"/>
          </w:tcPr>
          <w:p w14:paraId="4B6F1DA7" w14:textId="77777777" w:rsidR="00660EF0" w:rsidRPr="00F54F5A" w:rsidRDefault="00660EF0" w:rsidP="00F54F5A">
            <w:pPr>
              <w:spacing w:after="0" w:line="240" w:lineRule="auto"/>
              <w:jc w:val="center"/>
              <w:rPr>
                <w:rFonts w:cs="Times New Roman"/>
                <w:sz w:val="24"/>
                <w:lang w:val="vi-VN"/>
              </w:rPr>
            </w:pPr>
          </w:p>
        </w:tc>
        <w:tc>
          <w:tcPr>
            <w:tcW w:w="1984" w:type="dxa"/>
            <w:tcMar>
              <w:top w:w="50" w:type="dxa"/>
              <w:left w:w="60" w:type="dxa"/>
              <w:bottom w:w="50" w:type="dxa"/>
              <w:right w:w="60" w:type="dxa"/>
            </w:tcMar>
            <w:vAlign w:val="center"/>
          </w:tcPr>
          <w:p w14:paraId="00D17101" w14:textId="77777777" w:rsidR="00660EF0" w:rsidRPr="00F54F5A" w:rsidRDefault="00660EF0" w:rsidP="00F54F5A">
            <w:pPr>
              <w:spacing w:after="0" w:line="240" w:lineRule="auto"/>
              <w:jc w:val="center"/>
              <w:rPr>
                <w:rFonts w:cs="Times New Roman"/>
                <w:sz w:val="24"/>
                <w:lang w:val="vi-VN"/>
              </w:rPr>
            </w:pPr>
          </w:p>
        </w:tc>
      </w:tr>
      <w:tr w:rsidR="00660EF0" w:rsidRPr="008C62CF" w14:paraId="732EE592" w14:textId="77777777" w:rsidTr="00F54F5A">
        <w:trPr>
          <w:cantSplit/>
          <w:trHeight w:val="170"/>
          <w:jc w:val="center"/>
        </w:trPr>
        <w:tc>
          <w:tcPr>
            <w:tcW w:w="567" w:type="dxa"/>
            <w:tcMar>
              <w:top w:w="50" w:type="dxa"/>
              <w:left w:w="60" w:type="dxa"/>
              <w:bottom w:w="50" w:type="dxa"/>
              <w:right w:w="60" w:type="dxa"/>
            </w:tcMar>
            <w:vAlign w:val="center"/>
          </w:tcPr>
          <w:p w14:paraId="6AA4BB02" w14:textId="77777777" w:rsidR="00660EF0" w:rsidRPr="00F54F5A" w:rsidRDefault="00660EF0" w:rsidP="00F54F5A">
            <w:pPr>
              <w:spacing w:after="0" w:line="240" w:lineRule="auto"/>
              <w:jc w:val="center"/>
              <w:rPr>
                <w:rFonts w:cs="Times New Roman"/>
                <w:sz w:val="24"/>
                <w:lang w:val="vi-VN"/>
              </w:rPr>
            </w:pPr>
            <w:r w:rsidRPr="00F54F5A">
              <w:rPr>
                <w:rFonts w:eastAsia="Times New Roman" w:cs="Times New Roman"/>
                <w:sz w:val="24"/>
                <w:lang w:val="vi-VN"/>
              </w:rPr>
              <w:t>8</w:t>
            </w:r>
          </w:p>
        </w:tc>
        <w:tc>
          <w:tcPr>
            <w:tcW w:w="5669" w:type="dxa"/>
            <w:tcMar>
              <w:top w:w="50" w:type="dxa"/>
              <w:left w:w="60" w:type="dxa"/>
              <w:bottom w:w="50" w:type="dxa"/>
              <w:right w:w="60" w:type="dxa"/>
            </w:tcMar>
            <w:vAlign w:val="center"/>
          </w:tcPr>
          <w:p w14:paraId="4CA73B07" w14:textId="77777777" w:rsidR="00660EF0" w:rsidRPr="00F54F5A" w:rsidRDefault="00660EF0" w:rsidP="00F54F5A">
            <w:pPr>
              <w:spacing w:after="0" w:line="240" w:lineRule="auto"/>
              <w:rPr>
                <w:rFonts w:cs="Times New Roman"/>
                <w:sz w:val="24"/>
                <w:lang w:val="vi-VN"/>
              </w:rPr>
            </w:pPr>
            <w:r w:rsidRPr="00F54F5A">
              <w:rPr>
                <w:rFonts w:eastAsia="Times New Roman" w:cs="Times New Roman"/>
                <w:sz w:val="24"/>
                <w:lang w:val="vi-VN"/>
              </w:rPr>
              <w:t>Số trường hợp bệnh tử vong</w:t>
            </w:r>
          </w:p>
        </w:tc>
        <w:tc>
          <w:tcPr>
            <w:tcW w:w="2268" w:type="dxa"/>
            <w:tcMar>
              <w:top w:w="50" w:type="dxa"/>
              <w:left w:w="60" w:type="dxa"/>
              <w:bottom w:w="50" w:type="dxa"/>
              <w:right w:w="60" w:type="dxa"/>
            </w:tcMar>
            <w:vAlign w:val="center"/>
          </w:tcPr>
          <w:p w14:paraId="46906CAF" w14:textId="77777777" w:rsidR="00660EF0" w:rsidRPr="00F54F5A" w:rsidRDefault="00660EF0" w:rsidP="00F54F5A">
            <w:pPr>
              <w:spacing w:after="0" w:line="240" w:lineRule="auto"/>
              <w:jc w:val="center"/>
              <w:rPr>
                <w:rFonts w:cs="Times New Roman"/>
                <w:sz w:val="24"/>
                <w:lang w:val="vi-VN"/>
              </w:rPr>
            </w:pPr>
          </w:p>
        </w:tc>
        <w:tc>
          <w:tcPr>
            <w:tcW w:w="2268" w:type="dxa"/>
            <w:tcMar>
              <w:top w:w="50" w:type="dxa"/>
              <w:left w:w="60" w:type="dxa"/>
              <w:bottom w:w="50" w:type="dxa"/>
              <w:right w:w="60" w:type="dxa"/>
            </w:tcMar>
            <w:vAlign w:val="center"/>
          </w:tcPr>
          <w:p w14:paraId="2DA65A0E" w14:textId="77777777" w:rsidR="00660EF0" w:rsidRPr="00F54F5A" w:rsidRDefault="00660EF0" w:rsidP="00F54F5A">
            <w:pPr>
              <w:spacing w:after="0" w:line="240" w:lineRule="auto"/>
              <w:jc w:val="center"/>
              <w:rPr>
                <w:rFonts w:cs="Times New Roman"/>
                <w:sz w:val="24"/>
                <w:lang w:val="vi-VN"/>
              </w:rPr>
            </w:pPr>
          </w:p>
        </w:tc>
        <w:tc>
          <w:tcPr>
            <w:tcW w:w="1984" w:type="dxa"/>
            <w:tcMar>
              <w:top w:w="50" w:type="dxa"/>
              <w:left w:w="60" w:type="dxa"/>
              <w:bottom w:w="50" w:type="dxa"/>
              <w:right w:w="60" w:type="dxa"/>
            </w:tcMar>
            <w:vAlign w:val="center"/>
          </w:tcPr>
          <w:p w14:paraId="61D994D0" w14:textId="77777777" w:rsidR="00660EF0" w:rsidRPr="00F54F5A" w:rsidRDefault="00660EF0" w:rsidP="00F54F5A">
            <w:pPr>
              <w:spacing w:after="0" w:line="240" w:lineRule="auto"/>
              <w:jc w:val="center"/>
              <w:rPr>
                <w:rFonts w:cs="Times New Roman"/>
                <w:sz w:val="24"/>
                <w:lang w:val="vi-VN"/>
              </w:rPr>
            </w:pPr>
          </w:p>
        </w:tc>
      </w:tr>
      <w:tr w:rsidR="00660EF0" w:rsidRPr="008C62CF" w14:paraId="79474C1D" w14:textId="77777777" w:rsidTr="00F54F5A">
        <w:trPr>
          <w:cantSplit/>
          <w:trHeight w:val="170"/>
          <w:jc w:val="center"/>
        </w:trPr>
        <w:tc>
          <w:tcPr>
            <w:tcW w:w="567" w:type="dxa"/>
            <w:tcMar>
              <w:top w:w="50" w:type="dxa"/>
              <w:left w:w="60" w:type="dxa"/>
              <w:bottom w:w="50" w:type="dxa"/>
              <w:right w:w="60" w:type="dxa"/>
            </w:tcMar>
            <w:vAlign w:val="center"/>
          </w:tcPr>
          <w:p w14:paraId="692A1576" w14:textId="77777777" w:rsidR="00660EF0" w:rsidRPr="00F54F5A" w:rsidRDefault="00660EF0" w:rsidP="00F54F5A">
            <w:pPr>
              <w:spacing w:after="0" w:line="240" w:lineRule="auto"/>
              <w:jc w:val="center"/>
              <w:rPr>
                <w:rFonts w:cs="Times New Roman"/>
                <w:sz w:val="24"/>
                <w:lang w:val="vi-VN"/>
              </w:rPr>
            </w:pPr>
            <w:r w:rsidRPr="00F54F5A">
              <w:rPr>
                <w:rFonts w:eastAsia="Times New Roman" w:cs="Times New Roman"/>
                <w:sz w:val="24"/>
                <w:lang w:val="vi-VN"/>
              </w:rPr>
              <w:t>9</w:t>
            </w:r>
          </w:p>
        </w:tc>
        <w:tc>
          <w:tcPr>
            <w:tcW w:w="5669" w:type="dxa"/>
            <w:tcMar>
              <w:top w:w="50" w:type="dxa"/>
              <w:left w:w="60" w:type="dxa"/>
              <w:bottom w:w="50" w:type="dxa"/>
              <w:right w:w="60" w:type="dxa"/>
            </w:tcMar>
            <w:vAlign w:val="center"/>
          </w:tcPr>
          <w:p w14:paraId="0E8640CA" w14:textId="77777777" w:rsidR="00660EF0" w:rsidRPr="008C62CF" w:rsidRDefault="00660EF0" w:rsidP="00F54F5A">
            <w:pPr>
              <w:spacing w:after="0" w:line="240" w:lineRule="auto"/>
              <w:rPr>
                <w:rFonts w:cs="Times New Roman"/>
                <w:sz w:val="24"/>
                <w:vertAlign w:val="superscript"/>
                <w:lang w:val="vi-VN"/>
              </w:rPr>
            </w:pPr>
            <w:r w:rsidRPr="00F54F5A">
              <w:rPr>
                <w:rFonts w:eastAsia="Times New Roman" w:cs="Times New Roman"/>
                <w:sz w:val="24"/>
                <w:lang w:val="vi-VN"/>
              </w:rPr>
              <w:t>Số trường hợp bệnh có di chứng được xác định</w:t>
            </w:r>
            <w:r w:rsidRPr="008C62CF">
              <w:rPr>
                <w:rFonts w:eastAsia="Times New Roman" w:cs="Times New Roman"/>
                <w:sz w:val="24"/>
                <w:vertAlign w:val="superscript"/>
                <w:lang w:val="vi-VN"/>
              </w:rPr>
              <w:t>***</w:t>
            </w:r>
          </w:p>
        </w:tc>
        <w:tc>
          <w:tcPr>
            <w:tcW w:w="2268" w:type="dxa"/>
            <w:tcMar>
              <w:top w:w="50" w:type="dxa"/>
              <w:left w:w="60" w:type="dxa"/>
              <w:bottom w:w="50" w:type="dxa"/>
              <w:right w:w="60" w:type="dxa"/>
            </w:tcMar>
            <w:vAlign w:val="center"/>
          </w:tcPr>
          <w:p w14:paraId="4F702E98" w14:textId="77777777" w:rsidR="00660EF0" w:rsidRPr="00F54F5A" w:rsidRDefault="00660EF0" w:rsidP="00F54F5A">
            <w:pPr>
              <w:spacing w:after="0" w:line="240" w:lineRule="auto"/>
              <w:jc w:val="center"/>
              <w:rPr>
                <w:rFonts w:cs="Times New Roman"/>
                <w:sz w:val="24"/>
                <w:lang w:val="vi-VN"/>
              </w:rPr>
            </w:pPr>
          </w:p>
        </w:tc>
        <w:tc>
          <w:tcPr>
            <w:tcW w:w="2268" w:type="dxa"/>
            <w:tcMar>
              <w:top w:w="50" w:type="dxa"/>
              <w:left w:w="60" w:type="dxa"/>
              <w:bottom w:w="50" w:type="dxa"/>
              <w:right w:w="60" w:type="dxa"/>
            </w:tcMar>
            <w:vAlign w:val="center"/>
          </w:tcPr>
          <w:p w14:paraId="1DB85350" w14:textId="77777777" w:rsidR="00660EF0" w:rsidRPr="00F54F5A" w:rsidRDefault="00660EF0" w:rsidP="00F54F5A">
            <w:pPr>
              <w:spacing w:after="0" w:line="240" w:lineRule="auto"/>
              <w:jc w:val="center"/>
              <w:rPr>
                <w:rFonts w:cs="Times New Roman"/>
                <w:sz w:val="24"/>
                <w:lang w:val="vi-VN"/>
              </w:rPr>
            </w:pPr>
          </w:p>
        </w:tc>
        <w:tc>
          <w:tcPr>
            <w:tcW w:w="1984" w:type="dxa"/>
            <w:tcMar>
              <w:top w:w="50" w:type="dxa"/>
              <w:left w:w="60" w:type="dxa"/>
              <w:bottom w:w="50" w:type="dxa"/>
              <w:right w:w="60" w:type="dxa"/>
            </w:tcMar>
            <w:vAlign w:val="center"/>
          </w:tcPr>
          <w:p w14:paraId="4360F296" w14:textId="77777777" w:rsidR="00660EF0" w:rsidRPr="00F54F5A" w:rsidRDefault="00660EF0" w:rsidP="00F54F5A">
            <w:pPr>
              <w:spacing w:after="0" w:line="240" w:lineRule="auto"/>
              <w:jc w:val="center"/>
              <w:rPr>
                <w:rFonts w:cs="Times New Roman"/>
                <w:sz w:val="24"/>
                <w:lang w:val="vi-VN"/>
              </w:rPr>
            </w:pPr>
          </w:p>
        </w:tc>
      </w:tr>
      <w:tr w:rsidR="00660EF0" w:rsidRPr="008C62CF" w14:paraId="08C1F9B5" w14:textId="77777777" w:rsidTr="00F54F5A">
        <w:trPr>
          <w:cantSplit/>
          <w:trHeight w:val="170"/>
          <w:jc w:val="center"/>
        </w:trPr>
        <w:tc>
          <w:tcPr>
            <w:tcW w:w="567" w:type="dxa"/>
            <w:tcMar>
              <w:top w:w="50" w:type="dxa"/>
              <w:left w:w="60" w:type="dxa"/>
              <w:bottom w:w="50" w:type="dxa"/>
              <w:right w:w="60" w:type="dxa"/>
            </w:tcMar>
            <w:vAlign w:val="center"/>
          </w:tcPr>
          <w:p w14:paraId="3F3FFCC1" w14:textId="77777777" w:rsidR="00660EF0" w:rsidRPr="00F54F5A" w:rsidRDefault="00660EF0" w:rsidP="00F54F5A">
            <w:pPr>
              <w:spacing w:after="0" w:line="240" w:lineRule="auto"/>
              <w:jc w:val="center"/>
              <w:rPr>
                <w:rFonts w:cs="Times New Roman"/>
                <w:sz w:val="24"/>
                <w:szCs w:val="18"/>
                <w:lang w:val="vi-VN"/>
              </w:rPr>
            </w:pPr>
            <w:r w:rsidRPr="00F54F5A">
              <w:rPr>
                <w:rFonts w:cs="Times New Roman"/>
                <w:sz w:val="24"/>
                <w:szCs w:val="18"/>
                <w:lang w:val="vi-VN"/>
              </w:rPr>
              <w:t>10</w:t>
            </w:r>
          </w:p>
        </w:tc>
        <w:tc>
          <w:tcPr>
            <w:tcW w:w="5669" w:type="dxa"/>
            <w:tcMar>
              <w:top w:w="50" w:type="dxa"/>
              <w:left w:w="60" w:type="dxa"/>
              <w:bottom w:w="50" w:type="dxa"/>
              <w:right w:w="60" w:type="dxa"/>
            </w:tcMar>
            <w:vAlign w:val="center"/>
          </w:tcPr>
          <w:p w14:paraId="14D05AA6" w14:textId="77777777" w:rsidR="00660EF0" w:rsidRPr="00F54F5A" w:rsidRDefault="00660EF0" w:rsidP="00F54F5A">
            <w:pPr>
              <w:spacing w:after="0" w:line="240" w:lineRule="auto"/>
              <w:rPr>
                <w:rFonts w:cs="Times New Roman"/>
                <w:sz w:val="24"/>
                <w:lang w:val="vi-VN"/>
              </w:rPr>
            </w:pPr>
            <w:r w:rsidRPr="00F54F5A">
              <w:rPr>
                <w:rFonts w:eastAsia="Times New Roman" w:cs="Times New Roman"/>
                <w:sz w:val="24"/>
                <w:lang w:val="vi-VN"/>
              </w:rPr>
              <w:t>Số nhân viên y tế mắc bệnh</w:t>
            </w:r>
          </w:p>
        </w:tc>
        <w:tc>
          <w:tcPr>
            <w:tcW w:w="2268" w:type="dxa"/>
            <w:tcMar>
              <w:top w:w="50" w:type="dxa"/>
              <w:left w:w="60" w:type="dxa"/>
              <w:bottom w:w="50" w:type="dxa"/>
              <w:right w:w="60" w:type="dxa"/>
            </w:tcMar>
            <w:vAlign w:val="center"/>
          </w:tcPr>
          <w:p w14:paraId="18324050" w14:textId="77777777" w:rsidR="00660EF0" w:rsidRPr="00F54F5A" w:rsidRDefault="00660EF0" w:rsidP="00F54F5A">
            <w:pPr>
              <w:spacing w:after="0" w:line="240" w:lineRule="auto"/>
              <w:jc w:val="center"/>
              <w:rPr>
                <w:rFonts w:cs="Times New Roman"/>
                <w:sz w:val="24"/>
                <w:lang w:val="vi-VN"/>
              </w:rPr>
            </w:pPr>
          </w:p>
        </w:tc>
        <w:tc>
          <w:tcPr>
            <w:tcW w:w="2268" w:type="dxa"/>
            <w:tcMar>
              <w:top w:w="50" w:type="dxa"/>
              <w:left w:w="60" w:type="dxa"/>
              <w:bottom w:w="50" w:type="dxa"/>
              <w:right w:w="60" w:type="dxa"/>
            </w:tcMar>
            <w:vAlign w:val="center"/>
          </w:tcPr>
          <w:p w14:paraId="5ADA04C4" w14:textId="77777777" w:rsidR="00660EF0" w:rsidRPr="00F54F5A" w:rsidRDefault="00660EF0" w:rsidP="00F54F5A">
            <w:pPr>
              <w:spacing w:after="0" w:line="240" w:lineRule="auto"/>
              <w:jc w:val="center"/>
              <w:rPr>
                <w:rFonts w:cs="Times New Roman"/>
                <w:sz w:val="24"/>
                <w:lang w:val="vi-VN"/>
              </w:rPr>
            </w:pPr>
          </w:p>
        </w:tc>
        <w:tc>
          <w:tcPr>
            <w:tcW w:w="1984" w:type="dxa"/>
            <w:tcMar>
              <w:top w:w="50" w:type="dxa"/>
              <w:left w:w="60" w:type="dxa"/>
              <w:bottom w:w="50" w:type="dxa"/>
              <w:right w:w="60" w:type="dxa"/>
            </w:tcMar>
            <w:vAlign w:val="center"/>
          </w:tcPr>
          <w:p w14:paraId="78F5CCE2" w14:textId="77777777" w:rsidR="00660EF0" w:rsidRPr="00F54F5A" w:rsidRDefault="00660EF0" w:rsidP="00F54F5A">
            <w:pPr>
              <w:spacing w:after="0" w:line="240" w:lineRule="auto"/>
              <w:jc w:val="center"/>
              <w:rPr>
                <w:rFonts w:cs="Times New Roman"/>
                <w:sz w:val="24"/>
                <w:lang w:val="vi-VN"/>
              </w:rPr>
            </w:pPr>
          </w:p>
        </w:tc>
      </w:tr>
    </w:tbl>
    <w:p w14:paraId="77528EB8" w14:textId="46E85FA9" w:rsidR="005479F7" w:rsidRPr="008C62CF" w:rsidRDefault="005479F7" w:rsidP="00CA634C">
      <w:pPr>
        <w:keepNext/>
        <w:spacing w:before="120" w:after="0" w:line="240" w:lineRule="auto"/>
        <w:rPr>
          <w:rFonts w:eastAsia="Times New Roman" w:cs="Times New Roman"/>
          <w:b/>
          <w:sz w:val="26"/>
          <w:szCs w:val="18"/>
          <w:lang w:val="vi-VN"/>
        </w:rPr>
      </w:pPr>
      <w:r w:rsidRPr="008C62CF">
        <w:rPr>
          <w:rFonts w:eastAsia="Times New Roman" w:cs="Times New Roman"/>
          <w:b/>
          <w:sz w:val="26"/>
          <w:szCs w:val="18"/>
          <w:lang w:val="vi-VN"/>
        </w:rPr>
        <w:lastRenderedPageBreak/>
        <w:t>Ghi chú:</w:t>
      </w:r>
    </w:p>
    <w:p w14:paraId="34B3C271" w14:textId="77777777" w:rsidR="005479F7" w:rsidRPr="008C62CF" w:rsidRDefault="005479F7" w:rsidP="00CA634C">
      <w:pPr>
        <w:keepNext/>
        <w:spacing w:before="120" w:after="0" w:line="240" w:lineRule="auto"/>
        <w:rPr>
          <w:rFonts w:eastAsia="Times New Roman" w:cs="Times New Roman"/>
          <w:bCs/>
          <w:i/>
          <w:iCs/>
          <w:sz w:val="26"/>
          <w:szCs w:val="18"/>
          <w:lang w:val="vi-VN"/>
        </w:rPr>
      </w:pPr>
      <w:r w:rsidRPr="008C62CF">
        <w:rPr>
          <w:rFonts w:eastAsia="Times New Roman" w:cs="Times New Roman"/>
          <w:bCs/>
          <w:i/>
          <w:iCs/>
          <w:sz w:val="26"/>
          <w:szCs w:val="18"/>
          <w:lang w:val="vi-VN"/>
        </w:rPr>
        <w:t>* Trường hợp bệnh nặng/nguy kịch là những trường hợp có suy giảm chức năng cơ quan, tổn thương nghiêm trọng và có thể tử vong.</w:t>
      </w:r>
    </w:p>
    <w:p w14:paraId="6F372AC3" w14:textId="77777777" w:rsidR="005479F7" w:rsidRPr="008C62CF" w:rsidRDefault="005479F7" w:rsidP="00CA634C">
      <w:pPr>
        <w:keepNext/>
        <w:spacing w:before="120" w:after="0" w:line="240" w:lineRule="auto"/>
        <w:rPr>
          <w:rFonts w:eastAsia="Times New Roman" w:cs="Times New Roman"/>
          <w:bCs/>
          <w:i/>
          <w:iCs/>
          <w:spacing w:val="-2"/>
          <w:sz w:val="26"/>
          <w:szCs w:val="18"/>
          <w:lang w:val="vi-VN"/>
        </w:rPr>
      </w:pPr>
      <w:r w:rsidRPr="008C62CF">
        <w:rPr>
          <w:rFonts w:eastAsia="Times New Roman" w:cs="Times New Roman"/>
          <w:bCs/>
          <w:i/>
          <w:iCs/>
          <w:spacing w:val="-2"/>
          <w:sz w:val="26"/>
          <w:szCs w:val="18"/>
          <w:lang w:val="vi-VN"/>
        </w:rPr>
        <w:t>** Trường hợp biến chứng là bệnh, hội chứng hoặc tình trạng bệnh lý xuất hiện trong quá trình điều trị, là hậu quả hoặc do tiến triển xấu đi của bệnh trong quá trình điều trị.</w:t>
      </w:r>
    </w:p>
    <w:p w14:paraId="3EFE168C" w14:textId="32706025" w:rsidR="005479F7" w:rsidRPr="008C62CF" w:rsidRDefault="005479F7" w:rsidP="00CA634C">
      <w:pPr>
        <w:keepNext/>
        <w:spacing w:before="120" w:after="0" w:line="240" w:lineRule="auto"/>
        <w:rPr>
          <w:rFonts w:eastAsia="Times New Roman" w:cs="Times New Roman"/>
          <w:bCs/>
          <w:i/>
          <w:iCs/>
          <w:sz w:val="26"/>
          <w:szCs w:val="18"/>
          <w:lang w:val="vi-VN"/>
        </w:rPr>
      </w:pPr>
      <w:r w:rsidRPr="008C62CF">
        <w:rPr>
          <w:rFonts w:eastAsia="Times New Roman" w:cs="Times New Roman"/>
          <w:bCs/>
          <w:i/>
          <w:iCs/>
          <w:sz w:val="26"/>
          <w:szCs w:val="18"/>
          <w:lang w:val="vi-VN"/>
        </w:rPr>
        <w:t>*** Trường hợp bệnh có di chứng được xác định là một tình trạng bệnh lý được xác định còn lại sau khi đã được điều trị khỏi bệnh.</w:t>
      </w:r>
    </w:p>
    <w:p w14:paraId="0C8CCFBE" w14:textId="468855DB" w:rsidR="00884DFA" w:rsidRPr="00F54F5A" w:rsidRDefault="00436074" w:rsidP="00CA634C">
      <w:pPr>
        <w:keepNext/>
        <w:spacing w:before="120" w:after="0" w:line="240" w:lineRule="auto"/>
        <w:rPr>
          <w:rFonts w:cs="Times New Roman"/>
          <w:sz w:val="26"/>
          <w:lang w:val="vi-VN"/>
        </w:rPr>
      </w:pPr>
      <w:r w:rsidRPr="00F54F5A">
        <w:rPr>
          <w:rFonts w:eastAsia="Times New Roman" w:cs="Times New Roman"/>
          <w:b/>
          <w:sz w:val="26"/>
          <w:lang w:val="vi-VN"/>
        </w:rPr>
        <w:t>II. PHÂN BỐ CA MẮC, TỬ VONG VÀ DI CHỨNG</w:t>
      </w:r>
    </w:p>
    <w:tbl>
      <w:tblPr>
        <w:tblW w:w="142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23"/>
        <w:gridCol w:w="2601"/>
        <w:gridCol w:w="938"/>
        <w:gridCol w:w="938"/>
        <w:gridCol w:w="938"/>
        <w:gridCol w:w="938"/>
        <w:gridCol w:w="938"/>
        <w:gridCol w:w="938"/>
        <w:gridCol w:w="938"/>
        <w:gridCol w:w="938"/>
        <w:gridCol w:w="938"/>
        <w:gridCol w:w="938"/>
        <w:gridCol w:w="938"/>
        <w:gridCol w:w="938"/>
      </w:tblGrid>
      <w:tr w:rsidR="00884DFA" w:rsidRPr="00F54F5A" w14:paraId="1D8D7177" w14:textId="77777777" w:rsidTr="00F54F5A">
        <w:trPr>
          <w:cantSplit/>
          <w:tblHeader/>
          <w:jc w:val="center"/>
        </w:trPr>
        <w:tc>
          <w:tcPr>
            <w:tcW w:w="397" w:type="dxa"/>
            <w:vMerge w:val="restart"/>
            <w:shd w:val="clear" w:color="auto" w:fill="E7E6E6"/>
            <w:tcMar>
              <w:top w:w="50" w:type="dxa"/>
              <w:left w:w="60" w:type="dxa"/>
              <w:bottom w:w="50" w:type="dxa"/>
              <w:right w:w="60" w:type="dxa"/>
            </w:tcMar>
            <w:vAlign w:val="center"/>
          </w:tcPr>
          <w:p w14:paraId="110A6892" w14:textId="77777777" w:rsidR="00884DFA" w:rsidRPr="00F54F5A" w:rsidRDefault="00436074" w:rsidP="00F54F5A">
            <w:pPr>
              <w:spacing w:after="0" w:line="240" w:lineRule="auto"/>
              <w:jc w:val="center"/>
              <w:rPr>
                <w:rFonts w:cs="Times New Roman"/>
                <w:sz w:val="24"/>
                <w:szCs w:val="18"/>
              </w:rPr>
            </w:pPr>
            <w:r w:rsidRPr="00F54F5A">
              <w:rPr>
                <w:rFonts w:eastAsia="Times New Roman" w:cs="Times New Roman"/>
                <w:b/>
                <w:sz w:val="24"/>
                <w:szCs w:val="18"/>
              </w:rPr>
              <w:t>TT</w:t>
            </w:r>
          </w:p>
        </w:tc>
        <w:tc>
          <w:tcPr>
            <w:tcW w:w="2438" w:type="dxa"/>
            <w:vMerge w:val="restart"/>
            <w:shd w:val="clear" w:color="auto" w:fill="E7E6E6"/>
            <w:tcMar>
              <w:top w:w="50" w:type="dxa"/>
              <w:left w:w="60" w:type="dxa"/>
              <w:bottom w:w="50" w:type="dxa"/>
              <w:right w:w="60" w:type="dxa"/>
            </w:tcMar>
            <w:vAlign w:val="center"/>
          </w:tcPr>
          <w:p w14:paraId="575A5386" w14:textId="77777777" w:rsidR="00884DFA" w:rsidRPr="00F54F5A" w:rsidRDefault="00436074" w:rsidP="00F54F5A">
            <w:pPr>
              <w:spacing w:after="0" w:line="240" w:lineRule="auto"/>
              <w:jc w:val="center"/>
              <w:rPr>
                <w:rFonts w:cs="Times New Roman"/>
                <w:sz w:val="24"/>
                <w:szCs w:val="18"/>
              </w:rPr>
            </w:pPr>
            <w:r w:rsidRPr="00F54F5A">
              <w:rPr>
                <w:rFonts w:eastAsia="Times New Roman" w:cs="Times New Roman"/>
                <w:b/>
                <w:sz w:val="24"/>
                <w:szCs w:val="18"/>
              </w:rPr>
              <w:t>Nội dung</w:t>
            </w:r>
          </w:p>
        </w:tc>
        <w:tc>
          <w:tcPr>
            <w:tcW w:w="1758" w:type="dxa"/>
            <w:gridSpan w:val="2"/>
            <w:shd w:val="clear" w:color="auto" w:fill="E7E6E6"/>
            <w:tcMar>
              <w:top w:w="50" w:type="dxa"/>
              <w:left w:w="60" w:type="dxa"/>
              <w:bottom w:w="50" w:type="dxa"/>
              <w:right w:w="60" w:type="dxa"/>
            </w:tcMar>
            <w:vAlign w:val="center"/>
          </w:tcPr>
          <w:p w14:paraId="3F431525" w14:textId="3B34DC9A" w:rsidR="00884DFA" w:rsidRPr="00F54F5A" w:rsidRDefault="00D7131E" w:rsidP="00F54F5A">
            <w:pPr>
              <w:spacing w:after="0" w:line="240" w:lineRule="auto"/>
              <w:jc w:val="center"/>
              <w:rPr>
                <w:rFonts w:cs="Times New Roman"/>
                <w:sz w:val="24"/>
                <w:szCs w:val="18"/>
                <w:lang w:val="vi-VN"/>
              </w:rPr>
            </w:pPr>
            <w:r w:rsidRPr="00F54F5A">
              <w:rPr>
                <w:rFonts w:cs="Times New Roman"/>
                <w:sz w:val="24"/>
                <w:szCs w:val="18"/>
              </w:rPr>
              <w:t>Tổng</w:t>
            </w:r>
            <w:r w:rsidRPr="00F54F5A">
              <w:rPr>
                <w:rFonts w:cs="Times New Roman"/>
                <w:sz w:val="24"/>
                <w:szCs w:val="18"/>
                <w:lang w:val="vi-VN"/>
              </w:rPr>
              <w:t xml:space="preserve"> số</w:t>
            </w:r>
          </w:p>
        </w:tc>
        <w:tc>
          <w:tcPr>
            <w:tcW w:w="1758" w:type="dxa"/>
            <w:gridSpan w:val="2"/>
            <w:shd w:val="clear" w:color="auto" w:fill="E7E6E6"/>
            <w:tcMar>
              <w:top w:w="50" w:type="dxa"/>
              <w:left w:w="60" w:type="dxa"/>
              <w:bottom w:w="50" w:type="dxa"/>
              <w:right w:w="60" w:type="dxa"/>
            </w:tcMar>
            <w:vAlign w:val="center"/>
          </w:tcPr>
          <w:p w14:paraId="0B8F01A3" w14:textId="77777777" w:rsidR="00884DFA" w:rsidRPr="00F54F5A" w:rsidRDefault="00436074" w:rsidP="00F54F5A">
            <w:pPr>
              <w:spacing w:after="0" w:line="240" w:lineRule="auto"/>
              <w:jc w:val="center"/>
              <w:rPr>
                <w:rFonts w:cs="Times New Roman"/>
                <w:sz w:val="24"/>
                <w:szCs w:val="18"/>
              </w:rPr>
            </w:pPr>
            <w:r w:rsidRPr="00F54F5A">
              <w:rPr>
                <w:rFonts w:eastAsia="Times New Roman" w:cs="Times New Roman"/>
                <w:b/>
                <w:sz w:val="24"/>
                <w:szCs w:val="18"/>
              </w:rPr>
              <w:t>0 - 4 tuổi</w:t>
            </w:r>
          </w:p>
        </w:tc>
        <w:tc>
          <w:tcPr>
            <w:tcW w:w="1758" w:type="dxa"/>
            <w:gridSpan w:val="2"/>
            <w:shd w:val="clear" w:color="auto" w:fill="E7E6E6"/>
            <w:tcMar>
              <w:top w:w="50" w:type="dxa"/>
              <w:left w:w="60" w:type="dxa"/>
              <w:bottom w:w="50" w:type="dxa"/>
              <w:right w:w="60" w:type="dxa"/>
            </w:tcMar>
            <w:vAlign w:val="center"/>
          </w:tcPr>
          <w:p w14:paraId="083E91DA" w14:textId="77777777" w:rsidR="00884DFA" w:rsidRPr="00F54F5A" w:rsidRDefault="00436074" w:rsidP="00F54F5A">
            <w:pPr>
              <w:spacing w:after="0" w:line="240" w:lineRule="auto"/>
              <w:jc w:val="center"/>
              <w:rPr>
                <w:rFonts w:cs="Times New Roman"/>
                <w:sz w:val="24"/>
                <w:szCs w:val="18"/>
              </w:rPr>
            </w:pPr>
            <w:r w:rsidRPr="00F54F5A">
              <w:rPr>
                <w:rFonts w:eastAsia="Times New Roman" w:cs="Times New Roman"/>
                <w:b/>
                <w:sz w:val="24"/>
                <w:szCs w:val="18"/>
              </w:rPr>
              <w:t>5 - &lt;16 tuổi</w:t>
            </w:r>
          </w:p>
        </w:tc>
        <w:tc>
          <w:tcPr>
            <w:tcW w:w="1758" w:type="dxa"/>
            <w:gridSpan w:val="2"/>
            <w:shd w:val="clear" w:color="auto" w:fill="E7E6E6"/>
            <w:tcMar>
              <w:top w:w="50" w:type="dxa"/>
              <w:left w:w="60" w:type="dxa"/>
              <w:bottom w:w="50" w:type="dxa"/>
              <w:right w:w="60" w:type="dxa"/>
            </w:tcMar>
            <w:vAlign w:val="center"/>
          </w:tcPr>
          <w:p w14:paraId="636DFE2F" w14:textId="77777777" w:rsidR="00884DFA" w:rsidRPr="00F54F5A" w:rsidRDefault="00436074" w:rsidP="00F54F5A">
            <w:pPr>
              <w:spacing w:after="0" w:line="240" w:lineRule="auto"/>
              <w:jc w:val="center"/>
              <w:rPr>
                <w:rFonts w:cs="Times New Roman"/>
                <w:sz w:val="24"/>
                <w:szCs w:val="18"/>
              </w:rPr>
            </w:pPr>
            <w:r w:rsidRPr="00F54F5A">
              <w:rPr>
                <w:rFonts w:eastAsia="Times New Roman" w:cs="Times New Roman"/>
                <w:b/>
                <w:sz w:val="24"/>
                <w:szCs w:val="18"/>
              </w:rPr>
              <w:t>16 - 19 tuổi</w:t>
            </w:r>
          </w:p>
        </w:tc>
        <w:tc>
          <w:tcPr>
            <w:tcW w:w="1758" w:type="dxa"/>
            <w:gridSpan w:val="2"/>
            <w:shd w:val="clear" w:color="auto" w:fill="E7E6E6"/>
            <w:tcMar>
              <w:top w:w="50" w:type="dxa"/>
              <w:left w:w="60" w:type="dxa"/>
              <w:bottom w:w="50" w:type="dxa"/>
              <w:right w:w="60" w:type="dxa"/>
            </w:tcMar>
            <w:vAlign w:val="center"/>
          </w:tcPr>
          <w:p w14:paraId="0DBD2E70" w14:textId="77777777" w:rsidR="00884DFA" w:rsidRPr="00F54F5A" w:rsidRDefault="00436074" w:rsidP="00F54F5A">
            <w:pPr>
              <w:spacing w:after="0" w:line="240" w:lineRule="auto"/>
              <w:jc w:val="center"/>
              <w:rPr>
                <w:rFonts w:cs="Times New Roman"/>
                <w:sz w:val="24"/>
                <w:szCs w:val="18"/>
              </w:rPr>
            </w:pPr>
            <w:r w:rsidRPr="00F54F5A">
              <w:rPr>
                <w:rFonts w:eastAsia="Times New Roman" w:cs="Times New Roman"/>
                <w:b/>
                <w:sz w:val="24"/>
                <w:szCs w:val="18"/>
              </w:rPr>
              <w:t>20 - 60 tuổi</w:t>
            </w:r>
          </w:p>
        </w:tc>
        <w:tc>
          <w:tcPr>
            <w:tcW w:w="1758" w:type="dxa"/>
            <w:gridSpan w:val="2"/>
            <w:shd w:val="clear" w:color="auto" w:fill="E7E6E6"/>
            <w:tcMar>
              <w:top w:w="50" w:type="dxa"/>
              <w:left w:w="60" w:type="dxa"/>
              <w:bottom w:w="50" w:type="dxa"/>
              <w:right w:w="60" w:type="dxa"/>
            </w:tcMar>
            <w:vAlign w:val="center"/>
          </w:tcPr>
          <w:p w14:paraId="2DAB3E9A" w14:textId="77777777" w:rsidR="00884DFA" w:rsidRPr="00F54F5A" w:rsidRDefault="00436074" w:rsidP="00F54F5A">
            <w:pPr>
              <w:spacing w:after="0" w:line="240" w:lineRule="auto"/>
              <w:jc w:val="center"/>
              <w:rPr>
                <w:rFonts w:cs="Times New Roman"/>
                <w:sz w:val="24"/>
                <w:szCs w:val="18"/>
              </w:rPr>
            </w:pPr>
            <w:r w:rsidRPr="00F54F5A">
              <w:rPr>
                <w:rFonts w:eastAsia="Times New Roman" w:cs="Times New Roman"/>
                <w:b/>
                <w:sz w:val="24"/>
                <w:szCs w:val="18"/>
              </w:rPr>
              <w:t>&gt;60 tuổi</w:t>
            </w:r>
          </w:p>
        </w:tc>
      </w:tr>
      <w:tr w:rsidR="007767AD" w:rsidRPr="00F54F5A" w14:paraId="35E177A6" w14:textId="77777777" w:rsidTr="00F54F5A">
        <w:trPr>
          <w:cantSplit/>
          <w:tblHeader/>
          <w:jc w:val="center"/>
        </w:trPr>
        <w:tc>
          <w:tcPr>
            <w:tcW w:w="397" w:type="dxa"/>
            <w:vMerge/>
          </w:tcPr>
          <w:p w14:paraId="56469BB3" w14:textId="77777777" w:rsidR="007767AD" w:rsidRPr="00F54F5A" w:rsidRDefault="007767AD" w:rsidP="00F54F5A">
            <w:pPr>
              <w:spacing w:after="0" w:line="240" w:lineRule="auto"/>
              <w:rPr>
                <w:rFonts w:cs="Times New Roman"/>
                <w:sz w:val="24"/>
                <w:szCs w:val="18"/>
              </w:rPr>
            </w:pPr>
          </w:p>
        </w:tc>
        <w:tc>
          <w:tcPr>
            <w:tcW w:w="2438" w:type="dxa"/>
            <w:vMerge/>
          </w:tcPr>
          <w:p w14:paraId="6DD00814" w14:textId="77777777" w:rsidR="007767AD" w:rsidRPr="00F54F5A" w:rsidRDefault="007767AD" w:rsidP="00F54F5A">
            <w:pPr>
              <w:spacing w:after="0" w:line="240" w:lineRule="auto"/>
              <w:rPr>
                <w:rFonts w:cs="Times New Roman"/>
                <w:sz w:val="24"/>
                <w:szCs w:val="18"/>
              </w:rPr>
            </w:pPr>
          </w:p>
        </w:tc>
        <w:tc>
          <w:tcPr>
            <w:tcW w:w="879" w:type="dxa"/>
            <w:shd w:val="clear" w:color="auto" w:fill="E7E6E6"/>
            <w:tcMar>
              <w:top w:w="50" w:type="dxa"/>
              <w:left w:w="60" w:type="dxa"/>
              <w:bottom w:w="50" w:type="dxa"/>
              <w:right w:w="60" w:type="dxa"/>
            </w:tcMar>
            <w:vAlign w:val="center"/>
          </w:tcPr>
          <w:p w14:paraId="60D2D03D" w14:textId="3D65F23B" w:rsidR="007767AD" w:rsidRPr="00F54F5A" w:rsidRDefault="007767AD" w:rsidP="00F54F5A">
            <w:pPr>
              <w:spacing w:after="0" w:line="240" w:lineRule="auto"/>
              <w:jc w:val="center"/>
              <w:rPr>
                <w:rFonts w:cs="Times New Roman"/>
                <w:sz w:val="24"/>
                <w:szCs w:val="18"/>
                <w:lang w:val="vi-VN"/>
              </w:rPr>
            </w:pPr>
            <w:r w:rsidRPr="00F54F5A">
              <w:rPr>
                <w:rFonts w:eastAsia="Times New Roman" w:cs="Times New Roman"/>
                <w:b/>
                <w:sz w:val="24"/>
                <w:szCs w:val="18"/>
              </w:rPr>
              <w:t>Nam</w:t>
            </w:r>
          </w:p>
        </w:tc>
        <w:tc>
          <w:tcPr>
            <w:tcW w:w="879" w:type="dxa"/>
            <w:shd w:val="clear" w:color="auto" w:fill="E7E6E6"/>
            <w:tcMar>
              <w:top w:w="50" w:type="dxa"/>
              <w:left w:w="60" w:type="dxa"/>
              <w:bottom w:w="50" w:type="dxa"/>
              <w:right w:w="60" w:type="dxa"/>
            </w:tcMar>
            <w:vAlign w:val="center"/>
          </w:tcPr>
          <w:p w14:paraId="128BA06F" w14:textId="77777777" w:rsidR="007767AD" w:rsidRPr="00F54F5A" w:rsidRDefault="007767AD" w:rsidP="00F54F5A">
            <w:pPr>
              <w:spacing w:after="0" w:line="240" w:lineRule="auto"/>
              <w:jc w:val="center"/>
              <w:rPr>
                <w:rFonts w:cs="Times New Roman"/>
                <w:sz w:val="24"/>
                <w:szCs w:val="18"/>
              </w:rPr>
            </w:pPr>
            <w:r w:rsidRPr="00F54F5A">
              <w:rPr>
                <w:rFonts w:eastAsia="Times New Roman" w:cs="Times New Roman"/>
                <w:b/>
                <w:sz w:val="24"/>
                <w:szCs w:val="18"/>
              </w:rPr>
              <w:t>Nữ</w:t>
            </w:r>
          </w:p>
        </w:tc>
        <w:tc>
          <w:tcPr>
            <w:tcW w:w="879" w:type="dxa"/>
            <w:shd w:val="clear" w:color="auto" w:fill="E7E6E6"/>
            <w:tcMar>
              <w:top w:w="50" w:type="dxa"/>
              <w:left w:w="60" w:type="dxa"/>
              <w:bottom w:w="50" w:type="dxa"/>
              <w:right w:w="60" w:type="dxa"/>
            </w:tcMar>
            <w:vAlign w:val="center"/>
          </w:tcPr>
          <w:p w14:paraId="119687DC" w14:textId="63CC195B" w:rsidR="007767AD" w:rsidRPr="00F54F5A" w:rsidRDefault="007767AD" w:rsidP="00F54F5A">
            <w:pPr>
              <w:spacing w:after="0" w:line="240" w:lineRule="auto"/>
              <w:jc w:val="center"/>
              <w:rPr>
                <w:rFonts w:cs="Times New Roman"/>
                <w:sz w:val="24"/>
                <w:szCs w:val="18"/>
              </w:rPr>
            </w:pPr>
            <w:r w:rsidRPr="00F54F5A">
              <w:rPr>
                <w:rFonts w:eastAsia="Times New Roman" w:cs="Times New Roman"/>
                <w:b/>
                <w:sz w:val="24"/>
                <w:szCs w:val="18"/>
              </w:rPr>
              <w:t>Nam</w:t>
            </w:r>
          </w:p>
        </w:tc>
        <w:tc>
          <w:tcPr>
            <w:tcW w:w="879" w:type="dxa"/>
            <w:shd w:val="clear" w:color="auto" w:fill="E7E6E6"/>
            <w:tcMar>
              <w:top w:w="50" w:type="dxa"/>
              <w:left w:w="60" w:type="dxa"/>
              <w:bottom w:w="50" w:type="dxa"/>
              <w:right w:w="60" w:type="dxa"/>
            </w:tcMar>
            <w:vAlign w:val="center"/>
          </w:tcPr>
          <w:p w14:paraId="56E6CBFA" w14:textId="12DF76BF" w:rsidR="007767AD" w:rsidRPr="00F54F5A" w:rsidRDefault="007767AD" w:rsidP="00F54F5A">
            <w:pPr>
              <w:spacing w:after="0" w:line="240" w:lineRule="auto"/>
              <w:jc w:val="center"/>
              <w:rPr>
                <w:rFonts w:cs="Times New Roman"/>
                <w:sz w:val="24"/>
                <w:szCs w:val="18"/>
              </w:rPr>
            </w:pPr>
            <w:r w:rsidRPr="00F54F5A">
              <w:rPr>
                <w:rFonts w:eastAsia="Times New Roman" w:cs="Times New Roman"/>
                <w:b/>
                <w:sz w:val="24"/>
                <w:szCs w:val="18"/>
              </w:rPr>
              <w:t>Nữ</w:t>
            </w:r>
          </w:p>
        </w:tc>
        <w:tc>
          <w:tcPr>
            <w:tcW w:w="879" w:type="dxa"/>
            <w:shd w:val="clear" w:color="auto" w:fill="E7E6E6"/>
            <w:tcMar>
              <w:top w:w="50" w:type="dxa"/>
              <w:left w:w="60" w:type="dxa"/>
              <w:bottom w:w="50" w:type="dxa"/>
              <w:right w:w="60" w:type="dxa"/>
            </w:tcMar>
            <w:vAlign w:val="center"/>
          </w:tcPr>
          <w:p w14:paraId="6F2C137A" w14:textId="443BF659" w:rsidR="007767AD" w:rsidRPr="00F54F5A" w:rsidRDefault="007767AD" w:rsidP="00F54F5A">
            <w:pPr>
              <w:spacing w:after="0" w:line="240" w:lineRule="auto"/>
              <w:jc w:val="center"/>
              <w:rPr>
                <w:rFonts w:cs="Times New Roman"/>
                <w:sz w:val="24"/>
                <w:szCs w:val="18"/>
              </w:rPr>
            </w:pPr>
            <w:r w:rsidRPr="00F54F5A">
              <w:rPr>
                <w:rFonts w:eastAsia="Times New Roman" w:cs="Times New Roman"/>
                <w:b/>
                <w:sz w:val="24"/>
                <w:szCs w:val="18"/>
              </w:rPr>
              <w:t>Nam</w:t>
            </w:r>
          </w:p>
        </w:tc>
        <w:tc>
          <w:tcPr>
            <w:tcW w:w="879" w:type="dxa"/>
            <w:shd w:val="clear" w:color="auto" w:fill="E7E6E6"/>
            <w:tcMar>
              <w:top w:w="50" w:type="dxa"/>
              <w:left w:w="60" w:type="dxa"/>
              <w:bottom w:w="50" w:type="dxa"/>
              <w:right w:w="60" w:type="dxa"/>
            </w:tcMar>
            <w:vAlign w:val="center"/>
          </w:tcPr>
          <w:p w14:paraId="08F43179" w14:textId="3A462A30" w:rsidR="007767AD" w:rsidRPr="00F54F5A" w:rsidRDefault="007767AD" w:rsidP="00F54F5A">
            <w:pPr>
              <w:spacing w:after="0" w:line="240" w:lineRule="auto"/>
              <w:jc w:val="center"/>
              <w:rPr>
                <w:rFonts w:cs="Times New Roman"/>
                <w:sz w:val="24"/>
                <w:szCs w:val="18"/>
              </w:rPr>
            </w:pPr>
            <w:r w:rsidRPr="00F54F5A">
              <w:rPr>
                <w:rFonts w:eastAsia="Times New Roman" w:cs="Times New Roman"/>
                <w:b/>
                <w:sz w:val="24"/>
                <w:szCs w:val="18"/>
              </w:rPr>
              <w:t>Nữ</w:t>
            </w:r>
          </w:p>
        </w:tc>
        <w:tc>
          <w:tcPr>
            <w:tcW w:w="879" w:type="dxa"/>
            <w:shd w:val="clear" w:color="auto" w:fill="E7E6E6"/>
            <w:tcMar>
              <w:top w:w="50" w:type="dxa"/>
              <w:left w:w="60" w:type="dxa"/>
              <w:bottom w:w="50" w:type="dxa"/>
              <w:right w:w="60" w:type="dxa"/>
            </w:tcMar>
            <w:vAlign w:val="center"/>
          </w:tcPr>
          <w:p w14:paraId="1B1AB611" w14:textId="21856824" w:rsidR="007767AD" w:rsidRPr="00F54F5A" w:rsidRDefault="007767AD" w:rsidP="00F54F5A">
            <w:pPr>
              <w:spacing w:after="0" w:line="240" w:lineRule="auto"/>
              <w:jc w:val="center"/>
              <w:rPr>
                <w:rFonts w:cs="Times New Roman"/>
                <w:sz w:val="24"/>
                <w:szCs w:val="18"/>
              </w:rPr>
            </w:pPr>
            <w:r w:rsidRPr="00F54F5A">
              <w:rPr>
                <w:rFonts w:eastAsia="Times New Roman" w:cs="Times New Roman"/>
                <w:b/>
                <w:sz w:val="24"/>
                <w:szCs w:val="18"/>
              </w:rPr>
              <w:t>Nam</w:t>
            </w:r>
          </w:p>
        </w:tc>
        <w:tc>
          <w:tcPr>
            <w:tcW w:w="879" w:type="dxa"/>
            <w:shd w:val="clear" w:color="auto" w:fill="E7E6E6"/>
            <w:tcMar>
              <w:top w:w="50" w:type="dxa"/>
              <w:left w:w="60" w:type="dxa"/>
              <w:bottom w:w="50" w:type="dxa"/>
              <w:right w:w="60" w:type="dxa"/>
            </w:tcMar>
            <w:vAlign w:val="center"/>
          </w:tcPr>
          <w:p w14:paraId="6AC76C1C" w14:textId="09976492" w:rsidR="007767AD" w:rsidRPr="00F54F5A" w:rsidRDefault="007767AD" w:rsidP="00F54F5A">
            <w:pPr>
              <w:spacing w:after="0" w:line="240" w:lineRule="auto"/>
              <w:jc w:val="center"/>
              <w:rPr>
                <w:rFonts w:cs="Times New Roman"/>
                <w:sz w:val="24"/>
                <w:szCs w:val="18"/>
              </w:rPr>
            </w:pPr>
            <w:r w:rsidRPr="00F54F5A">
              <w:rPr>
                <w:rFonts w:eastAsia="Times New Roman" w:cs="Times New Roman"/>
                <w:b/>
                <w:sz w:val="24"/>
                <w:szCs w:val="18"/>
              </w:rPr>
              <w:t>Nữ</w:t>
            </w:r>
          </w:p>
        </w:tc>
        <w:tc>
          <w:tcPr>
            <w:tcW w:w="879" w:type="dxa"/>
            <w:shd w:val="clear" w:color="auto" w:fill="E7E6E6"/>
            <w:tcMar>
              <w:top w:w="50" w:type="dxa"/>
              <w:left w:w="60" w:type="dxa"/>
              <w:bottom w:w="50" w:type="dxa"/>
              <w:right w:w="60" w:type="dxa"/>
            </w:tcMar>
            <w:vAlign w:val="center"/>
          </w:tcPr>
          <w:p w14:paraId="7F8B6860" w14:textId="6ED2A338" w:rsidR="007767AD" w:rsidRPr="00F54F5A" w:rsidRDefault="007767AD" w:rsidP="00F54F5A">
            <w:pPr>
              <w:spacing w:after="0" w:line="240" w:lineRule="auto"/>
              <w:jc w:val="center"/>
              <w:rPr>
                <w:rFonts w:cs="Times New Roman"/>
                <w:sz w:val="24"/>
                <w:szCs w:val="18"/>
              </w:rPr>
            </w:pPr>
            <w:r w:rsidRPr="00F54F5A">
              <w:rPr>
                <w:rFonts w:eastAsia="Times New Roman" w:cs="Times New Roman"/>
                <w:b/>
                <w:sz w:val="24"/>
                <w:szCs w:val="18"/>
              </w:rPr>
              <w:t>Nam</w:t>
            </w:r>
          </w:p>
        </w:tc>
        <w:tc>
          <w:tcPr>
            <w:tcW w:w="879" w:type="dxa"/>
            <w:shd w:val="clear" w:color="auto" w:fill="E7E6E6"/>
            <w:tcMar>
              <w:top w:w="50" w:type="dxa"/>
              <w:left w:w="60" w:type="dxa"/>
              <w:bottom w:w="50" w:type="dxa"/>
              <w:right w:w="60" w:type="dxa"/>
            </w:tcMar>
            <w:vAlign w:val="center"/>
          </w:tcPr>
          <w:p w14:paraId="223034F8" w14:textId="3FFF8C79" w:rsidR="007767AD" w:rsidRPr="00F54F5A" w:rsidRDefault="007767AD" w:rsidP="00F54F5A">
            <w:pPr>
              <w:spacing w:after="0" w:line="240" w:lineRule="auto"/>
              <w:jc w:val="center"/>
              <w:rPr>
                <w:rFonts w:cs="Times New Roman"/>
                <w:sz w:val="24"/>
                <w:szCs w:val="18"/>
              </w:rPr>
            </w:pPr>
            <w:r w:rsidRPr="00F54F5A">
              <w:rPr>
                <w:rFonts w:eastAsia="Times New Roman" w:cs="Times New Roman"/>
                <w:b/>
                <w:sz w:val="24"/>
                <w:szCs w:val="18"/>
              </w:rPr>
              <w:t>Nữ</w:t>
            </w:r>
          </w:p>
        </w:tc>
        <w:tc>
          <w:tcPr>
            <w:tcW w:w="879" w:type="dxa"/>
            <w:shd w:val="clear" w:color="auto" w:fill="E7E6E6"/>
            <w:tcMar>
              <w:top w:w="50" w:type="dxa"/>
              <w:left w:w="60" w:type="dxa"/>
              <w:bottom w:w="50" w:type="dxa"/>
              <w:right w:w="60" w:type="dxa"/>
            </w:tcMar>
            <w:vAlign w:val="center"/>
          </w:tcPr>
          <w:p w14:paraId="2E6CDEF1" w14:textId="7A3CD8ED" w:rsidR="007767AD" w:rsidRPr="00F54F5A" w:rsidRDefault="007767AD" w:rsidP="00F54F5A">
            <w:pPr>
              <w:spacing w:after="0" w:line="240" w:lineRule="auto"/>
              <w:jc w:val="center"/>
              <w:rPr>
                <w:rFonts w:cs="Times New Roman"/>
                <w:sz w:val="24"/>
                <w:szCs w:val="18"/>
              </w:rPr>
            </w:pPr>
            <w:r w:rsidRPr="00F54F5A">
              <w:rPr>
                <w:rFonts w:eastAsia="Times New Roman" w:cs="Times New Roman"/>
                <w:b/>
                <w:sz w:val="24"/>
                <w:szCs w:val="18"/>
              </w:rPr>
              <w:t>Nam</w:t>
            </w:r>
          </w:p>
        </w:tc>
        <w:tc>
          <w:tcPr>
            <w:tcW w:w="879" w:type="dxa"/>
            <w:shd w:val="clear" w:color="auto" w:fill="E7E6E6"/>
            <w:tcMar>
              <w:top w:w="50" w:type="dxa"/>
              <w:left w:w="60" w:type="dxa"/>
              <w:bottom w:w="50" w:type="dxa"/>
              <w:right w:w="60" w:type="dxa"/>
            </w:tcMar>
            <w:vAlign w:val="center"/>
          </w:tcPr>
          <w:p w14:paraId="21B19D04" w14:textId="3C09ADAB" w:rsidR="007767AD" w:rsidRPr="00F54F5A" w:rsidRDefault="007767AD" w:rsidP="00F54F5A">
            <w:pPr>
              <w:spacing w:after="0" w:line="240" w:lineRule="auto"/>
              <w:jc w:val="center"/>
              <w:rPr>
                <w:rFonts w:cs="Times New Roman"/>
                <w:sz w:val="24"/>
                <w:szCs w:val="18"/>
              </w:rPr>
            </w:pPr>
            <w:r w:rsidRPr="00F54F5A">
              <w:rPr>
                <w:rFonts w:eastAsia="Times New Roman" w:cs="Times New Roman"/>
                <w:b/>
                <w:sz w:val="24"/>
                <w:szCs w:val="18"/>
              </w:rPr>
              <w:t>Nữ</w:t>
            </w:r>
          </w:p>
        </w:tc>
      </w:tr>
      <w:tr w:rsidR="00884DFA" w:rsidRPr="00F54F5A" w14:paraId="18046E15" w14:textId="77777777" w:rsidTr="00F54F5A">
        <w:trPr>
          <w:cantSplit/>
          <w:jc w:val="center"/>
        </w:trPr>
        <w:tc>
          <w:tcPr>
            <w:tcW w:w="397" w:type="dxa"/>
            <w:tcMar>
              <w:top w:w="50" w:type="dxa"/>
              <w:left w:w="60" w:type="dxa"/>
              <w:bottom w:w="50" w:type="dxa"/>
              <w:right w:w="60" w:type="dxa"/>
            </w:tcMar>
            <w:vAlign w:val="center"/>
          </w:tcPr>
          <w:p w14:paraId="25B7E2F0" w14:textId="77777777" w:rsidR="00884DFA" w:rsidRPr="00F54F5A" w:rsidRDefault="00436074" w:rsidP="00F54F5A">
            <w:pPr>
              <w:spacing w:after="0" w:line="240" w:lineRule="auto"/>
              <w:jc w:val="center"/>
              <w:rPr>
                <w:rFonts w:cs="Times New Roman"/>
                <w:sz w:val="24"/>
                <w:szCs w:val="18"/>
              </w:rPr>
            </w:pPr>
            <w:r w:rsidRPr="00F54F5A">
              <w:rPr>
                <w:rFonts w:eastAsia="Times New Roman" w:cs="Times New Roman"/>
                <w:sz w:val="24"/>
                <w:szCs w:val="18"/>
              </w:rPr>
              <w:t>1</w:t>
            </w:r>
          </w:p>
        </w:tc>
        <w:tc>
          <w:tcPr>
            <w:tcW w:w="2438" w:type="dxa"/>
            <w:tcMar>
              <w:top w:w="50" w:type="dxa"/>
              <w:left w:w="60" w:type="dxa"/>
              <w:bottom w:w="50" w:type="dxa"/>
              <w:right w:w="60" w:type="dxa"/>
            </w:tcMar>
            <w:vAlign w:val="center"/>
          </w:tcPr>
          <w:p w14:paraId="1A89DD8B" w14:textId="0A452557" w:rsidR="00884DFA" w:rsidRPr="00F54F5A" w:rsidRDefault="003A21C1" w:rsidP="00F54F5A">
            <w:pPr>
              <w:spacing w:after="0" w:line="240" w:lineRule="auto"/>
              <w:rPr>
                <w:rFonts w:cs="Times New Roman"/>
                <w:sz w:val="24"/>
                <w:szCs w:val="18"/>
              </w:rPr>
            </w:pPr>
            <w:r w:rsidRPr="00F54F5A">
              <w:rPr>
                <w:rFonts w:eastAsia="Times New Roman" w:cs="Times New Roman"/>
                <w:sz w:val="24"/>
                <w:szCs w:val="18"/>
              </w:rPr>
              <w:t>Số trường hợp bệnh</w:t>
            </w:r>
            <w:r w:rsidR="00436074" w:rsidRPr="00F54F5A">
              <w:rPr>
                <w:rFonts w:eastAsia="Times New Roman" w:cs="Times New Roman"/>
                <w:sz w:val="24"/>
                <w:szCs w:val="18"/>
              </w:rPr>
              <w:t xml:space="preserve"> mắc</w:t>
            </w:r>
          </w:p>
        </w:tc>
        <w:tc>
          <w:tcPr>
            <w:tcW w:w="879" w:type="dxa"/>
            <w:tcMar>
              <w:top w:w="50" w:type="dxa"/>
              <w:left w:w="60" w:type="dxa"/>
              <w:bottom w:w="50" w:type="dxa"/>
              <w:right w:w="60" w:type="dxa"/>
            </w:tcMar>
            <w:vAlign w:val="center"/>
          </w:tcPr>
          <w:p w14:paraId="3604D47F"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7258CC0C"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5398E63D"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2BC591FF"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557EA353"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764C9020"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724207D2"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6A32E837"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3E037998"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265CA07A"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4A851D25"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6FBBF073" w14:textId="77777777" w:rsidR="00884DFA" w:rsidRPr="00F54F5A" w:rsidRDefault="00884DFA" w:rsidP="00F54F5A">
            <w:pPr>
              <w:spacing w:after="0" w:line="240" w:lineRule="auto"/>
              <w:jc w:val="center"/>
              <w:rPr>
                <w:rFonts w:cs="Times New Roman"/>
                <w:sz w:val="24"/>
                <w:szCs w:val="18"/>
              </w:rPr>
            </w:pPr>
          </w:p>
        </w:tc>
      </w:tr>
      <w:tr w:rsidR="00884DFA" w:rsidRPr="00F54F5A" w14:paraId="516D72F4" w14:textId="77777777" w:rsidTr="00F54F5A">
        <w:trPr>
          <w:cantSplit/>
          <w:jc w:val="center"/>
        </w:trPr>
        <w:tc>
          <w:tcPr>
            <w:tcW w:w="397" w:type="dxa"/>
            <w:tcMar>
              <w:top w:w="50" w:type="dxa"/>
              <w:left w:w="60" w:type="dxa"/>
              <w:bottom w:w="50" w:type="dxa"/>
              <w:right w:w="60" w:type="dxa"/>
            </w:tcMar>
            <w:vAlign w:val="center"/>
          </w:tcPr>
          <w:p w14:paraId="7CFFCA4E" w14:textId="77777777" w:rsidR="00884DFA" w:rsidRPr="00F54F5A" w:rsidRDefault="00436074" w:rsidP="00F54F5A">
            <w:pPr>
              <w:spacing w:after="0" w:line="240" w:lineRule="auto"/>
              <w:jc w:val="center"/>
              <w:rPr>
                <w:rFonts w:cs="Times New Roman"/>
                <w:sz w:val="24"/>
                <w:szCs w:val="18"/>
              </w:rPr>
            </w:pPr>
            <w:r w:rsidRPr="00F54F5A">
              <w:rPr>
                <w:rFonts w:eastAsia="Times New Roman" w:cs="Times New Roman"/>
                <w:sz w:val="24"/>
                <w:szCs w:val="18"/>
              </w:rPr>
              <w:t>1.1</w:t>
            </w:r>
          </w:p>
        </w:tc>
        <w:tc>
          <w:tcPr>
            <w:tcW w:w="2438" w:type="dxa"/>
            <w:tcMar>
              <w:top w:w="50" w:type="dxa"/>
              <w:left w:w="60" w:type="dxa"/>
              <w:bottom w:w="50" w:type="dxa"/>
              <w:right w:w="60" w:type="dxa"/>
            </w:tcMar>
            <w:vAlign w:val="center"/>
          </w:tcPr>
          <w:p w14:paraId="7C0118C1" w14:textId="60D9296E" w:rsidR="00884DFA" w:rsidRPr="00F54F5A" w:rsidRDefault="008F6410" w:rsidP="00F54F5A">
            <w:pPr>
              <w:spacing w:after="0" w:line="240" w:lineRule="auto"/>
              <w:rPr>
                <w:rFonts w:cs="Times New Roman"/>
                <w:sz w:val="24"/>
                <w:szCs w:val="18"/>
              </w:rPr>
            </w:pPr>
            <w:r w:rsidRPr="00F54F5A">
              <w:rPr>
                <w:rFonts w:eastAsia="Times New Roman" w:cs="Times New Roman"/>
                <w:sz w:val="24"/>
                <w:szCs w:val="18"/>
              </w:rPr>
              <w:t>Số trường hợp bệnh</w:t>
            </w:r>
            <w:r w:rsidR="00B6413E" w:rsidRPr="00F54F5A">
              <w:rPr>
                <w:rFonts w:eastAsia="Times New Roman" w:cs="Times New Roman"/>
                <w:sz w:val="24"/>
                <w:szCs w:val="18"/>
              </w:rPr>
              <w:t xml:space="preserve"> nghi ngờ</w:t>
            </w:r>
          </w:p>
        </w:tc>
        <w:tc>
          <w:tcPr>
            <w:tcW w:w="879" w:type="dxa"/>
            <w:tcMar>
              <w:top w:w="50" w:type="dxa"/>
              <w:left w:w="60" w:type="dxa"/>
              <w:bottom w:w="50" w:type="dxa"/>
              <w:right w:w="60" w:type="dxa"/>
            </w:tcMar>
            <w:vAlign w:val="center"/>
          </w:tcPr>
          <w:p w14:paraId="511F9F38"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452C11F7"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46BA1CC7"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6CEED548"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217926F1"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3FD7A1B9"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4E641C8F"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71A8786E"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67211609"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7B573DB1"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5CE6BB1E"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1AA545A4" w14:textId="77777777" w:rsidR="00884DFA" w:rsidRPr="00F54F5A" w:rsidRDefault="00884DFA" w:rsidP="00F54F5A">
            <w:pPr>
              <w:spacing w:after="0" w:line="240" w:lineRule="auto"/>
              <w:jc w:val="center"/>
              <w:rPr>
                <w:rFonts w:cs="Times New Roman"/>
                <w:sz w:val="24"/>
                <w:szCs w:val="18"/>
              </w:rPr>
            </w:pPr>
          </w:p>
        </w:tc>
      </w:tr>
      <w:tr w:rsidR="00884DFA" w:rsidRPr="00F54F5A" w14:paraId="34BEF57B" w14:textId="77777777" w:rsidTr="00F54F5A">
        <w:trPr>
          <w:cantSplit/>
          <w:jc w:val="center"/>
        </w:trPr>
        <w:tc>
          <w:tcPr>
            <w:tcW w:w="397" w:type="dxa"/>
            <w:tcMar>
              <w:top w:w="50" w:type="dxa"/>
              <w:left w:w="60" w:type="dxa"/>
              <w:bottom w:w="50" w:type="dxa"/>
              <w:right w:w="60" w:type="dxa"/>
            </w:tcMar>
            <w:vAlign w:val="center"/>
          </w:tcPr>
          <w:p w14:paraId="6EDFD454" w14:textId="77777777" w:rsidR="00884DFA" w:rsidRPr="00F54F5A" w:rsidRDefault="00436074" w:rsidP="00F54F5A">
            <w:pPr>
              <w:spacing w:after="0" w:line="240" w:lineRule="auto"/>
              <w:jc w:val="center"/>
              <w:rPr>
                <w:rFonts w:cs="Times New Roman"/>
                <w:sz w:val="24"/>
                <w:szCs w:val="18"/>
              </w:rPr>
            </w:pPr>
            <w:r w:rsidRPr="00F54F5A">
              <w:rPr>
                <w:rFonts w:eastAsia="Times New Roman" w:cs="Times New Roman"/>
                <w:sz w:val="24"/>
                <w:szCs w:val="18"/>
              </w:rPr>
              <w:t>1.2</w:t>
            </w:r>
          </w:p>
        </w:tc>
        <w:tc>
          <w:tcPr>
            <w:tcW w:w="2438" w:type="dxa"/>
            <w:tcMar>
              <w:top w:w="50" w:type="dxa"/>
              <w:left w:w="60" w:type="dxa"/>
              <w:bottom w:w="50" w:type="dxa"/>
              <w:right w:w="60" w:type="dxa"/>
            </w:tcMar>
            <w:vAlign w:val="center"/>
          </w:tcPr>
          <w:p w14:paraId="1BE1849E" w14:textId="48876A7C" w:rsidR="00884DFA" w:rsidRPr="00F54F5A" w:rsidRDefault="008F6410" w:rsidP="00F54F5A">
            <w:pPr>
              <w:spacing w:after="0" w:line="240" w:lineRule="auto"/>
              <w:rPr>
                <w:rFonts w:cs="Times New Roman"/>
                <w:sz w:val="24"/>
                <w:szCs w:val="18"/>
              </w:rPr>
            </w:pPr>
            <w:r w:rsidRPr="00F54F5A">
              <w:rPr>
                <w:rFonts w:eastAsia="Times New Roman" w:cs="Times New Roman"/>
                <w:sz w:val="24"/>
                <w:szCs w:val="18"/>
              </w:rPr>
              <w:t>Số trường hợp bệnh</w:t>
            </w:r>
            <w:r w:rsidR="00B6413E" w:rsidRPr="00F54F5A">
              <w:rPr>
                <w:rFonts w:eastAsia="Times New Roman" w:cs="Times New Roman"/>
                <w:sz w:val="24"/>
                <w:szCs w:val="18"/>
              </w:rPr>
              <w:t xml:space="preserve"> xác định</w:t>
            </w:r>
          </w:p>
        </w:tc>
        <w:tc>
          <w:tcPr>
            <w:tcW w:w="879" w:type="dxa"/>
            <w:tcMar>
              <w:top w:w="50" w:type="dxa"/>
              <w:left w:w="60" w:type="dxa"/>
              <w:bottom w:w="50" w:type="dxa"/>
              <w:right w:w="60" w:type="dxa"/>
            </w:tcMar>
            <w:vAlign w:val="center"/>
          </w:tcPr>
          <w:p w14:paraId="35A95CAB"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3D54D999"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7B2C9560"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786B790F"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4E1037F3"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5F3F36B9"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1723420F"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3EA9EDAD"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180FD07B"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31BDAEDD"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54EA2641"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35CA80E1" w14:textId="77777777" w:rsidR="00884DFA" w:rsidRPr="00F54F5A" w:rsidRDefault="00884DFA" w:rsidP="00F54F5A">
            <w:pPr>
              <w:spacing w:after="0" w:line="240" w:lineRule="auto"/>
              <w:jc w:val="center"/>
              <w:rPr>
                <w:rFonts w:cs="Times New Roman"/>
                <w:sz w:val="24"/>
                <w:szCs w:val="18"/>
              </w:rPr>
            </w:pPr>
          </w:p>
        </w:tc>
      </w:tr>
      <w:tr w:rsidR="00884DFA" w:rsidRPr="00F54F5A" w14:paraId="497B786D" w14:textId="77777777" w:rsidTr="00F54F5A">
        <w:trPr>
          <w:cantSplit/>
          <w:jc w:val="center"/>
        </w:trPr>
        <w:tc>
          <w:tcPr>
            <w:tcW w:w="397" w:type="dxa"/>
            <w:tcMar>
              <w:top w:w="50" w:type="dxa"/>
              <w:left w:w="60" w:type="dxa"/>
              <w:bottom w:w="50" w:type="dxa"/>
              <w:right w:w="60" w:type="dxa"/>
            </w:tcMar>
            <w:vAlign w:val="center"/>
          </w:tcPr>
          <w:p w14:paraId="1CDC3CF0" w14:textId="77777777" w:rsidR="00884DFA" w:rsidRPr="00F54F5A" w:rsidRDefault="00436074" w:rsidP="00F54F5A">
            <w:pPr>
              <w:spacing w:after="0" w:line="240" w:lineRule="auto"/>
              <w:jc w:val="center"/>
              <w:rPr>
                <w:rFonts w:cs="Times New Roman"/>
                <w:sz w:val="24"/>
                <w:szCs w:val="18"/>
              </w:rPr>
            </w:pPr>
            <w:r w:rsidRPr="00F54F5A">
              <w:rPr>
                <w:rFonts w:eastAsia="Times New Roman" w:cs="Times New Roman"/>
                <w:sz w:val="24"/>
                <w:szCs w:val="18"/>
              </w:rPr>
              <w:t>2</w:t>
            </w:r>
          </w:p>
        </w:tc>
        <w:tc>
          <w:tcPr>
            <w:tcW w:w="2438" w:type="dxa"/>
            <w:tcMar>
              <w:top w:w="50" w:type="dxa"/>
              <w:left w:w="60" w:type="dxa"/>
              <w:bottom w:w="50" w:type="dxa"/>
              <w:right w:w="60" w:type="dxa"/>
            </w:tcMar>
            <w:vAlign w:val="center"/>
          </w:tcPr>
          <w:p w14:paraId="481A8114" w14:textId="7EF87771" w:rsidR="00884DFA" w:rsidRPr="00F54F5A" w:rsidRDefault="003A21C1" w:rsidP="00F54F5A">
            <w:pPr>
              <w:spacing w:after="0" w:line="240" w:lineRule="auto"/>
              <w:rPr>
                <w:rFonts w:cs="Times New Roman"/>
                <w:sz w:val="24"/>
                <w:szCs w:val="18"/>
              </w:rPr>
            </w:pPr>
            <w:r w:rsidRPr="00F54F5A">
              <w:rPr>
                <w:rFonts w:eastAsia="Times New Roman" w:cs="Times New Roman"/>
                <w:sz w:val="24"/>
                <w:szCs w:val="18"/>
              </w:rPr>
              <w:t>Số trường hợp bệnh</w:t>
            </w:r>
            <w:r w:rsidR="00436074" w:rsidRPr="00F54F5A">
              <w:rPr>
                <w:rFonts w:eastAsia="Times New Roman" w:cs="Times New Roman"/>
                <w:sz w:val="24"/>
                <w:szCs w:val="18"/>
              </w:rPr>
              <w:t xml:space="preserve"> tử vong</w:t>
            </w:r>
          </w:p>
        </w:tc>
        <w:tc>
          <w:tcPr>
            <w:tcW w:w="879" w:type="dxa"/>
            <w:tcMar>
              <w:top w:w="50" w:type="dxa"/>
              <w:left w:w="60" w:type="dxa"/>
              <w:bottom w:w="50" w:type="dxa"/>
              <w:right w:w="60" w:type="dxa"/>
            </w:tcMar>
            <w:vAlign w:val="center"/>
          </w:tcPr>
          <w:p w14:paraId="3BD6B774"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3748B927"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7BF3E91A"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574285C7"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2E12FC89"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296ED40F"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1BCA1772"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32F23BA5"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11E6EA82"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62BF2E3A"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5B5D5F54"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281F07D0" w14:textId="77777777" w:rsidR="00884DFA" w:rsidRPr="00F54F5A" w:rsidRDefault="00884DFA" w:rsidP="00F54F5A">
            <w:pPr>
              <w:spacing w:after="0" w:line="240" w:lineRule="auto"/>
              <w:jc w:val="center"/>
              <w:rPr>
                <w:rFonts w:cs="Times New Roman"/>
                <w:sz w:val="24"/>
                <w:szCs w:val="18"/>
              </w:rPr>
            </w:pPr>
          </w:p>
        </w:tc>
      </w:tr>
      <w:tr w:rsidR="00884DFA" w:rsidRPr="00F54F5A" w14:paraId="365A7A97" w14:textId="77777777" w:rsidTr="00F54F5A">
        <w:trPr>
          <w:cantSplit/>
          <w:jc w:val="center"/>
        </w:trPr>
        <w:tc>
          <w:tcPr>
            <w:tcW w:w="397" w:type="dxa"/>
            <w:tcMar>
              <w:top w:w="50" w:type="dxa"/>
              <w:left w:w="60" w:type="dxa"/>
              <w:bottom w:w="50" w:type="dxa"/>
              <w:right w:w="60" w:type="dxa"/>
            </w:tcMar>
            <w:vAlign w:val="center"/>
          </w:tcPr>
          <w:p w14:paraId="20C7BA7A" w14:textId="77777777" w:rsidR="00884DFA" w:rsidRPr="00F54F5A" w:rsidRDefault="00436074" w:rsidP="00F54F5A">
            <w:pPr>
              <w:spacing w:after="0" w:line="240" w:lineRule="auto"/>
              <w:jc w:val="center"/>
              <w:rPr>
                <w:rFonts w:cs="Times New Roman"/>
                <w:sz w:val="24"/>
                <w:szCs w:val="18"/>
              </w:rPr>
            </w:pPr>
            <w:r w:rsidRPr="00F54F5A">
              <w:rPr>
                <w:rFonts w:eastAsia="Times New Roman" w:cs="Times New Roman"/>
                <w:sz w:val="24"/>
                <w:szCs w:val="18"/>
              </w:rPr>
              <w:t>3</w:t>
            </w:r>
          </w:p>
        </w:tc>
        <w:tc>
          <w:tcPr>
            <w:tcW w:w="2438" w:type="dxa"/>
            <w:tcMar>
              <w:top w:w="50" w:type="dxa"/>
              <w:left w:w="60" w:type="dxa"/>
              <w:bottom w:w="50" w:type="dxa"/>
              <w:right w:w="60" w:type="dxa"/>
            </w:tcMar>
            <w:vAlign w:val="center"/>
          </w:tcPr>
          <w:p w14:paraId="29499BBC" w14:textId="4F6C7C6D" w:rsidR="00884DFA" w:rsidRPr="00F54F5A" w:rsidRDefault="003A21C1" w:rsidP="00F54F5A">
            <w:pPr>
              <w:spacing w:after="0" w:line="240" w:lineRule="auto"/>
              <w:rPr>
                <w:rFonts w:cs="Times New Roman"/>
                <w:sz w:val="24"/>
                <w:szCs w:val="18"/>
              </w:rPr>
            </w:pPr>
            <w:r w:rsidRPr="00F54F5A">
              <w:rPr>
                <w:rFonts w:eastAsia="Times New Roman" w:cs="Times New Roman"/>
                <w:sz w:val="24"/>
                <w:szCs w:val="18"/>
              </w:rPr>
              <w:t>Số trường hợp bệnh</w:t>
            </w:r>
            <w:r w:rsidR="00436074" w:rsidRPr="00F54F5A">
              <w:rPr>
                <w:rFonts w:eastAsia="Times New Roman" w:cs="Times New Roman"/>
                <w:sz w:val="24"/>
                <w:szCs w:val="18"/>
              </w:rPr>
              <w:t xml:space="preserve"> có di chứng</w:t>
            </w:r>
          </w:p>
        </w:tc>
        <w:tc>
          <w:tcPr>
            <w:tcW w:w="879" w:type="dxa"/>
            <w:tcMar>
              <w:top w:w="50" w:type="dxa"/>
              <w:left w:w="60" w:type="dxa"/>
              <w:bottom w:w="50" w:type="dxa"/>
              <w:right w:w="60" w:type="dxa"/>
            </w:tcMar>
            <w:vAlign w:val="center"/>
          </w:tcPr>
          <w:p w14:paraId="07E844BB"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74A16DB5"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6FFAA64C"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7DCAA106"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61906747"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7BD6F19F"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00005102"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2730711A"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086FAED8"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3F933ECE"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0EDD305E" w14:textId="77777777" w:rsidR="00884DFA" w:rsidRPr="00F54F5A" w:rsidRDefault="00884DFA" w:rsidP="00F54F5A">
            <w:pPr>
              <w:spacing w:after="0" w:line="240" w:lineRule="auto"/>
              <w:jc w:val="center"/>
              <w:rPr>
                <w:rFonts w:cs="Times New Roman"/>
                <w:sz w:val="24"/>
                <w:szCs w:val="18"/>
              </w:rPr>
            </w:pPr>
          </w:p>
        </w:tc>
        <w:tc>
          <w:tcPr>
            <w:tcW w:w="879" w:type="dxa"/>
            <w:tcMar>
              <w:top w:w="50" w:type="dxa"/>
              <w:left w:w="60" w:type="dxa"/>
              <w:bottom w:w="50" w:type="dxa"/>
              <w:right w:w="60" w:type="dxa"/>
            </w:tcMar>
            <w:vAlign w:val="center"/>
          </w:tcPr>
          <w:p w14:paraId="56953D38" w14:textId="77777777" w:rsidR="00884DFA" w:rsidRPr="00F54F5A" w:rsidRDefault="00884DFA" w:rsidP="00F54F5A">
            <w:pPr>
              <w:spacing w:after="0" w:line="240" w:lineRule="auto"/>
              <w:jc w:val="center"/>
              <w:rPr>
                <w:rFonts w:cs="Times New Roman"/>
                <w:sz w:val="24"/>
                <w:szCs w:val="18"/>
              </w:rPr>
            </w:pPr>
          </w:p>
        </w:tc>
      </w:tr>
    </w:tbl>
    <w:p w14:paraId="481DC640" w14:textId="77777777" w:rsidR="00884DFA" w:rsidRDefault="00436074" w:rsidP="00CA634C">
      <w:pPr>
        <w:spacing w:before="120" w:after="0" w:line="240" w:lineRule="auto"/>
        <w:rPr>
          <w:rFonts w:eastAsia="Times New Roman" w:cs="Times New Roman"/>
          <w:i/>
          <w:sz w:val="26"/>
        </w:rPr>
      </w:pPr>
      <w:r w:rsidRPr="00F54F5A">
        <w:rPr>
          <w:rFonts w:eastAsia="Times New Roman" w:cs="Times New Roman"/>
          <w:i/>
          <w:sz w:val="26"/>
        </w:rPr>
        <w:t>(Số liệu lũy tích do cơ sở báo cáo; nhóm tuổi và giới tính xác định theo tuổi tại thời điểm mắc bệnh.)</w:t>
      </w:r>
    </w:p>
    <w:p w14:paraId="6624AD1B" w14:textId="2811C6F7" w:rsidR="00896AD9" w:rsidRDefault="00896AD9">
      <w:pPr>
        <w:rPr>
          <w:rFonts w:eastAsia="Times New Roman" w:cs="Times New Roman"/>
          <w:i/>
          <w:sz w:val="26"/>
        </w:rPr>
      </w:pPr>
      <w:r>
        <w:rPr>
          <w:rFonts w:eastAsia="Times New Roman" w:cs="Times New Roman"/>
          <w:i/>
          <w:sz w:val="26"/>
        </w:rPr>
        <w:br w:type="page"/>
      </w:r>
    </w:p>
    <w:tbl>
      <w:tblPr>
        <w:tblW w:w="142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34"/>
        <w:gridCol w:w="6029"/>
        <w:gridCol w:w="2539"/>
        <w:gridCol w:w="2539"/>
        <w:gridCol w:w="2539"/>
      </w:tblGrid>
      <w:tr w:rsidR="00884DFA" w:rsidRPr="00F54F5A" w14:paraId="4490F837" w14:textId="77777777" w:rsidTr="00FF5368">
        <w:trPr>
          <w:cantSplit/>
          <w:tblHeader/>
          <w:jc w:val="center"/>
        </w:trPr>
        <w:tc>
          <w:tcPr>
            <w:tcW w:w="634" w:type="dxa"/>
            <w:shd w:val="clear" w:color="auto" w:fill="E7E6E6"/>
            <w:tcMar>
              <w:top w:w="50" w:type="dxa"/>
              <w:left w:w="60" w:type="dxa"/>
              <w:bottom w:w="50" w:type="dxa"/>
              <w:right w:w="60" w:type="dxa"/>
            </w:tcMar>
            <w:vAlign w:val="center"/>
          </w:tcPr>
          <w:p w14:paraId="394B6575"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lastRenderedPageBreak/>
              <w:t>TT</w:t>
            </w:r>
          </w:p>
        </w:tc>
        <w:tc>
          <w:tcPr>
            <w:tcW w:w="6029" w:type="dxa"/>
            <w:shd w:val="clear" w:color="auto" w:fill="E7E6E6"/>
            <w:tcMar>
              <w:top w:w="50" w:type="dxa"/>
              <w:left w:w="60" w:type="dxa"/>
              <w:bottom w:w="50" w:type="dxa"/>
              <w:right w:w="60" w:type="dxa"/>
            </w:tcMar>
            <w:vAlign w:val="center"/>
          </w:tcPr>
          <w:p w14:paraId="1C801C09"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Dân tộc/nhóm đặc thù</w:t>
            </w:r>
          </w:p>
        </w:tc>
        <w:tc>
          <w:tcPr>
            <w:tcW w:w="2539" w:type="dxa"/>
            <w:shd w:val="clear" w:color="auto" w:fill="E7E6E6"/>
            <w:tcMar>
              <w:top w:w="50" w:type="dxa"/>
              <w:left w:w="60" w:type="dxa"/>
              <w:bottom w:w="50" w:type="dxa"/>
              <w:right w:w="60" w:type="dxa"/>
            </w:tcMar>
            <w:vAlign w:val="center"/>
          </w:tcPr>
          <w:p w14:paraId="79C059A3" w14:textId="4431096A" w:rsidR="00884DFA" w:rsidRPr="00F54F5A" w:rsidRDefault="003A21C1" w:rsidP="00F54F5A">
            <w:pPr>
              <w:spacing w:after="0" w:line="240" w:lineRule="auto"/>
              <w:jc w:val="center"/>
              <w:rPr>
                <w:rFonts w:cs="Times New Roman"/>
                <w:sz w:val="24"/>
              </w:rPr>
            </w:pPr>
            <w:r w:rsidRPr="00F54F5A">
              <w:rPr>
                <w:rFonts w:eastAsia="Times New Roman" w:cs="Times New Roman"/>
                <w:b/>
                <w:sz w:val="24"/>
              </w:rPr>
              <w:t>Số trường hợp bệnh</w:t>
            </w:r>
            <w:r w:rsidR="00436074" w:rsidRPr="00F54F5A">
              <w:rPr>
                <w:rFonts w:eastAsia="Times New Roman" w:cs="Times New Roman"/>
                <w:b/>
                <w:sz w:val="24"/>
              </w:rPr>
              <w:t xml:space="preserve"> mắc</w:t>
            </w:r>
          </w:p>
        </w:tc>
        <w:tc>
          <w:tcPr>
            <w:tcW w:w="2539" w:type="dxa"/>
            <w:shd w:val="clear" w:color="auto" w:fill="E7E6E6"/>
            <w:tcMar>
              <w:top w:w="50" w:type="dxa"/>
              <w:left w:w="60" w:type="dxa"/>
              <w:bottom w:w="50" w:type="dxa"/>
              <w:right w:w="60" w:type="dxa"/>
            </w:tcMar>
            <w:vAlign w:val="center"/>
          </w:tcPr>
          <w:p w14:paraId="633BB048" w14:textId="303546DF" w:rsidR="00884DFA" w:rsidRPr="00F54F5A" w:rsidRDefault="003A21C1" w:rsidP="00F54F5A">
            <w:pPr>
              <w:spacing w:after="0" w:line="240" w:lineRule="auto"/>
              <w:jc w:val="center"/>
              <w:rPr>
                <w:rFonts w:cs="Times New Roman"/>
                <w:sz w:val="24"/>
              </w:rPr>
            </w:pPr>
            <w:r w:rsidRPr="00F54F5A">
              <w:rPr>
                <w:rFonts w:eastAsia="Times New Roman" w:cs="Times New Roman"/>
                <w:b/>
                <w:sz w:val="24"/>
              </w:rPr>
              <w:t>Số trường hợp bệnh</w:t>
            </w:r>
            <w:r w:rsidR="00436074" w:rsidRPr="00F54F5A">
              <w:rPr>
                <w:rFonts w:eastAsia="Times New Roman" w:cs="Times New Roman"/>
                <w:b/>
                <w:sz w:val="24"/>
              </w:rPr>
              <w:t xml:space="preserve"> tử vong</w:t>
            </w:r>
          </w:p>
        </w:tc>
        <w:tc>
          <w:tcPr>
            <w:tcW w:w="2539" w:type="dxa"/>
            <w:shd w:val="clear" w:color="auto" w:fill="E7E6E6"/>
            <w:tcMar>
              <w:top w:w="50" w:type="dxa"/>
              <w:left w:w="60" w:type="dxa"/>
              <w:bottom w:w="50" w:type="dxa"/>
              <w:right w:w="60" w:type="dxa"/>
            </w:tcMar>
            <w:vAlign w:val="center"/>
          </w:tcPr>
          <w:p w14:paraId="03E6B3EB" w14:textId="4159C995" w:rsidR="00884DFA" w:rsidRPr="00F54F5A" w:rsidRDefault="003A21C1" w:rsidP="00F54F5A">
            <w:pPr>
              <w:spacing w:after="0" w:line="240" w:lineRule="auto"/>
              <w:jc w:val="center"/>
              <w:rPr>
                <w:rFonts w:cs="Times New Roman"/>
                <w:sz w:val="24"/>
              </w:rPr>
            </w:pPr>
            <w:r w:rsidRPr="00F54F5A">
              <w:rPr>
                <w:rFonts w:eastAsia="Times New Roman" w:cs="Times New Roman"/>
                <w:b/>
                <w:sz w:val="24"/>
              </w:rPr>
              <w:t>Số trường hợp bệnh</w:t>
            </w:r>
            <w:r w:rsidR="00436074" w:rsidRPr="00F54F5A">
              <w:rPr>
                <w:rFonts w:eastAsia="Times New Roman" w:cs="Times New Roman"/>
                <w:b/>
                <w:sz w:val="24"/>
              </w:rPr>
              <w:t xml:space="preserve"> có di chứng</w:t>
            </w:r>
          </w:p>
        </w:tc>
      </w:tr>
      <w:tr w:rsidR="00884DFA" w:rsidRPr="00F54F5A" w14:paraId="00622D76" w14:textId="77777777" w:rsidTr="00FF5368">
        <w:trPr>
          <w:cantSplit/>
          <w:jc w:val="center"/>
        </w:trPr>
        <w:tc>
          <w:tcPr>
            <w:tcW w:w="634" w:type="dxa"/>
            <w:tcMar>
              <w:top w:w="50" w:type="dxa"/>
              <w:left w:w="60" w:type="dxa"/>
              <w:bottom w:w="50" w:type="dxa"/>
              <w:right w:w="60" w:type="dxa"/>
            </w:tcMar>
            <w:vAlign w:val="center"/>
          </w:tcPr>
          <w:p w14:paraId="088F3884"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1</w:t>
            </w:r>
          </w:p>
        </w:tc>
        <w:tc>
          <w:tcPr>
            <w:tcW w:w="6029" w:type="dxa"/>
            <w:tcMar>
              <w:top w:w="50" w:type="dxa"/>
              <w:left w:w="60" w:type="dxa"/>
              <w:bottom w:w="50" w:type="dxa"/>
              <w:right w:w="60" w:type="dxa"/>
            </w:tcMar>
            <w:vAlign w:val="center"/>
          </w:tcPr>
          <w:p w14:paraId="7977CDF5" w14:textId="77777777" w:rsidR="00884DFA" w:rsidRPr="00F54F5A" w:rsidRDefault="00436074" w:rsidP="00F54F5A">
            <w:pPr>
              <w:spacing w:after="0" w:line="240" w:lineRule="auto"/>
              <w:rPr>
                <w:rFonts w:cs="Times New Roman"/>
                <w:sz w:val="24"/>
              </w:rPr>
            </w:pPr>
            <w:r w:rsidRPr="00F54F5A">
              <w:rPr>
                <w:rFonts w:eastAsia="Times New Roman" w:cs="Times New Roman"/>
                <w:sz w:val="24"/>
              </w:rPr>
              <w:t>Dân tộc Kinh</w:t>
            </w:r>
          </w:p>
        </w:tc>
        <w:tc>
          <w:tcPr>
            <w:tcW w:w="2539" w:type="dxa"/>
            <w:tcMar>
              <w:top w:w="50" w:type="dxa"/>
              <w:left w:w="60" w:type="dxa"/>
              <w:bottom w:w="50" w:type="dxa"/>
              <w:right w:w="60" w:type="dxa"/>
            </w:tcMar>
            <w:vAlign w:val="center"/>
          </w:tcPr>
          <w:p w14:paraId="04251E14" w14:textId="77777777" w:rsidR="00884DFA" w:rsidRPr="00F54F5A" w:rsidRDefault="00884DFA" w:rsidP="00F54F5A">
            <w:pPr>
              <w:spacing w:after="0" w:line="240" w:lineRule="auto"/>
              <w:jc w:val="center"/>
              <w:rPr>
                <w:rFonts w:cs="Times New Roman"/>
                <w:sz w:val="24"/>
              </w:rPr>
            </w:pPr>
          </w:p>
        </w:tc>
        <w:tc>
          <w:tcPr>
            <w:tcW w:w="2539" w:type="dxa"/>
            <w:tcMar>
              <w:top w:w="50" w:type="dxa"/>
              <w:left w:w="60" w:type="dxa"/>
              <w:bottom w:w="50" w:type="dxa"/>
              <w:right w:w="60" w:type="dxa"/>
            </w:tcMar>
            <w:vAlign w:val="center"/>
          </w:tcPr>
          <w:p w14:paraId="1EFF924D" w14:textId="77777777" w:rsidR="00884DFA" w:rsidRPr="00F54F5A" w:rsidRDefault="00884DFA" w:rsidP="00F54F5A">
            <w:pPr>
              <w:spacing w:after="0" w:line="240" w:lineRule="auto"/>
              <w:jc w:val="center"/>
              <w:rPr>
                <w:rFonts w:cs="Times New Roman"/>
                <w:sz w:val="24"/>
              </w:rPr>
            </w:pPr>
          </w:p>
        </w:tc>
        <w:tc>
          <w:tcPr>
            <w:tcW w:w="2539" w:type="dxa"/>
            <w:tcMar>
              <w:top w:w="50" w:type="dxa"/>
              <w:left w:w="60" w:type="dxa"/>
              <w:bottom w:w="50" w:type="dxa"/>
              <w:right w:w="60" w:type="dxa"/>
            </w:tcMar>
            <w:vAlign w:val="center"/>
          </w:tcPr>
          <w:p w14:paraId="4D9C4DD1" w14:textId="77777777" w:rsidR="00884DFA" w:rsidRPr="00F54F5A" w:rsidRDefault="00884DFA" w:rsidP="00F54F5A">
            <w:pPr>
              <w:spacing w:after="0" w:line="240" w:lineRule="auto"/>
              <w:jc w:val="center"/>
              <w:rPr>
                <w:rFonts w:cs="Times New Roman"/>
                <w:sz w:val="24"/>
              </w:rPr>
            </w:pPr>
          </w:p>
        </w:tc>
      </w:tr>
      <w:tr w:rsidR="00884DFA" w:rsidRPr="00F54F5A" w14:paraId="7BBF23B2" w14:textId="77777777" w:rsidTr="00FF5368">
        <w:trPr>
          <w:cantSplit/>
          <w:jc w:val="center"/>
        </w:trPr>
        <w:tc>
          <w:tcPr>
            <w:tcW w:w="634" w:type="dxa"/>
            <w:tcMar>
              <w:top w:w="50" w:type="dxa"/>
              <w:left w:w="60" w:type="dxa"/>
              <w:bottom w:w="50" w:type="dxa"/>
              <w:right w:w="60" w:type="dxa"/>
            </w:tcMar>
            <w:vAlign w:val="center"/>
          </w:tcPr>
          <w:p w14:paraId="5176B5DF"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2</w:t>
            </w:r>
          </w:p>
        </w:tc>
        <w:tc>
          <w:tcPr>
            <w:tcW w:w="6029" w:type="dxa"/>
            <w:tcMar>
              <w:top w:w="50" w:type="dxa"/>
              <w:left w:w="60" w:type="dxa"/>
              <w:bottom w:w="50" w:type="dxa"/>
              <w:right w:w="60" w:type="dxa"/>
            </w:tcMar>
            <w:vAlign w:val="center"/>
          </w:tcPr>
          <w:p w14:paraId="522C1A15" w14:textId="77777777" w:rsidR="00884DFA" w:rsidRPr="00F54F5A" w:rsidRDefault="00436074" w:rsidP="00F54F5A">
            <w:pPr>
              <w:spacing w:after="0" w:line="240" w:lineRule="auto"/>
              <w:rPr>
                <w:rFonts w:cs="Times New Roman"/>
                <w:sz w:val="24"/>
              </w:rPr>
            </w:pPr>
            <w:r w:rsidRPr="00F54F5A">
              <w:rPr>
                <w:rFonts w:eastAsia="Times New Roman" w:cs="Times New Roman"/>
                <w:sz w:val="24"/>
              </w:rPr>
              <w:t>Dân tộc khác</w:t>
            </w:r>
          </w:p>
        </w:tc>
        <w:tc>
          <w:tcPr>
            <w:tcW w:w="2539" w:type="dxa"/>
            <w:tcMar>
              <w:top w:w="50" w:type="dxa"/>
              <w:left w:w="60" w:type="dxa"/>
              <w:bottom w:w="50" w:type="dxa"/>
              <w:right w:w="60" w:type="dxa"/>
            </w:tcMar>
            <w:vAlign w:val="center"/>
          </w:tcPr>
          <w:p w14:paraId="00F17957" w14:textId="77777777" w:rsidR="00884DFA" w:rsidRPr="00F54F5A" w:rsidRDefault="00884DFA" w:rsidP="00F54F5A">
            <w:pPr>
              <w:spacing w:after="0" w:line="240" w:lineRule="auto"/>
              <w:jc w:val="center"/>
              <w:rPr>
                <w:rFonts w:cs="Times New Roman"/>
                <w:sz w:val="24"/>
              </w:rPr>
            </w:pPr>
          </w:p>
        </w:tc>
        <w:tc>
          <w:tcPr>
            <w:tcW w:w="2539" w:type="dxa"/>
            <w:tcMar>
              <w:top w:w="50" w:type="dxa"/>
              <w:left w:w="60" w:type="dxa"/>
              <w:bottom w:w="50" w:type="dxa"/>
              <w:right w:w="60" w:type="dxa"/>
            </w:tcMar>
            <w:vAlign w:val="center"/>
          </w:tcPr>
          <w:p w14:paraId="4AC8ACB0" w14:textId="77777777" w:rsidR="00884DFA" w:rsidRPr="00F54F5A" w:rsidRDefault="00884DFA" w:rsidP="00F54F5A">
            <w:pPr>
              <w:spacing w:after="0" w:line="240" w:lineRule="auto"/>
              <w:jc w:val="center"/>
              <w:rPr>
                <w:rFonts w:cs="Times New Roman"/>
                <w:sz w:val="24"/>
              </w:rPr>
            </w:pPr>
          </w:p>
        </w:tc>
        <w:tc>
          <w:tcPr>
            <w:tcW w:w="2539" w:type="dxa"/>
            <w:tcMar>
              <w:top w:w="50" w:type="dxa"/>
              <w:left w:w="60" w:type="dxa"/>
              <w:bottom w:w="50" w:type="dxa"/>
              <w:right w:w="60" w:type="dxa"/>
            </w:tcMar>
            <w:vAlign w:val="center"/>
          </w:tcPr>
          <w:p w14:paraId="0F95AA9E" w14:textId="77777777" w:rsidR="00884DFA" w:rsidRPr="00F54F5A" w:rsidRDefault="00884DFA" w:rsidP="00F54F5A">
            <w:pPr>
              <w:spacing w:after="0" w:line="240" w:lineRule="auto"/>
              <w:jc w:val="center"/>
              <w:rPr>
                <w:rFonts w:cs="Times New Roman"/>
                <w:sz w:val="24"/>
              </w:rPr>
            </w:pPr>
          </w:p>
        </w:tc>
      </w:tr>
      <w:tr w:rsidR="00884DFA" w:rsidRPr="00F54F5A" w14:paraId="19EB0C59" w14:textId="77777777" w:rsidTr="00FF5368">
        <w:trPr>
          <w:cantSplit/>
          <w:jc w:val="center"/>
        </w:trPr>
        <w:tc>
          <w:tcPr>
            <w:tcW w:w="634" w:type="dxa"/>
            <w:tcMar>
              <w:top w:w="50" w:type="dxa"/>
              <w:left w:w="60" w:type="dxa"/>
              <w:bottom w:w="50" w:type="dxa"/>
              <w:right w:w="60" w:type="dxa"/>
            </w:tcMar>
            <w:vAlign w:val="center"/>
          </w:tcPr>
          <w:p w14:paraId="5514B25C" w14:textId="5BD385E9" w:rsidR="00884DFA" w:rsidRPr="00F54F5A" w:rsidRDefault="00151392" w:rsidP="00F54F5A">
            <w:pPr>
              <w:spacing w:after="0" w:line="240" w:lineRule="auto"/>
              <w:jc w:val="center"/>
              <w:rPr>
                <w:rFonts w:cs="Times New Roman"/>
                <w:sz w:val="24"/>
                <w:lang w:val="vi-VN"/>
              </w:rPr>
            </w:pPr>
            <w:r w:rsidRPr="00F54F5A">
              <w:rPr>
                <w:rFonts w:eastAsia="Times New Roman" w:cs="Times New Roman"/>
                <w:sz w:val="24"/>
                <w:lang w:val="vi-VN"/>
              </w:rPr>
              <w:t>3</w:t>
            </w:r>
          </w:p>
        </w:tc>
        <w:tc>
          <w:tcPr>
            <w:tcW w:w="6029" w:type="dxa"/>
            <w:tcMar>
              <w:top w:w="50" w:type="dxa"/>
              <w:left w:w="60" w:type="dxa"/>
              <w:bottom w:w="50" w:type="dxa"/>
              <w:right w:w="60" w:type="dxa"/>
            </w:tcMar>
            <w:vAlign w:val="center"/>
          </w:tcPr>
          <w:p w14:paraId="160B55E2" w14:textId="77777777" w:rsidR="00884DFA" w:rsidRPr="00F54F5A" w:rsidRDefault="00436074" w:rsidP="00F54F5A">
            <w:pPr>
              <w:spacing w:after="0" w:line="240" w:lineRule="auto"/>
              <w:rPr>
                <w:rFonts w:cs="Times New Roman"/>
                <w:sz w:val="24"/>
              </w:rPr>
            </w:pPr>
            <w:r w:rsidRPr="00F54F5A">
              <w:rPr>
                <w:rFonts w:eastAsia="Times New Roman" w:cs="Times New Roman"/>
                <w:sz w:val="24"/>
              </w:rPr>
              <w:t>Nhân viên y tế</w:t>
            </w:r>
          </w:p>
        </w:tc>
        <w:tc>
          <w:tcPr>
            <w:tcW w:w="2539" w:type="dxa"/>
            <w:tcMar>
              <w:top w:w="50" w:type="dxa"/>
              <w:left w:w="60" w:type="dxa"/>
              <w:bottom w:w="50" w:type="dxa"/>
              <w:right w:w="60" w:type="dxa"/>
            </w:tcMar>
            <w:vAlign w:val="center"/>
          </w:tcPr>
          <w:p w14:paraId="4BEA7400" w14:textId="77777777" w:rsidR="00884DFA" w:rsidRPr="00F54F5A" w:rsidRDefault="00884DFA" w:rsidP="00F54F5A">
            <w:pPr>
              <w:spacing w:after="0" w:line="240" w:lineRule="auto"/>
              <w:jc w:val="center"/>
              <w:rPr>
                <w:rFonts w:cs="Times New Roman"/>
                <w:sz w:val="24"/>
              </w:rPr>
            </w:pPr>
          </w:p>
        </w:tc>
        <w:tc>
          <w:tcPr>
            <w:tcW w:w="2539" w:type="dxa"/>
            <w:tcMar>
              <w:top w:w="50" w:type="dxa"/>
              <w:left w:w="60" w:type="dxa"/>
              <w:bottom w:w="50" w:type="dxa"/>
              <w:right w:w="60" w:type="dxa"/>
            </w:tcMar>
            <w:vAlign w:val="center"/>
          </w:tcPr>
          <w:p w14:paraId="7C7106FA" w14:textId="77777777" w:rsidR="00884DFA" w:rsidRPr="00F54F5A" w:rsidRDefault="00884DFA" w:rsidP="00F54F5A">
            <w:pPr>
              <w:spacing w:after="0" w:line="240" w:lineRule="auto"/>
              <w:jc w:val="center"/>
              <w:rPr>
                <w:rFonts w:cs="Times New Roman"/>
                <w:sz w:val="24"/>
              </w:rPr>
            </w:pPr>
          </w:p>
        </w:tc>
        <w:tc>
          <w:tcPr>
            <w:tcW w:w="2539" w:type="dxa"/>
            <w:tcMar>
              <w:top w:w="50" w:type="dxa"/>
              <w:left w:w="60" w:type="dxa"/>
              <w:bottom w:w="50" w:type="dxa"/>
              <w:right w:w="60" w:type="dxa"/>
            </w:tcMar>
            <w:vAlign w:val="center"/>
          </w:tcPr>
          <w:p w14:paraId="1725A301" w14:textId="77777777" w:rsidR="00884DFA" w:rsidRPr="00F54F5A" w:rsidRDefault="00884DFA" w:rsidP="00F54F5A">
            <w:pPr>
              <w:spacing w:after="0" w:line="240" w:lineRule="auto"/>
              <w:jc w:val="center"/>
              <w:rPr>
                <w:rFonts w:cs="Times New Roman"/>
                <w:sz w:val="24"/>
              </w:rPr>
            </w:pPr>
          </w:p>
        </w:tc>
      </w:tr>
    </w:tbl>
    <w:p w14:paraId="69456189" w14:textId="77777777" w:rsidR="00884DFA" w:rsidRPr="00F54F5A" w:rsidRDefault="00436074" w:rsidP="00CA634C">
      <w:pPr>
        <w:spacing w:before="120" w:after="0" w:line="240" w:lineRule="auto"/>
        <w:rPr>
          <w:rFonts w:cs="Times New Roman"/>
          <w:sz w:val="26"/>
        </w:rPr>
      </w:pPr>
      <w:r w:rsidRPr="00F54F5A">
        <w:rPr>
          <w:rFonts w:eastAsia="Times New Roman" w:cs="Times New Roman"/>
          <w:b/>
          <w:i/>
          <w:sz w:val="26"/>
        </w:rPr>
        <w:t>Ghi chú:</w:t>
      </w:r>
    </w:p>
    <w:p w14:paraId="25BBAF3F" w14:textId="0DA497A8" w:rsidR="00884DFA" w:rsidRPr="00F54F5A" w:rsidRDefault="00436074" w:rsidP="00CA634C">
      <w:pPr>
        <w:spacing w:before="120" w:after="0" w:line="240" w:lineRule="auto"/>
        <w:ind w:left="283" w:hanging="227"/>
        <w:rPr>
          <w:rFonts w:cs="Times New Roman"/>
          <w:sz w:val="26"/>
        </w:rPr>
      </w:pPr>
      <w:r w:rsidRPr="00F54F5A">
        <w:rPr>
          <w:rFonts w:eastAsia="Times New Roman" w:cs="Times New Roman"/>
          <w:i/>
          <w:sz w:val="26"/>
        </w:rPr>
        <w:t>- Số liệu được lập theo người bệnh, không theo lượt khám; mỗi người chỉ tính một lần</w:t>
      </w:r>
      <w:r w:rsidR="00583457" w:rsidRPr="00F54F5A">
        <w:rPr>
          <w:rFonts w:eastAsia="Times New Roman" w:cs="Times New Roman"/>
          <w:i/>
          <w:sz w:val="26"/>
          <w:lang w:val="vi-VN"/>
        </w:rPr>
        <w:t xml:space="preserve"> trong 1 nội dung</w:t>
      </w:r>
      <w:r w:rsidRPr="00F54F5A">
        <w:rPr>
          <w:rFonts w:eastAsia="Times New Roman" w:cs="Times New Roman"/>
          <w:i/>
          <w:sz w:val="26"/>
        </w:rPr>
        <w:t>.</w:t>
      </w:r>
    </w:p>
    <w:p w14:paraId="2C3EBBA3" w14:textId="57E1B24C" w:rsidR="00884DFA" w:rsidRPr="00F54F5A" w:rsidRDefault="00436074" w:rsidP="00CA634C">
      <w:pPr>
        <w:spacing w:before="120" w:after="0" w:line="240" w:lineRule="auto"/>
        <w:ind w:left="283" w:hanging="227"/>
        <w:rPr>
          <w:rFonts w:cs="Times New Roman"/>
          <w:sz w:val="26"/>
        </w:rPr>
      </w:pPr>
      <w:r w:rsidRPr="00F54F5A">
        <w:rPr>
          <w:rFonts w:eastAsia="Times New Roman" w:cs="Times New Roman"/>
          <w:i/>
          <w:sz w:val="26"/>
        </w:rPr>
        <w:t xml:space="preserve">- Chỉ tổng hợp người bệnh có địa chỉ </w:t>
      </w:r>
      <w:r w:rsidR="00583457" w:rsidRPr="00F54F5A">
        <w:rPr>
          <w:rFonts w:eastAsia="Times New Roman" w:cs="Times New Roman"/>
          <w:i/>
          <w:sz w:val="26"/>
        </w:rPr>
        <w:t>cư</w:t>
      </w:r>
      <w:r w:rsidR="00583457" w:rsidRPr="00F54F5A">
        <w:rPr>
          <w:rFonts w:eastAsia="Times New Roman" w:cs="Times New Roman"/>
          <w:i/>
          <w:sz w:val="26"/>
          <w:lang w:val="vi-VN"/>
        </w:rPr>
        <w:t xml:space="preserve"> </w:t>
      </w:r>
      <w:r w:rsidRPr="00F54F5A">
        <w:rPr>
          <w:rFonts w:eastAsia="Times New Roman" w:cs="Times New Roman"/>
          <w:i/>
          <w:sz w:val="26"/>
        </w:rPr>
        <w:t>trú tại địa bàn ghi tại mục 3; trường hợp chuyển tuyến phải đối chiếu để không tính trùng.</w:t>
      </w:r>
    </w:p>
    <w:p w14:paraId="0D82C1AA" w14:textId="77777777" w:rsidR="00884DFA" w:rsidRPr="00F54F5A" w:rsidRDefault="00436074" w:rsidP="00CA634C">
      <w:pPr>
        <w:spacing w:before="120" w:after="0" w:line="240" w:lineRule="auto"/>
        <w:ind w:left="283" w:hanging="227"/>
        <w:rPr>
          <w:rFonts w:cs="Times New Roman"/>
          <w:sz w:val="26"/>
        </w:rPr>
      </w:pPr>
      <w:r w:rsidRPr="00F54F5A">
        <w:rPr>
          <w:rFonts w:eastAsia="Times New Roman" w:cs="Times New Roman"/>
          <w:i/>
          <w:sz w:val="26"/>
        </w:rPr>
        <w:t>- Ô không phát sinh ghi “0”; ô không áp dụng ghi “X”.</w:t>
      </w:r>
    </w:p>
    <w:p w14:paraId="0ECA6F83" w14:textId="77777777" w:rsidR="00FB36FA" w:rsidRPr="00F54F5A" w:rsidRDefault="00436074" w:rsidP="00FB36FA">
      <w:pPr>
        <w:tabs>
          <w:tab w:val="center" w:pos="3515"/>
          <w:tab w:val="center" w:pos="11339"/>
        </w:tabs>
        <w:spacing w:before="120" w:after="0" w:line="240" w:lineRule="auto"/>
        <w:rPr>
          <w:rFonts w:eastAsia="Times New Roman" w:cs="Times New Roman"/>
          <w:b/>
          <w:sz w:val="26"/>
        </w:rPr>
      </w:pPr>
      <w:r w:rsidRPr="00F54F5A">
        <w:rPr>
          <w:rFonts w:eastAsia="Times New Roman" w:cs="Times New Roman"/>
          <w:b/>
          <w:sz w:val="26"/>
        </w:rPr>
        <w:tab/>
      </w:r>
    </w:p>
    <w:tbl>
      <w:tblPr>
        <w:tblW w:w="16388" w:type="dxa"/>
        <w:tblLayout w:type="fixed"/>
        <w:tblLook w:val="0400" w:firstRow="0" w:lastRow="0" w:firstColumn="0" w:lastColumn="0" w:noHBand="0" w:noVBand="1"/>
      </w:tblPr>
      <w:tblGrid>
        <w:gridCol w:w="2835"/>
        <w:gridCol w:w="6521"/>
        <w:gridCol w:w="7032"/>
      </w:tblGrid>
      <w:tr w:rsidR="00FB36FA" w:rsidRPr="004F4045" w14:paraId="3F965C0E" w14:textId="77777777" w:rsidTr="00C43B42">
        <w:tc>
          <w:tcPr>
            <w:tcW w:w="2835" w:type="dxa"/>
          </w:tcPr>
          <w:p w14:paraId="0724A346" w14:textId="77777777" w:rsidR="00FB36FA" w:rsidRPr="004F4045" w:rsidRDefault="00FB36FA" w:rsidP="00C43B42">
            <w:pPr>
              <w:spacing w:before="60" w:after="0" w:line="240" w:lineRule="auto"/>
            </w:pPr>
            <w:r w:rsidRPr="004F4045">
              <w:rPr>
                <w:b/>
                <w:bCs/>
                <w:i/>
                <w:iCs/>
              </w:rPr>
              <w:t>Nơi nhận:</w:t>
            </w:r>
          </w:p>
          <w:p w14:paraId="23986E20" w14:textId="19A81745" w:rsidR="00FB36FA" w:rsidRPr="004F4045" w:rsidRDefault="00FB36FA" w:rsidP="00C43B42">
            <w:pPr>
              <w:spacing w:before="60" w:after="0" w:line="240" w:lineRule="auto"/>
            </w:pPr>
            <w:r w:rsidRPr="004F4045">
              <w:t xml:space="preserve">- </w:t>
            </w:r>
            <w:r w:rsidR="00063E5F">
              <w:t>Trạm Y tế xã</w:t>
            </w:r>
            <w:r w:rsidRPr="004F4045">
              <w:rPr>
                <w:sz w:val="26"/>
                <w:szCs w:val="26"/>
              </w:rPr>
              <w:t>….</w:t>
            </w:r>
            <w:r w:rsidRPr="004F4045">
              <w:rPr>
                <w:sz w:val="26"/>
                <w:szCs w:val="26"/>
                <w:vertAlign w:val="superscript"/>
              </w:rPr>
              <w:t>(1)</w:t>
            </w:r>
            <w:r w:rsidRPr="004F4045">
              <w:rPr>
                <w:sz w:val="26"/>
                <w:szCs w:val="26"/>
              </w:rPr>
              <w:t>….</w:t>
            </w:r>
            <w:r w:rsidRPr="004F4045">
              <w:t>;</w:t>
            </w:r>
          </w:p>
          <w:p w14:paraId="58B54EBB" w14:textId="77777777" w:rsidR="00FB36FA" w:rsidRPr="004F4045" w:rsidRDefault="00FB36FA" w:rsidP="00C43B42">
            <w:pPr>
              <w:spacing w:before="60" w:after="0" w:line="240" w:lineRule="auto"/>
            </w:pPr>
            <w:r w:rsidRPr="004F4045">
              <w:t>- Lưu: VT, … .</w:t>
            </w:r>
          </w:p>
        </w:tc>
        <w:tc>
          <w:tcPr>
            <w:tcW w:w="6521" w:type="dxa"/>
          </w:tcPr>
          <w:p w14:paraId="3E9A3805" w14:textId="77777777" w:rsidR="00FB36FA" w:rsidRPr="004F4045" w:rsidRDefault="00FB36FA" w:rsidP="00C43B42"/>
        </w:tc>
        <w:tc>
          <w:tcPr>
            <w:tcW w:w="7032" w:type="dxa"/>
          </w:tcPr>
          <w:p w14:paraId="3D63FAB9" w14:textId="77777777" w:rsidR="00FB36FA" w:rsidRPr="00161C10" w:rsidRDefault="00FB36FA" w:rsidP="00C43B42">
            <w:pPr>
              <w:rPr>
                <w:b/>
                <w:bCs/>
                <w:sz w:val="26"/>
                <w:szCs w:val="26"/>
              </w:rPr>
            </w:pPr>
            <w:r w:rsidRPr="00161C10">
              <w:rPr>
                <w:b/>
                <w:bCs/>
                <w:sz w:val="26"/>
                <w:szCs w:val="26"/>
              </w:rPr>
              <w:t>LÃNH ĐẠO ĐƠN VỊ</w:t>
            </w:r>
          </w:p>
        </w:tc>
      </w:tr>
    </w:tbl>
    <w:p w14:paraId="602CFC80" w14:textId="77777777" w:rsidR="00FB36FA" w:rsidRDefault="00FB36FA" w:rsidP="00FB36FA">
      <w:pPr>
        <w:tabs>
          <w:tab w:val="center" w:pos="3515"/>
          <w:tab w:val="center" w:pos="11339"/>
        </w:tabs>
        <w:spacing w:before="120" w:after="0" w:line="240" w:lineRule="auto"/>
        <w:rPr>
          <w:rFonts w:eastAsia="Times New Roman" w:cs="Times New Roman"/>
          <w:b/>
          <w:sz w:val="26"/>
        </w:rPr>
      </w:pPr>
    </w:p>
    <w:p w14:paraId="7804F457" w14:textId="77777777" w:rsidR="00FB36FA" w:rsidRDefault="00FB36FA">
      <w:pPr>
        <w:rPr>
          <w:rFonts w:eastAsia="Times New Roman" w:cs="Times New Roman"/>
          <w:b/>
          <w:sz w:val="26"/>
        </w:rPr>
      </w:pPr>
      <w:r>
        <w:rPr>
          <w:rFonts w:eastAsia="Times New Roman" w:cs="Times New Roman"/>
          <w:b/>
          <w:sz w:val="26"/>
        </w:rPr>
        <w:br w:type="page"/>
      </w:r>
    </w:p>
    <w:p w14:paraId="1B9BBBB4" w14:textId="38DFAD37" w:rsidR="00884DFA" w:rsidRPr="00F54F5A" w:rsidRDefault="00436074" w:rsidP="00161C10">
      <w:pPr>
        <w:tabs>
          <w:tab w:val="center" w:pos="3515"/>
          <w:tab w:val="center" w:pos="11339"/>
        </w:tabs>
        <w:spacing w:before="120" w:after="0" w:line="240" w:lineRule="auto"/>
        <w:jc w:val="right"/>
        <w:rPr>
          <w:rFonts w:cs="Times New Roman"/>
          <w:sz w:val="26"/>
        </w:rPr>
      </w:pPr>
      <w:r w:rsidRPr="00F54F5A">
        <w:rPr>
          <w:rFonts w:eastAsia="Times New Roman" w:cs="Times New Roman"/>
          <w:b/>
          <w:sz w:val="26"/>
        </w:rPr>
        <w:lastRenderedPageBreak/>
        <w:t>Mẫu số 02</w:t>
      </w:r>
    </w:p>
    <w:tbl>
      <w:tblPr>
        <w:tblW w:w="14280" w:type="dxa"/>
        <w:jc w:val="center"/>
        <w:tblBorders>
          <w:top w:val="nil"/>
          <w:left w:val="nil"/>
          <w:bottom w:val="nil"/>
          <w:right w:val="nil"/>
          <w:insideH w:val="nil"/>
          <w:insideV w:val="nil"/>
        </w:tblBorders>
        <w:tblLayout w:type="fixed"/>
        <w:tblLook w:val="04A0" w:firstRow="1" w:lastRow="0" w:firstColumn="1" w:lastColumn="0" w:noHBand="0" w:noVBand="1"/>
      </w:tblPr>
      <w:tblGrid>
        <w:gridCol w:w="6708"/>
        <w:gridCol w:w="7572"/>
      </w:tblGrid>
      <w:tr w:rsidR="00884DFA" w:rsidRPr="00F54F5A" w14:paraId="019411C9" w14:textId="77777777" w:rsidTr="00F54F5A">
        <w:trPr>
          <w:jc w:val="center"/>
        </w:trPr>
        <w:tc>
          <w:tcPr>
            <w:tcW w:w="7030" w:type="dxa"/>
            <w:tcMar>
              <w:top w:w="50" w:type="dxa"/>
              <w:left w:w="60" w:type="dxa"/>
              <w:bottom w:w="50" w:type="dxa"/>
              <w:right w:w="60" w:type="dxa"/>
            </w:tcMar>
            <w:vAlign w:val="center"/>
          </w:tcPr>
          <w:p w14:paraId="407CA947" w14:textId="77777777" w:rsidR="00884DFA" w:rsidRPr="00F54F5A" w:rsidRDefault="00436074" w:rsidP="00F54F5A">
            <w:pPr>
              <w:spacing w:after="0" w:line="240" w:lineRule="auto"/>
              <w:jc w:val="center"/>
              <w:rPr>
                <w:rFonts w:cs="Times New Roman"/>
                <w:sz w:val="24"/>
                <w:lang w:val="fr-FR"/>
              </w:rPr>
            </w:pPr>
            <w:r w:rsidRPr="00F54F5A">
              <w:rPr>
                <w:rFonts w:eastAsia="Times New Roman" w:cs="Times New Roman"/>
                <w:sz w:val="24"/>
                <w:lang w:val="fr-FR"/>
              </w:rPr>
              <w:t>ỦY BAN NHÂN DÂN ....</w:t>
            </w:r>
          </w:p>
          <w:p w14:paraId="0976EE2D" w14:textId="77777777" w:rsidR="00884DFA" w:rsidRPr="00F54F5A" w:rsidRDefault="00436074" w:rsidP="00F54F5A">
            <w:pPr>
              <w:spacing w:after="0" w:line="240" w:lineRule="auto"/>
              <w:jc w:val="center"/>
              <w:rPr>
                <w:rFonts w:cs="Times New Roman"/>
                <w:b/>
                <w:sz w:val="24"/>
                <w:lang w:val="fr-FR"/>
              </w:rPr>
            </w:pPr>
            <w:r w:rsidRPr="00F54F5A">
              <w:rPr>
                <w:rFonts w:eastAsia="Times New Roman" w:cs="Times New Roman"/>
                <w:b/>
                <w:sz w:val="24"/>
                <w:lang w:val="fr-FR"/>
              </w:rPr>
              <w:t>TRẠM Y TẾ ....</w:t>
            </w:r>
          </w:p>
        </w:tc>
        <w:tc>
          <w:tcPr>
            <w:tcW w:w="7937" w:type="dxa"/>
            <w:tcMar>
              <w:top w:w="50" w:type="dxa"/>
              <w:left w:w="60" w:type="dxa"/>
              <w:bottom w:w="50" w:type="dxa"/>
              <w:right w:w="60" w:type="dxa"/>
            </w:tcMar>
            <w:vAlign w:val="center"/>
          </w:tcPr>
          <w:p w14:paraId="329BDE9C" w14:textId="4736475C" w:rsidR="00884DFA" w:rsidRPr="00F54F5A" w:rsidRDefault="00436074" w:rsidP="00F54F5A">
            <w:pPr>
              <w:spacing w:after="0" w:line="240" w:lineRule="auto"/>
              <w:jc w:val="center"/>
              <w:rPr>
                <w:rFonts w:cs="Times New Roman"/>
                <w:sz w:val="24"/>
                <w:lang w:val="fr-FR"/>
              </w:rPr>
            </w:pPr>
            <w:r w:rsidRPr="00F54F5A">
              <w:rPr>
                <w:rFonts w:eastAsia="Times New Roman" w:cs="Times New Roman"/>
                <w:b/>
                <w:sz w:val="24"/>
                <w:lang w:val="fr-FR"/>
              </w:rPr>
              <w:t>CỘNG HÒA XÃ HỘI CHỦ NGHĨA VIỆT NAM</w:t>
            </w:r>
          </w:p>
          <w:p w14:paraId="20B7CB3C" w14:textId="77777777" w:rsidR="00884DFA" w:rsidRPr="00F54F5A" w:rsidRDefault="00436074" w:rsidP="00F54F5A">
            <w:pPr>
              <w:spacing w:after="0" w:line="240" w:lineRule="auto"/>
              <w:jc w:val="center"/>
              <w:rPr>
                <w:rFonts w:cs="Times New Roman"/>
                <w:b/>
                <w:sz w:val="26"/>
              </w:rPr>
            </w:pPr>
            <w:r w:rsidRPr="00F54F5A">
              <w:rPr>
                <w:rFonts w:eastAsia="Times New Roman" w:cs="Times New Roman"/>
                <w:b/>
                <w:sz w:val="26"/>
              </w:rPr>
              <w:t>Độc lập - Tự do - Hạnh phúc</w:t>
            </w:r>
          </w:p>
          <w:p w14:paraId="45FC77FD" w14:textId="4FF9E25B" w:rsidR="00884DFA" w:rsidRPr="00BF1258" w:rsidRDefault="00BF1258" w:rsidP="00BF1258">
            <w:pPr>
              <w:spacing w:after="0" w:line="240" w:lineRule="auto"/>
              <w:jc w:val="center"/>
              <w:rPr>
                <w:rFonts w:cs="Times New Roman"/>
                <w:sz w:val="26"/>
                <w:u w:val="single"/>
              </w:rPr>
            </w:pPr>
            <w:r w:rsidRPr="00BF1258">
              <w:rPr>
                <w:rFonts w:eastAsia="Times New Roman" w:cs="Times New Roman"/>
                <w:sz w:val="26"/>
                <w:u w:val="single"/>
              </w:rPr>
              <w:t>                                                </w:t>
            </w:r>
          </w:p>
        </w:tc>
      </w:tr>
    </w:tbl>
    <w:p w14:paraId="287AFC93" w14:textId="77777777" w:rsidR="00884DFA" w:rsidRPr="00F54F5A" w:rsidRDefault="00436074" w:rsidP="00CA634C">
      <w:pPr>
        <w:spacing w:before="120" w:after="0" w:line="240" w:lineRule="auto"/>
        <w:jc w:val="center"/>
        <w:rPr>
          <w:rFonts w:cs="Times New Roman"/>
          <w:sz w:val="28"/>
        </w:rPr>
      </w:pPr>
      <w:r w:rsidRPr="00F54F5A">
        <w:rPr>
          <w:rFonts w:eastAsia="Times New Roman" w:cs="Times New Roman"/>
          <w:b/>
          <w:sz w:val="28"/>
        </w:rPr>
        <w:t>BÁO CÁO NGÀY THIỆT HẠI VỀ Y TẾ DO DỊCH BỆNH GÂY RA</w:t>
      </w:r>
    </w:p>
    <w:p w14:paraId="113861DB" w14:textId="77777777" w:rsidR="00884DFA" w:rsidRPr="00F54F5A" w:rsidRDefault="00436074" w:rsidP="00CA634C">
      <w:pPr>
        <w:spacing w:before="120" w:after="0" w:line="240" w:lineRule="auto"/>
        <w:jc w:val="center"/>
        <w:rPr>
          <w:rFonts w:cs="Times New Roman"/>
          <w:sz w:val="26"/>
        </w:rPr>
      </w:pPr>
      <w:r w:rsidRPr="00F54F5A">
        <w:rPr>
          <w:rFonts w:eastAsia="Times New Roman" w:cs="Times New Roman"/>
          <w:b/>
          <w:i/>
          <w:sz w:val="26"/>
        </w:rPr>
        <w:t>Dùng cho Trạm Y tế cấp xã</w:t>
      </w:r>
    </w:p>
    <w:p w14:paraId="08E23578" w14:textId="0BA35454" w:rsidR="004318D0" w:rsidRPr="00F54F5A" w:rsidRDefault="004318D0" w:rsidP="00CA634C">
      <w:pPr>
        <w:tabs>
          <w:tab w:val="left" w:leader="dot" w:pos="13608"/>
        </w:tabs>
        <w:spacing w:before="120" w:after="0" w:line="240" w:lineRule="auto"/>
        <w:ind w:firstLine="567"/>
        <w:rPr>
          <w:rFonts w:cs="Times New Roman"/>
          <w:sz w:val="26"/>
        </w:rPr>
      </w:pPr>
      <w:r w:rsidRPr="00F54F5A">
        <w:rPr>
          <w:rFonts w:eastAsia="Times New Roman" w:cs="Times New Roman"/>
          <w:b/>
          <w:sz w:val="26"/>
        </w:rPr>
        <w:t xml:space="preserve">1. Tên dịch bệnh: </w:t>
      </w:r>
      <w:r w:rsidR="004B347E">
        <w:rPr>
          <w:rFonts w:eastAsia="Times New Roman" w:cs="Times New Roman"/>
          <w:sz w:val="26"/>
        </w:rPr>
        <w:tab/>
      </w:r>
    </w:p>
    <w:p w14:paraId="6929E67A" w14:textId="180C1FDD" w:rsidR="004318D0" w:rsidRPr="00F54F5A" w:rsidRDefault="004318D0" w:rsidP="00CA634C">
      <w:pPr>
        <w:tabs>
          <w:tab w:val="left" w:leader="dot" w:pos="13608"/>
        </w:tabs>
        <w:spacing w:before="120" w:after="0" w:line="240" w:lineRule="auto"/>
        <w:ind w:firstLine="567"/>
        <w:rPr>
          <w:rFonts w:cs="Times New Roman"/>
          <w:sz w:val="26"/>
        </w:rPr>
      </w:pPr>
      <w:r w:rsidRPr="00F54F5A">
        <w:rPr>
          <w:rFonts w:eastAsia="Times New Roman" w:cs="Times New Roman"/>
          <w:b/>
          <w:sz w:val="26"/>
        </w:rPr>
        <w:t xml:space="preserve">2. Cấp độ phòng thủ dân sự về dịch bệnh: </w:t>
      </w:r>
      <w:r w:rsidR="004B347E">
        <w:rPr>
          <w:rFonts w:eastAsia="Times New Roman" w:cs="Times New Roman"/>
          <w:sz w:val="26"/>
        </w:rPr>
        <w:tab/>
      </w:r>
    </w:p>
    <w:p w14:paraId="077BC4C5" w14:textId="3DA3C9DB" w:rsidR="004318D0" w:rsidRPr="00F54F5A" w:rsidRDefault="004318D0" w:rsidP="00CA634C">
      <w:pPr>
        <w:tabs>
          <w:tab w:val="left" w:leader="dot" w:pos="13608"/>
        </w:tabs>
        <w:spacing w:before="120" w:after="0" w:line="240" w:lineRule="auto"/>
        <w:ind w:firstLine="567"/>
        <w:rPr>
          <w:rFonts w:cs="Times New Roman"/>
          <w:sz w:val="26"/>
          <w:lang w:val="vi-VN"/>
        </w:rPr>
      </w:pPr>
      <w:r w:rsidRPr="00F54F5A">
        <w:rPr>
          <w:rFonts w:eastAsia="Times New Roman" w:cs="Times New Roman"/>
          <w:b/>
          <w:sz w:val="26"/>
        </w:rPr>
        <w:t>3. Nơi</w:t>
      </w:r>
      <w:r w:rsidRPr="00F54F5A">
        <w:rPr>
          <w:rFonts w:eastAsia="Times New Roman" w:cs="Times New Roman"/>
          <w:b/>
          <w:sz w:val="26"/>
          <w:lang w:val="vi-VN"/>
        </w:rPr>
        <w:t xml:space="preserve"> xảy ra dịch bệnh</w:t>
      </w:r>
      <w:r w:rsidRPr="00F54F5A">
        <w:rPr>
          <w:rFonts w:eastAsia="Times New Roman" w:cs="Times New Roman"/>
          <w:b/>
          <w:sz w:val="26"/>
        </w:rPr>
        <w:t xml:space="preserve">: xã/phường/đặc khu </w:t>
      </w:r>
      <w:r w:rsidRPr="00051468">
        <w:rPr>
          <w:rFonts w:eastAsia="Times New Roman" w:cs="Times New Roman"/>
          <w:bCs/>
          <w:sz w:val="26"/>
        </w:rPr>
        <w:t>............................</w:t>
      </w:r>
      <w:r w:rsidRPr="00F54F5A">
        <w:rPr>
          <w:rFonts w:eastAsia="Times New Roman" w:cs="Times New Roman"/>
          <w:b/>
          <w:sz w:val="26"/>
        </w:rPr>
        <w:t xml:space="preserve"> tỉnh/thành phố </w:t>
      </w:r>
      <w:r w:rsidR="004B347E" w:rsidRPr="00051468">
        <w:rPr>
          <w:rFonts w:eastAsia="Times New Roman" w:cs="Times New Roman"/>
          <w:bCs/>
          <w:sz w:val="26"/>
        </w:rPr>
        <w:tab/>
      </w:r>
    </w:p>
    <w:p w14:paraId="32386301" w14:textId="0AC542B6" w:rsidR="004318D0" w:rsidRPr="008C62CF" w:rsidRDefault="004318D0" w:rsidP="00CA634C">
      <w:pPr>
        <w:tabs>
          <w:tab w:val="left" w:leader="dot" w:pos="13608"/>
        </w:tabs>
        <w:spacing w:before="120" w:after="0" w:line="240" w:lineRule="auto"/>
        <w:ind w:firstLine="567"/>
        <w:rPr>
          <w:rFonts w:cs="Times New Roman"/>
          <w:sz w:val="26"/>
          <w:lang w:val="vi-VN"/>
        </w:rPr>
      </w:pPr>
      <w:r w:rsidRPr="00F54F5A">
        <w:rPr>
          <w:rFonts w:eastAsia="Times New Roman" w:cs="Times New Roman"/>
          <w:b/>
          <w:sz w:val="26"/>
          <w:lang w:val="vi-VN"/>
        </w:rPr>
        <w:t>4. Khoảng thời gian báo cáo số liệu : từ 17 giờ ngày ....../....../20.... đến 17 giờ ngày ....../....../20</w:t>
      </w:r>
      <w:r w:rsidR="004B347E" w:rsidRPr="00051468">
        <w:rPr>
          <w:rFonts w:eastAsia="Times New Roman" w:cs="Times New Roman"/>
          <w:bCs/>
          <w:sz w:val="26"/>
          <w:lang w:val="vi-VN"/>
        </w:rPr>
        <w:tab/>
      </w:r>
    </w:p>
    <w:p w14:paraId="383AE200" w14:textId="2E9C3C42" w:rsidR="004318D0" w:rsidRPr="008C62CF" w:rsidRDefault="004318D0" w:rsidP="00CA634C">
      <w:pPr>
        <w:tabs>
          <w:tab w:val="left" w:leader="dot" w:pos="13608"/>
        </w:tabs>
        <w:spacing w:before="120" w:after="0" w:line="240" w:lineRule="auto"/>
        <w:ind w:firstLine="567"/>
        <w:rPr>
          <w:rFonts w:cs="Times New Roman"/>
          <w:sz w:val="26"/>
          <w:lang w:val="vi-VN"/>
        </w:rPr>
      </w:pPr>
      <w:r w:rsidRPr="00F54F5A">
        <w:rPr>
          <w:rFonts w:eastAsia="Times New Roman" w:cs="Times New Roman"/>
          <w:b/>
          <w:sz w:val="26"/>
          <w:lang w:val="vi-VN"/>
        </w:rPr>
        <w:t>5. Tình trạng số liệu: □ Ước tính</w:t>
      </w:r>
      <w:r w:rsidR="004B347E" w:rsidRPr="008C62CF">
        <w:rPr>
          <w:rFonts w:eastAsia="Times New Roman" w:cs="Times New Roman"/>
          <w:b/>
          <w:sz w:val="26"/>
          <w:lang w:val="vi-VN"/>
        </w:rPr>
        <w:t xml:space="preserve"> </w:t>
      </w:r>
      <w:r w:rsidRPr="00F54F5A">
        <w:rPr>
          <w:rFonts w:eastAsia="Times New Roman" w:cs="Times New Roman"/>
          <w:b/>
          <w:sz w:val="26"/>
          <w:lang w:val="vi-VN"/>
        </w:rPr>
        <w:t>□ Cập nhật/điều chỉnh</w:t>
      </w:r>
      <w:r w:rsidRPr="00F54F5A">
        <w:rPr>
          <w:rFonts w:eastAsia="Times New Roman" w:cs="Times New Roman"/>
          <w:sz w:val="26"/>
          <w:lang w:val="vi-VN"/>
        </w:rPr>
        <w:t>..........................................................................................................</w:t>
      </w:r>
    </w:p>
    <w:p w14:paraId="793A3CA5" w14:textId="77777777" w:rsidR="00884DFA" w:rsidRPr="00F54F5A" w:rsidRDefault="00436074" w:rsidP="00CA634C">
      <w:pPr>
        <w:keepNext/>
        <w:spacing w:before="120" w:after="0" w:line="240" w:lineRule="auto"/>
        <w:rPr>
          <w:rFonts w:cs="Times New Roman"/>
          <w:sz w:val="26"/>
          <w:lang w:val="vi-VN"/>
        </w:rPr>
      </w:pPr>
      <w:r w:rsidRPr="00F54F5A">
        <w:rPr>
          <w:rFonts w:eastAsia="Times New Roman" w:cs="Times New Roman"/>
          <w:b/>
          <w:sz w:val="26"/>
          <w:lang w:val="vi-VN"/>
        </w:rPr>
        <w:t>I. THIỆT HẠI PHÁT SINH TRONG KỲ VÀ LŨY TÍCH THEO NƠI ĐIỀU TRỊ, QUẢN LÝ</w:t>
      </w:r>
    </w:p>
    <w:tbl>
      <w:tblPr>
        <w:tblW w:w="142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23"/>
        <w:gridCol w:w="4297"/>
        <w:gridCol w:w="1386"/>
        <w:gridCol w:w="1387"/>
        <w:gridCol w:w="1387"/>
        <w:gridCol w:w="1387"/>
        <w:gridCol w:w="1387"/>
        <w:gridCol w:w="1387"/>
        <w:gridCol w:w="1039"/>
      </w:tblGrid>
      <w:tr w:rsidR="00884DFA" w:rsidRPr="00F54F5A" w14:paraId="66D4F24E" w14:textId="77777777" w:rsidTr="00F54F5A">
        <w:trPr>
          <w:cantSplit/>
          <w:tblHeader/>
          <w:jc w:val="center"/>
        </w:trPr>
        <w:tc>
          <w:tcPr>
            <w:tcW w:w="510" w:type="dxa"/>
            <w:vMerge w:val="restart"/>
            <w:shd w:val="clear" w:color="auto" w:fill="E7E6E6"/>
            <w:tcMar>
              <w:top w:w="50" w:type="dxa"/>
              <w:left w:w="60" w:type="dxa"/>
              <w:bottom w:w="50" w:type="dxa"/>
              <w:right w:w="60" w:type="dxa"/>
            </w:tcMar>
            <w:vAlign w:val="center"/>
          </w:tcPr>
          <w:p w14:paraId="4A35883E"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TT</w:t>
            </w:r>
          </w:p>
        </w:tc>
        <w:tc>
          <w:tcPr>
            <w:tcW w:w="3515" w:type="dxa"/>
            <w:vMerge w:val="restart"/>
            <w:shd w:val="clear" w:color="auto" w:fill="E7E6E6"/>
            <w:tcMar>
              <w:top w:w="50" w:type="dxa"/>
              <w:left w:w="60" w:type="dxa"/>
              <w:bottom w:w="50" w:type="dxa"/>
              <w:right w:w="60" w:type="dxa"/>
            </w:tcMar>
            <w:vAlign w:val="center"/>
          </w:tcPr>
          <w:p w14:paraId="02B88792" w14:textId="209943D7" w:rsidR="00884DFA" w:rsidRPr="00F54F5A" w:rsidRDefault="00AD76A4" w:rsidP="00F54F5A">
            <w:pPr>
              <w:spacing w:after="0" w:line="240" w:lineRule="auto"/>
              <w:jc w:val="center"/>
              <w:rPr>
                <w:rFonts w:cs="Times New Roman"/>
                <w:sz w:val="24"/>
              </w:rPr>
            </w:pPr>
            <w:r w:rsidRPr="00F54F5A">
              <w:rPr>
                <w:rFonts w:eastAsia="Times New Roman" w:cs="Times New Roman"/>
                <w:b/>
                <w:sz w:val="24"/>
              </w:rPr>
              <w:t>Nội dung</w:t>
            </w:r>
          </w:p>
        </w:tc>
        <w:tc>
          <w:tcPr>
            <w:tcW w:w="3402" w:type="dxa"/>
            <w:gridSpan w:val="3"/>
            <w:shd w:val="clear" w:color="auto" w:fill="E7E6E6"/>
            <w:tcMar>
              <w:top w:w="50" w:type="dxa"/>
              <w:left w:w="60" w:type="dxa"/>
              <w:bottom w:w="50" w:type="dxa"/>
              <w:right w:w="60" w:type="dxa"/>
            </w:tcMar>
            <w:vAlign w:val="center"/>
          </w:tcPr>
          <w:p w14:paraId="7C35A5BB"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Trong kỳ báo cáo</w:t>
            </w:r>
          </w:p>
        </w:tc>
        <w:tc>
          <w:tcPr>
            <w:tcW w:w="3402" w:type="dxa"/>
            <w:gridSpan w:val="3"/>
            <w:shd w:val="clear" w:color="auto" w:fill="E7E6E6"/>
            <w:tcMar>
              <w:top w:w="50" w:type="dxa"/>
              <w:left w:w="60" w:type="dxa"/>
              <w:bottom w:w="50" w:type="dxa"/>
              <w:right w:w="60" w:type="dxa"/>
            </w:tcMar>
            <w:vAlign w:val="center"/>
          </w:tcPr>
          <w:p w14:paraId="3123F1E5"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Lũy tích từ đầu đợt dịch</w:t>
            </w:r>
          </w:p>
        </w:tc>
        <w:tc>
          <w:tcPr>
            <w:tcW w:w="850" w:type="dxa"/>
            <w:vMerge w:val="restart"/>
            <w:shd w:val="clear" w:color="auto" w:fill="E7E6E6"/>
            <w:tcMar>
              <w:top w:w="50" w:type="dxa"/>
              <w:left w:w="60" w:type="dxa"/>
              <w:bottom w:w="50" w:type="dxa"/>
              <w:right w:w="60" w:type="dxa"/>
            </w:tcMar>
            <w:vAlign w:val="center"/>
          </w:tcPr>
          <w:p w14:paraId="4B03AB71"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Ghi chú</w:t>
            </w:r>
          </w:p>
        </w:tc>
      </w:tr>
      <w:tr w:rsidR="00884DFA" w:rsidRPr="00F54F5A" w14:paraId="16552735" w14:textId="77777777" w:rsidTr="00F54F5A">
        <w:trPr>
          <w:cantSplit/>
          <w:tblHeader/>
          <w:jc w:val="center"/>
        </w:trPr>
        <w:tc>
          <w:tcPr>
            <w:tcW w:w="510" w:type="dxa"/>
            <w:vMerge/>
          </w:tcPr>
          <w:p w14:paraId="12607587" w14:textId="77777777" w:rsidR="00884DFA" w:rsidRPr="00F54F5A" w:rsidRDefault="00884DFA" w:rsidP="00F54F5A">
            <w:pPr>
              <w:spacing w:after="0" w:line="240" w:lineRule="auto"/>
              <w:rPr>
                <w:rFonts w:cs="Times New Roman"/>
                <w:sz w:val="24"/>
              </w:rPr>
            </w:pPr>
          </w:p>
        </w:tc>
        <w:tc>
          <w:tcPr>
            <w:tcW w:w="3515" w:type="dxa"/>
            <w:vMerge/>
          </w:tcPr>
          <w:p w14:paraId="198971B2" w14:textId="77777777" w:rsidR="00884DFA" w:rsidRPr="00F54F5A" w:rsidRDefault="00884DFA" w:rsidP="00F54F5A">
            <w:pPr>
              <w:spacing w:after="0" w:line="240" w:lineRule="auto"/>
              <w:rPr>
                <w:rFonts w:cs="Times New Roman"/>
                <w:sz w:val="24"/>
              </w:rPr>
            </w:pPr>
          </w:p>
        </w:tc>
        <w:tc>
          <w:tcPr>
            <w:tcW w:w="1134" w:type="dxa"/>
            <w:shd w:val="clear" w:color="auto" w:fill="E7E6E6"/>
            <w:tcMar>
              <w:top w:w="50" w:type="dxa"/>
              <w:left w:w="60" w:type="dxa"/>
              <w:bottom w:w="50" w:type="dxa"/>
              <w:right w:w="60" w:type="dxa"/>
            </w:tcMar>
            <w:vAlign w:val="center"/>
          </w:tcPr>
          <w:p w14:paraId="48DB6F3D"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Tại cơ sở KBCB</w:t>
            </w:r>
          </w:p>
        </w:tc>
        <w:tc>
          <w:tcPr>
            <w:tcW w:w="1134" w:type="dxa"/>
            <w:shd w:val="clear" w:color="auto" w:fill="E7E6E6"/>
            <w:tcMar>
              <w:top w:w="50" w:type="dxa"/>
              <w:left w:w="60" w:type="dxa"/>
              <w:bottom w:w="50" w:type="dxa"/>
              <w:right w:w="60" w:type="dxa"/>
            </w:tcMar>
            <w:vAlign w:val="center"/>
          </w:tcPr>
          <w:p w14:paraId="25474C21"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Tại nhà/ cộng đồng</w:t>
            </w:r>
          </w:p>
        </w:tc>
        <w:tc>
          <w:tcPr>
            <w:tcW w:w="1134" w:type="dxa"/>
            <w:shd w:val="clear" w:color="auto" w:fill="E7E6E6"/>
            <w:tcMar>
              <w:top w:w="50" w:type="dxa"/>
              <w:left w:w="60" w:type="dxa"/>
              <w:bottom w:w="50" w:type="dxa"/>
              <w:right w:w="60" w:type="dxa"/>
            </w:tcMar>
            <w:vAlign w:val="center"/>
          </w:tcPr>
          <w:p w14:paraId="3B406714"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Tổng số</w:t>
            </w:r>
          </w:p>
        </w:tc>
        <w:tc>
          <w:tcPr>
            <w:tcW w:w="1134" w:type="dxa"/>
            <w:shd w:val="clear" w:color="auto" w:fill="E7E6E6"/>
            <w:tcMar>
              <w:top w:w="50" w:type="dxa"/>
              <w:left w:w="60" w:type="dxa"/>
              <w:bottom w:w="50" w:type="dxa"/>
              <w:right w:w="60" w:type="dxa"/>
            </w:tcMar>
            <w:vAlign w:val="center"/>
          </w:tcPr>
          <w:p w14:paraId="30BF42FB"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Tại cơ sở KBCB</w:t>
            </w:r>
          </w:p>
        </w:tc>
        <w:tc>
          <w:tcPr>
            <w:tcW w:w="1134" w:type="dxa"/>
            <w:shd w:val="clear" w:color="auto" w:fill="E7E6E6"/>
            <w:tcMar>
              <w:top w:w="50" w:type="dxa"/>
              <w:left w:w="60" w:type="dxa"/>
              <w:bottom w:w="50" w:type="dxa"/>
              <w:right w:w="60" w:type="dxa"/>
            </w:tcMar>
            <w:vAlign w:val="center"/>
          </w:tcPr>
          <w:p w14:paraId="3479736C"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Tại nhà/ cộng đồng</w:t>
            </w:r>
          </w:p>
        </w:tc>
        <w:tc>
          <w:tcPr>
            <w:tcW w:w="1134" w:type="dxa"/>
            <w:shd w:val="clear" w:color="auto" w:fill="E7E6E6"/>
            <w:tcMar>
              <w:top w:w="50" w:type="dxa"/>
              <w:left w:w="60" w:type="dxa"/>
              <w:bottom w:w="50" w:type="dxa"/>
              <w:right w:w="60" w:type="dxa"/>
            </w:tcMar>
            <w:vAlign w:val="center"/>
          </w:tcPr>
          <w:p w14:paraId="324DC0B7"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Tổng số</w:t>
            </w:r>
          </w:p>
        </w:tc>
        <w:tc>
          <w:tcPr>
            <w:tcW w:w="850" w:type="dxa"/>
            <w:vMerge/>
          </w:tcPr>
          <w:p w14:paraId="6BE6F515" w14:textId="77777777" w:rsidR="00884DFA" w:rsidRPr="00F54F5A" w:rsidRDefault="00884DFA" w:rsidP="00F54F5A">
            <w:pPr>
              <w:spacing w:after="0" w:line="240" w:lineRule="auto"/>
              <w:rPr>
                <w:rFonts w:cs="Times New Roman"/>
                <w:sz w:val="24"/>
              </w:rPr>
            </w:pPr>
          </w:p>
        </w:tc>
      </w:tr>
      <w:tr w:rsidR="00884DFA" w:rsidRPr="00F54F5A" w14:paraId="78D80B8A" w14:textId="77777777" w:rsidTr="00F54F5A">
        <w:trPr>
          <w:cantSplit/>
          <w:jc w:val="center"/>
        </w:trPr>
        <w:tc>
          <w:tcPr>
            <w:tcW w:w="510" w:type="dxa"/>
            <w:tcMar>
              <w:top w:w="50" w:type="dxa"/>
              <w:left w:w="60" w:type="dxa"/>
              <w:bottom w:w="50" w:type="dxa"/>
              <w:right w:w="60" w:type="dxa"/>
            </w:tcMar>
            <w:vAlign w:val="center"/>
          </w:tcPr>
          <w:p w14:paraId="5BCDEA67"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1</w:t>
            </w:r>
          </w:p>
        </w:tc>
        <w:tc>
          <w:tcPr>
            <w:tcW w:w="3515" w:type="dxa"/>
            <w:tcMar>
              <w:top w:w="50" w:type="dxa"/>
              <w:left w:w="60" w:type="dxa"/>
              <w:bottom w:w="50" w:type="dxa"/>
              <w:right w:w="60" w:type="dxa"/>
            </w:tcMar>
            <w:vAlign w:val="center"/>
          </w:tcPr>
          <w:p w14:paraId="05A65C92" w14:textId="40F2759A" w:rsidR="00884DFA"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436074" w:rsidRPr="00F54F5A">
              <w:rPr>
                <w:rFonts w:eastAsia="Times New Roman" w:cs="Times New Roman"/>
                <w:sz w:val="24"/>
              </w:rPr>
              <w:t xml:space="preserve"> mắc</w:t>
            </w:r>
          </w:p>
        </w:tc>
        <w:tc>
          <w:tcPr>
            <w:tcW w:w="1134" w:type="dxa"/>
            <w:tcMar>
              <w:top w:w="50" w:type="dxa"/>
              <w:left w:w="60" w:type="dxa"/>
              <w:bottom w:w="50" w:type="dxa"/>
              <w:right w:w="60" w:type="dxa"/>
            </w:tcMar>
            <w:vAlign w:val="center"/>
          </w:tcPr>
          <w:p w14:paraId="5A39F6C6" w14:textId="77777777" w:rsidR="00884DFA" w:rsidRPr="00F54F5A" w:rsidRDefault="00884DFA"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7CBCEA6F" w14:textId="77777777" w:rsidR="00884DFA" w:rsidRPr="00F54F5A" w:rsidRDefault="00884DFA"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767AA2BA" w14:textId="77777777" w:rsidR="00884DFA" w:rsidRPr="00F54F5A" w:rsidRDefault="00884DFA"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59C1A3E4" w14:textId="77777777" w:rsidR="00884DFA" w:rsidRPr="00F54F5A" w:rsidRDefault="00884DFA"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74B95870" w14:textId="77777777" w:rsidR="00884DFA" w:rsidRPr="00F54F5A" w:rsidRDefault="00884DFA"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0582AF23" w14:textId="77777777" w:rsidR="00884DFA" w:rsidRPr="00F54F5A" w:rsidRDefault="00884DFA" w:rsidP="00F54F5A">
            <w:pPr>
              <w:spacing w:after="0" w:line="240" w:lineRule="auto"/>
              <w:jc w:val="center"/>
              <w:rPr>
                <w:rFonts w:cs="Times New Roman"/>
                <w:sz w:val="24"/>
              </w:rPr>
            </w:pPr>
          </w:p>
        </w:tc>
        <w:tc>
          <w:tcPr>
            <w:tcW w:w="850" w:type="dxa"/>
            <w:tcMar>
              <w:top w:w="50" w:type="dxa"/>
              <w:left w:w="60" w:type="dxa"/>
              <w:bottom w:w="50" w:type="dxa"/>
              <w:right w:w="60" w:type="dxa"/>
            </w:tcMar>
            <w:vAlign w:val="center"/>
          </w:tcPr>
          <w:p w14:paraId="01857B4E" w14:textId="77777777" w:rsidR="00884DFA" w:rsidRPr="00F54F5A" w:rsidRDefault="00884DFA" w:rsidP="00F54F5A">
            <w:pPr>
              <w:spacing w:after="0" w:line="240" w:lineRule="auto"/>
              <w:jc w:val="center"/>
              <w:rPr>
                <w:rFonts w:cs="Times New Roman"/>
                <w:sz w:val="24"/>
              </w:rPr>
            </w:pPr>
          </w:p>
        </w:tc>
      </w:tr>
      <w:tr w:rsidR="00884DFA" w:rsidRPr="00F54F5A" w14:paraId="24F5AF00" w14:textId="77777777" w:rsidTr="00F54F5A">
        <w:trPr>
          <w:cantSplit/>
          <w:jc w:val="center"/>
        </w:trPr>
        <w:tc>
          <w:tcPr>
            <w:tcW w:w="510" w:type="dxa"/>
            <w:tcMar>
              <w:top w:w="50" w:type="dxa"/>
              <w:left w:w="60" w:type="dxa"/>
              <w:bottom w:w="50" w:type="dxa"/>
              <w:right w:w="60" w:type="dxa"/>
            </w:tcMar>
            <w:vAlign w:val="center"/>
          </w:tcPr>
          <w:p w14:paraId="133FB3C8"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1.1</w:t>
            </w:r>
          </w:p>
        </w:tc>
        <w:tc>
          <w:tcPr>
            <w:tcW w:w="3515" w:type="dxa"/>
            <w:tcMar>
              <w:top w:w="50" w:type="dxa"/>
              <w:left w:w="60" w:type="dxa"/>
              <w:bottom w:w="50" w:type="dxa"/>
              <w:right w:w="60" w:type="dxa"/>
            </w:tcMar>
            <w:vAlign w:val="center"/>
          </w:tcPr>
          <w:p w14:paraId="0DE0CE69" w14:textId="2000D778" w:rsidR="00884DFA" w:rsidRPr="00F54F5A" w:rsidRDefault="008F6410" w:rsidP="00F54F5A">
            <w:pPr>
              <w:spacing w:after="0" w:line="240" w:lineRule="auto"/>
              <w:rPr>
                <w:rFonts w:cs="Times New Roman"/>
                <w:sz w:val="24"/>
              </w:rPr>
            </w:pPr>
            <w:r w:rsidRPr="00F54F5A">
              <w:rPr>
                <w:rFonts w:eastAsia="Times New Roman" w:cs="Times New Roman"/>
                <w:sz w:val="24"/>
              </w:rPr>
              <w:t>Số trường hợp bệnh</w:t>
            </w:r>
            <w:r w:rsidR="00B6413E" w:rsidRPr="00F54F5A">
              <w:rPr>
                <w:rFonts w:eastAsia="Times New Roman" w:cs="Times New Roman"/>
                <w:sz w:val="24"/>
              </w:rPr>
              <w:t xml:space="preserve"> nghi ngờ</w:t>
            </w:r>
          </w:p>
        </w:tc>
        <w:tc>
          <w:tcPr>
            <w:tcW w:w="1134" w:type="dxa"/>
            <w:tcMar>
              <w:top w:w="50" w:type="dxa"/>
              <w:left w:w="60" w:type="dxa"/>
              <w:bottom w:w="50" w:type="dxa"/>
              <w:right w:w="60" w:type="dxa"/>
            </w:tcMar>
            <w:vAlign w:val="center"/>
          </w:tcPr>
          <w:p w14:paraId="045B41F4" w14:textId="77777777" w:rsidR="00884DFA" w:rsidRPr="00F54F5A" w:rsidRDefault="00884DFA"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3BFDDCC5" w14:textId="77777777" w:rsidR="00884DFA" w:rsidRPr="00F54F5A" w:rsidRDefault="00884DFA"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150B5513" w14:textId="77777777" w:rsidR="00884DFA" w:rsidRPr="00F54F5A" w:rsidRDefault="00884DFA"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6ECB75C4" w14:textId="77777777" w:rsidR="00884DFA" w:rsidRPr="00F54F5A" w:rsidRDefault="00884DFA"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0E71E56E" w14:textId="77777777" w:rsidR="00884DFA" w:rsidRPr="00F54F5A" w:rsidRDefault="00884DFA"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427B5EF0" w14:textId="77777777" w:rsidR="00884DFA" w:rsidRPr="00F54F5A" w:rsidRDefault="00884DFA" w:rsidP="00F54F5A">
            <w:pPr>
              <w:spacing w:after="0" w:line="240" w:lineRule="auto"/>
              <w:jc w:val="center"/>
              <w:rPr>
                <w:rFonts w:cs="Times New Roman"/>
                <w:sz w:val="24"/>
              </w:rPr>
            </w:pPr>
          </w:p>
        </w:tc>
        <w:tc>
          <w:tcPr>
            <w:tcW w:w="850" w:type="dxa"/>
            <w:tcMar>
              <w:top w:w="50" w:type="dxa"/>
              <w:left w:w="60" w:type="dxa"/>
              <w:bottom w:w="50" w:type="dxa"/>
              <w:right w:w="60" w:type="dxa"/>
            </w:tcMar>
            <w:vAlign w:val="center"/>
          </w:tcPr>
          <w:p w14:paraId="11F5FCF3" w14:textId="77777777" w:rsidR="00884DFA" w:rsidRPr="00F54F5A" w:rsidRDefault="00884DFA" w:rsidP="00F54F5A">
            <w:pPr>
              <w:spacing w:after="0" w:line="240" w:lineRule="auto"/>
              <w:jc w:val="center"/>
              <w:rPr>
                <w:rFonts w:cs="Times New Roman"/>
                <w:sz w:val="24"/>
              </w:rPr>
            </w:pPr>
          </w:p>
        </w:tc>
      </w:tr>
      <w:tr w:rsidR="00884DFA" w:rsidRPr="00F54F5A" w14:paraId="7EBD7206" w14:textId="77777777" w:rsidTr="00F54F5A">
        <w:trPr>
          <w:cantSplit/>
          <w:jc w:val="center"/>
        </w:trPr>
        <w:tc>
          <w:tcPr>
            <w:tcW w:w="510" w:type="dxa"/>
            <w:tcMar>
              <w:top w:w="50" w:type="dxa"/>
              <w:left w:w="60" w:type="dxa"/>
              <w:bottom w:w="50" w:type="dxa"/>
              <w:right w:w="60" w:type="dxa"/>
            </w:tcMar>
            <w:vAlign w:val="center"/>
          </w:tcPr>
          <w:p w14:paraId="004759BD"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1.2</w:t>
            </w:r>
          </w:p>
        </w:tc>
        <w:tc>
          <w:tcPr>
            <w:tcW w:w="3515" w:type="dxa"/>
            <w:tcMar>
              <w:top w:w="50" w:type="dxa"/>
              <w:left w:w="60" w:type="dxa"/>
              <w:bottom w:w="50" w:type="dxa"/>
              <w:right w:w="60" w:type="dxa"/>
            </w:tcMar>
            <w:vAlign w:val="center"/>
          </w:tcPr>
          <w:p w14:paraId="4C4A46C1" w14:textId="2DC64CDD" w:rsidR="00884DFA" w:rsidRPr="00F54F5A" w:rsidRDefault="008F6410" w:rsidP="00F54F5A">
            <w:pPr>
              <w:spacing w:after="0" w:line="240" w:lineRule="auto"/>
              <w:rPr>
                <w:rFonts w:cs="Times New Roman"/>
                <w:sz w:val="24"/>
              </w:rPr>
            </w:pPr>
            <w:r w:rsidRPr="00F54F5A">
              <w:rPr>
                <w:rFonts w:eastAsia="Times New Roman" w:cs="Times New Roman"/>
                <w:sz w:val="24"/>
              </w:rPr>
              <w:t>Số trường hợp bệnh</w:t>
            </w:r>
            <w:r w:rsidR="00B6413E" w:rsidRPr="00F54F5A">
              <w:rPr>
                <w:rFonts w:eastAsia="Times New Roman" w:cs="Times New Roman"/>
                <w:sz w:val="24"/>
              </w:rPr>
              <w:t xml:space="preserve"> xác định</w:t>
            </w:r>
          </w:p>
        </w:tc>
        <w:tc>
          <w:tcPr>
            <w:tcW w:w="1134" w:type="dxa"/>
            <w:tcMar>
              <w:top w:w="50" w:type="dxa"/>
              <w:left w:w="60" w:type="dxa"/>
              <w:bottom w:w="50" w:type="dxa"/>
              <w:right w:w="60" w:type="dxa"/>
            </w:tcMar>
            <w:vAlign w:val="center"/>
          </w:tcPr>
          <w:p w14:paraId="58894290" w14:textId="77777777" w:rsidR="00884DFA" w:rsidRPr="00F54F5A" w:rsidRDefault="00884DFA"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24CB7E7B" w14:textId="77777777" w:rsidR="00884DFA" w:rsidRPr="00F54F5A" w:rsidRDefault="00884DFA"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2DC00B4D" w14:textId="77777777" w:rsidR="00884DFA" w:rsidRPr="00F54F5A" w:rsidRDefault="00884DFA"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3B7E61EA" w14:textId="77777777" w:rsidR="00884DFA" w:rsidRPr="00F54F5A" w:rsidRDefault="00884DFA"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7A7F18C8" w14:textId="77777777" w:rsidR="00884DFA" w:rsidRPr="00F54F5A" w:rsidRDefault="00884DFA"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78E6BB7F" w14:textId="77777777" w:rsidR="00884DFA" w:rsidRPr="00F54F5A" w:rsidRDefault="00884DFA" w:rsidP="00F54F5A">
            <w:pPr>
              <w:spacing w:after="0" w:line="240" w:lineRule="auto"/>
              <w:jc w:val="center"/>
              <w:rPr>
                <w:rFonts w:cs="Times New Roman"/>
                <w:sz w:val="24"/>
              </w:rPr>
            </w:pPr>
          </w:p>
        </w:tc>
        <w:tc>
          <w:tcPr>
            <w:tcW w:w="850" w:type="dxa"/>
            <w:tcMar>
              <w:top w:w="50" w:type="dxa"/>
              <w:left w:w="60" w:type="dxa"/>
              <w:bottom w:w="50" w:type="dxa"/>
              <w:right w:w="60" w:type="dxa"/>
            </w:tcMar>
            <w:vAlign w:val="center"/>
          </w:tcPr>
          <w:p w14:paraId="46B3E74E" w14:textId="77777777" w:rsidR="00884DFA" w:rsidRPr="00F54F5A" w:rsidRDefault="00884DFA" w:rsidP="00F54F5A">
            <w:pPr>
              <w:spacing w:after="0" w:line="240" w:lineRule="auto"/>
              <w:jc w:val="center"/>
              <w:rPr>
                <w:rFonts w:cs="Times New Roman"/>
                <w:sz w:val="24"/>
              </w:rPr>
            </w:pPr>
          </w:p>
        </w:tc>
      </w:tr>
      <w:tr w:rsidR="00151392" w:rsidRPr="00F54F5A" w14:paraId="3C6D3A40" w14:textId="77777777" w:rsidTr="00F54F5A">
        <w:trPr>
          <w:cantSplit/>
          <w:jc w:val="center"/>
        </w:trPr>
        <w:tc>
          <w:tcPr>
            <w:tcW w:w="510" w:type="dxa"/>
            <w:tcMar>
              <w:top w:w="50" w:type="dxa"/>
              <w:left w:w="60" w:type="dxa"/>
              <w:bottom w:w="50" w:type="dxa"/>
              <w:right w:w="60" w:type="dxa"/>
            </w:tcMar>
            <w:vAlign w:val="center"/>
          </w:tcPr>
          <w:p w14:paraId="44CC5674" w14:textId="5AC216DC" w:rsidR="00151392" w:rsidRPr="00F54F5A" w:rsidRDefault="00151392" w:rsidP="00F54F5A">
            <w:pPr>
              <w:spacing w:after="0" w:line="240" w:lineRule="auto"/>
              <w:jc w:val="center"/>
              <w:rPr>
                <w:rFonts w:cs="Times New Roman"/>
                <w:sz w:val="24"/>
              </w:rPr>
            </w:pPr>
            <w:r w:rsidRPr="00F54F5A">
              <w:rPr>
                <w:rFonts w:eastAsia="Times New Roman" w:cs="Times New Roman"/>
                <w:sz w:val="24"/>
              </w:rPr>
              <w:t>2</w:t>
            </w:r>
          </w:p>
        </w:tc>
        <w:tc>
          <w:tcPr>
            <w:tcW w:w="3515" w:type="dxa"/>
            <w:tcMar>
              <w:top w:w="50" w:type="dxa"/>
              <w:left w:w="60" w:type="dxa"/>
              <w:bottom w:w="50" w:type="dxa"/>
              <w:right w:w="60" w:type="dxa"/>
            </w:tcMar>
            <w:vAlign w:val="center"/>
          </w:tcPr>
          <w:p w14:paraId="6E1D66CC" w14:textId="139E23CB" w:rsidR="00151392"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151392" w:rsidRPr="00F54F5A">
              <w:rPr>
                <w:rFonts w:eastAsia="Times New Roman" w:cs="Times New Roman"/>
                <w:sz w:val="24"/>
              </w:rPr>
              <w:t xml:space="preserve"> nhập viện</w:t>
            </w:r>
          </w:p>
        </w:tc>
        <w:tc>
          <w:tcPr>
            <w:tcW w:w="1134" w:type="dxa"/>
            <w:tcMar>
              <w:top w:w="50" w:type="dxa"/>
              <w:left w:w="60" w:type="dxa"/>
              <w:bottom w:w="50" w:type="dxa"/>
              <w:right w:w="60" w:type="dxa"/>
            </w:tcMar>
            <w:vAlign w:val="center"/>
          </w:tcPr>
          <w:p w14:paraId="78FD84F6"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30E2BE17"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05A3416A"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631136CE"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267058A0"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3F04B928" w14:textId="77777777" w:rsidR="00151392" w:rsidRPr="00F54F5A" w:rsidRDefault="00151392" w:rsidP="00F54F5A">
            <w:pPr>
              <w:spacing w:after="0" w:line="240" w:lineRule="auto"/>
              <w:jc w:val="center"/>
              <w:rPr>
                <w:rFonts w:cs="Times New Roman"/>
                <w:sz w:val="24"/>
              </w:rPr>
            </w:pPr>
          </w:p>
        </w:tc>
        <w:tc>
          <w:tcPr>
            <w:tcW w:w="850" w:type="dxa"/>
            <w:tcMar>
              <w:top w:w="50" w:type="dxa"/>
              <w:left w:w="60" w:type="dxa"/>
              <w:bottom w:w="50" w:type="dxa"/>
              <w:right w:w="60" w:type="dxa"/>
            </w:tcMar>
            <w:vAlign w:val="center"/>
          </w:tcPr>
          <w:p w14:paraId="334014DD" w14:textId="77777777" w:rsidR="00151392" w:rsidRPr="00F54F5A" w:rsidRDefault="00151392" w:rsidP="00F54F5A">
            <w:pPr>
              <w:spacing w:after="0" w:line="240" w:lineRule="auto"/>
              <w:jc w:val="center"/>
              <w:rPr>
                <w:rFonts w:cs="Times New Roman"/>
                <w:sz w:val="24"/>
              </w:rPr>
            </w:pPr>
          </w:p>
        </w:tc>
      </w:tr>
      <w:tr w:rsidR="00151392" w:rsidRPr="00F54F5A" w14:paraId="147FA2E3" w14:textId="77777777" w:rsidTr="00F54F5A">
        <w:trPr>
          <w:cantSplit/>
          <w:jc w:val="center"/>
        </w:trPr>
        <w:tc>
          <w:tcPr>
            <w:tcW w:w="510" w:type="dxa"/>
            <w:tcMar>
              <w:top w:w="50" w:type="dxa"/>
              <w:left w:w="60" w:type="dxa"/>
              <w:bottom w:w="50" w:type="dxa"/>
              <w:right w:w="60" w:type="dxa"/>
            </w:tcMar>
            <w:vAlign w:val="center"/>
          </w:tcPr>
          <w:p w14:paraId="45608C88" w14:textId="49A29BFE" w:rsidR="00151392" w:rsidRPr="00F54F5A" w:rsidRDefault="00151392" w:rsidP="00F54F5A">
            <w:pPr>
              <w:spacing w:after="0" w:line="240" w:lineRule="auto"/>
              <w:jc w:val="center"/>
              <w:rPr>
                <w:rFonts w:cs="Times New Roman"/>
                <w:sz w:val="24"/>
              </w:rPr>
            </w:pPr>
            <w:r w:rsidRPr="00F54F5A">
              <w:rPr>
                <w:rFonts w:eastAsia="Times New Roman" w:cs="Times New Roman"/>
                <w:sz w:val="24"/>
                <w:lang w:val="vi-VN"/>
              </w:rPr>
              <w:t>3</w:t>
            </w:r>
          </w:p>
        </w:tc>
        <w:tc>
          <w:tcPr>
            <w:tcW w:w="3515" w:type="dxa"/>
            <w:tcMar>
              <w:top w:w="50" w:type="dxa"/>
              <w:left w:w="60" w:type="dxa"/>
              <w:bottom w:w="50" w:type="dxa"/>
              <w:right w:w="60" w:type="dxa"/>
            </w:tcMar>
            <w:vAlign w:val="center"/>
          </w:tcPr>
          <w:p w14:paraId="23FC0ABC" w14:textId="10A2B9F7" w:rsidR="00151392" w:rsidRPr="00F54F5A" w:rsidRDefault="00151392" w:rsidP="00F54F5A">
            <w:pPr>
              <w:spacing w:after="0" w:line="240" w:lineRule="auto"/>
              <w:rPr>
                <w:rFonts w:cs="Times New Roman"/>
                <w:sz w:val="24"/>
              </w:rPr>
            </w:pPr>
            <w:r w:rsidRPr="00F54F5A">
              <w:rPr>
                <w:rFonts w:eastAsia="Times New Roman" w:cs="Times New Roman"/>
                <w:sz w:val="24"/>
              </w:rPr>
              <w:t>Số</w:t>
            </w:r>
            <w:r w:rsidRPr="00F54F5A">
              <w:rPr>
                <w:rFonts w:eastAsia="Times New Roman" w:cs="Times New Roman"/>
                <w:sz w:val="24"/>
                <w:lang w:val="vi-VN"/>
              </w:rPr>
              <w:t xml:space="preserve"> đang điều trị</w:t>
            </w:r>
          </w:p>
        </w:tc>
        <w:tc>
          <w:tcPr>
            <w:tcW w:w="1134" w:type="dxa"/>
            <w:tcMar>
              <w:top w:w="50" w:type="dxa"/>
              <w:left w:w="60" w:type="dxa"/>
              <w:bottom w:w="50" w:type="dxa"/>
              <w:right w:w="60" w:type="dxa"/>
            </w:tcMar>
            <w:vAlign w:val="center"/>
          </w:tcPr>
          <w:p w14:paraId="17349329"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56FE3C99"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726795F7"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0AF12383"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5FEC18F4"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7F86239A" w14:textId="77777777" w:rsidR="00151392" w:rsidRPr="00F54F5A" w:rsidRDefault="00151392" w:rsidP="00F54F5A">
            <w:pPr>
              <w:spacing w:after="0" w:line="240" w:lineRule="auto"/>
              <w:jc w:val="center"/>
              <w:rPr>
                <w:rFonts w:cs="Times New Roman"/>
                <w:sz w:val="24"/>
              </w:rPr>
            </w:pPr>
          </w:p>
        </w:tc>
        <w:tc>
          <w:tcPr>
            <w:tcW w:w="850" w:type="dxa"/>
            <w:tcMar>
              <w:top w:w="50" w:type="dxa"/>
              <w:left w:w="60" w:type="dxa"/>
              <w:bottom w:w="50" w:type="dxa"/>
              <w:right w:w="60" w:type="dxa"/>
            </w:tcMar>
            <w:vAlign w:val="center"/>
          </w:tcPr>
          <w:p w14:paraId="5810B86A" w14:textId="77777777" w:rsidR="00151392" w:rsidRPr="00F54F5A" w:rsidRDefault="00151392" w:rsidP="00F54F5A">
            <w:pPr>
              <w:spacing w:after="0" w:line="240" w:lineRule="auto"/>
              <w:jc w:val="center"/>
              <w:rPr>
                <w:rFonts w:cs="Times New Roman"/>
                <w:sz w:val="24"/>
              </w:rPr>
            </w:pPr>
          </w:p>
        </w:tc>
      </w:tr>
      <w:tr w:rsidR="00151392" w:rsidRPr="00F54F5A" w14:paraId="1298BE75" w14:textId="77777777" w:rsidTr="00F54F5A">
        <w:trPr>
          <w:cantSplit/>
          <w:jc w:val="center"/>
        </w:trPr>
        <w:tc>
          <w:tcPr>
            <w:tcW w:w="510" w:type="dxa"/>
            <w:tcMar>
              <w:top w:w="50" w:type="dxa"/>
              <w:left w:w="60" w:type="dxa"/>
              <w:bottom w:w="50" w:type="dxa"/>
              <w:right w:w="60" w:type="dxa"/>
            </w:tcMar>
            <w:vAlign w:val="center"/>
          </w:tcPr>
          <w:p w14:paraId="7F9892E9" w14:textId="16F6FB4F" w:rsidR="00151392" w:rsidRPr="00F54F5A" w:rsidRDefault="00151392" w:rsidP="00F54F5A">
            <w:pPr>
              <w:spacing w:after="0" w:line="240" w:lineRule="auto"/>
              <w:jc w:val="center"/>
              <w:rPr>
                <w:rFonts w:cs="Times New Roman"/>
                <w:sz w:val="24"/>
              </w:rPr>
            </w:pPr>
            <w:r w:rsidRPr="00F54F5A">
              <w:rPr>
                <w:rFonts w:eastAsia="Times New Roman" w:cs="Times New Roman"/>
                <w:sz w:val="24"/>
                <w:lang w:val="vi-VN"/>
              </w:rPr>
              <w:t>4</w:t>
            </w:r>
          </w:p>
        </w:tc>
        <w:tc>
          <w:tcPr>
            <w:tcW w:w="3515" w:type="dxa"/>
            <w:tcMar>
              <w:top w:w="50" w:type="dxa"/>
              <w:left w:w="60" w:type="dxa"/>
              <w:bottom w:w="50" w:type="dxa"/>
              <w:right w:w="60" w:type="dxa"/>
            </w:tcMar>
            <w:vAlign w:val="center"/>
          </w:tcPr>
          <w:p w14:paraId="1B48FA8B" w14:textId="0AFD8442" w:rsidR="00151392"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151392" w:rsidRPr="00F54F5A">
              <w:rPr>
                <w:rFonts w:eastAsia="Times New Roman" w:cs="Times New Roman"/>
                <w:sz w:val="24"/>
                <w:lang w:val="vi-VN"/>
              </w:rPr>
              <w:t xml:space="preserve"> nặng</w:t>
            </w:r>
            <w:r w:rsidR="00DE3440" w:rsidRPr="00F54F5A">
              <w:rPr>
                <w:rFonts w:eastAsia="Times New Roman" w:cs="Times New Roman"/>
                <w:sz w:val="24"/>
              </w:rPr>
              <w:t>/nguy kịch</w:t>
            </w:r>
            <w:r w:rsidR="00DE3440" w:rsidRPr="00F54F5A">
              <w:rPr>
                <w:rFonts w:eastAsia="Times New Roman" w:cs="Times New Roman"/>
                <w:sz w:val="24"/>
                <w:vertAlign w:val="superscript"/>
              </w:rPr>
              <w:t>*</w:t>
            </w:r>
          </w:p>
        </w:tc>
        <w:tc>
          <w:tcPr>
            <w:tcW w:w="1134" w:type="dxa"/>
            <w:tcMar>
              <w:top w:w="50" w:type="dxa"/>
              <w:left w:w="60" w:type="dxa"/>
              <w:bottom w:w="50" w:type="dxa"/>
              <w:right w:w="60" w:type="dxa"/>
            </w:tcMar>
            <w:vAlign w:val="center"/>
          </w:tcPr>
          <w:p w14:paraId="59C070C0"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46B24FD0"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41ACC524"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1C13C31B"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3D30B228"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102F9016" w14:textId="77777777" w:rsidR="00151392" w:rsidRPr="00F54F5A" w:rsidRDefault="00151392" w:rsidP="00F54F5A">
            <w:pPr>
              <w:spacing w:after="0" w:line="240" w:lineRule="auto"/>
              <w:jc w:val="center"/>
              <w:rPr>
                <w:rFonts w:cs="Times New Roman"/>
                <w:sz w:val="24"/>
              </w:rPr>
            </w:pPr>
          </w:p>
        </w:tc>
        <w:tc>
          <w:tcPr>
            <w:tcW w:w="850" w:type="dxa"/>
            <w:tcMar>
              <w:top w:w="50" w:type="dxa"/>
              <w:left w:w="60" w:type="dxa"/>
              <w:bottom w:w="50" w:type="dxa"/>
              <w:right w:w="60" w:type="dxa"/>
            </w:tcMar>
            <w:vAlign w:val="center"/>
          </w:tcPr>
          <w:p w14:paraId="0BB75085" w14:textId="77777777" w:rsidR="00151392" w:rsidRPr="00F54F5A" w:rsidRDefault="00151392" w:rsidP="00F54F5A">
            <w:pPr>
              <w:spacing w:after="0" w:line="240" w:lineRule="auto"/>
              <w:jc w:val="center"/>
              <w:rPr>
                <w:rFonts w:cs="Times New Roman"/>
                <w:sz w:val="24"/>
              </w:rPr>
            </w:pPr>
          </w:p>
        </w:tc>
      </w:tr>
      <w:tr w:rsidR="00151392" w:rsidRPr="00F54F5A" w14:paraId="6ABEF3F8" w14:textId="77777777" w:rsidTr="00F54F5A">
        <w:trPr>
          <w:cantSplit/>
          <w:jc w:val="center"/>
        </w:trPr>
        <w:tc>
          <w:tcPr>
            <w:tcW w:w="510" w:type="dxa"/>
            <w:tcMar>
              <w:top w:w="50" w:type="dxa"/>
              <w:left w:w="60" w:type="dxa"/>
              <w:bottom w:w="50" w:type="dxa"/>
              <w:right w:w="60" w:type="dxa"/>
            </w:tcMar>
            <w:vAlign w:val="center"/>
          </w:tcPr>
          <w:p w14:paraId="08CF5491" w14:textId="6656DF73" w:rsidR="00151392" w:rsidRPr="00F54F5A" w:rsidRDefault="00151392" w:rsidP="00F54F5A">
            <w:pPr>
              <w:spacing w:after="0" w:line="240" w:lineRule="auto"/>
              <w:jc w:val="center"/>
              <w:rPr>
                <w:rFonts w:cs="Times New Roman"/>
                <w:sz w:val="24"/>
              </w:rPr>
            </w:pPr>
            <w:r w:rsidRPr="00F54F5A">
              <w:rPr>
                <w:rFonts w:eastAsia="Times New Roman" w:cs="Times New Roman"/>
                <w:sz w:val="24"/>
                <w:lang w:val="vi-VN"/>
              </w:rPr>
              <w:t>5</w:t>
            </w:r>
          </w:p>
        </w:tc>
        <w:tc>
          <w:tcPr>
            <w:tcW w:w="3515" w:type="dxa"/>
            <w:tcMar>
              <w:top w:w="50" w:type="dxa"/>
              <w:left w:w="60" w:type="dxa"/>
              <w:bottom w:w="50" w:type="dxa"/>
              <w:right w:w="60" w:type="dxa"/>
            </w:tcMar>
            <w:vAlign w:val="center"/>
          </w:tcPr>
          <w:p w14:paraId="14EBEBC9" w14:textId="1770EDF5" w:rsidR="00151392"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151392" w:rsidRPr="00F54F5A">
              <w:rPr>
                <w:rFonts w:eastAsia="Times New Roman" w:cs="Times New Roman"/>
                <w:sz w:val="24"/>
                <w:lang w:val="vi-VN"/>
              </w:rPr>
              <w:t xml:space="preserve"> biến chứng</w:t>
            </w:r>
            <w:r w:rsidR="00DE3440" w:rsidRPr="00F54F5A">
              <w:rPr>
                <w:rFonts w:eastAsia="Times New Roman" w:cs="Times New Roman"/>
                <w:sz w:val="24"/>
                <w:vertAlign w:val="superscript"/>
              </w:rPr>
              <w:t>**</w:t>
            </w:r>
          </w:p>
        </w:tc>
        <w:tc>
          <w:tcPr>
            <w:tcW w:w="1134" w:type="dxa"/>
            <w:tcMar>
              <w:top w:w="50" w:type="dxa"/>
              <w:left w:w="60" w:type="dxa"/>
              <w:bottom w:w="50" w:type="dxa"/>
              <w:right w:w="60" w:type="dxa"/>
            </w:tcMar>
            <w:vAlign w:val="center"/>
          </w:tcPr>
          <w:p w14:paraId="39C13ED5"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45944FCA"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65C5CD20"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705B2F2C"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752D900F"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6FFC90FF" w14:textId="77777777" w:rsidR="00151392" w:rsidRPr="00F54F5A" w:rsidRDefault="00151392" w:rsidP="00F54F5A">
            <w:pPr>
              <w:spacing w:after="0" w:line="240" w:lineRule="auto"/>
              <w:jc w:val="center"/>
              <w:rPr>
                <w:rFonts w:cs="Times New Roman"/>
                <w:sz w:val="24"/>
              </w:rPr>
            </w:pPr>
          </w:p>
        </w:tc>
        <w:tc>
          <w:tcPr>
            <w:tcW w:w="850" w:type="dxa"/>
            <w:tcMar>
              <w:top w:w="50" w:type="dxa"/>
              <w:left w:w="60" w:type="dxa"/>
              <w:bottom w:w="50" w:type="dxa"/>
              <w:right w:w="60" w:type="dxa"/>
            </w:tcMar>
            <w:vAlign w:val="center"/>
          </w:tcPr>
          <w:p w14:paraId="47538916" w14:textId="77777777" w:rsidR="00151392" w:rsidRPr="00F54F5A" w:rsidRDefault="00151392" w:rsidP="00F54F5A">
            <w:pPr>
              <w:spacing w:after="0" w:line="240" w:lineRule="auto"/>
              <w:jc w:val="center"/>
              <w:rPr>
                <w:rFonts w:cs="Times New Roman"/>
                <w:sz w:val="24"/>
              </w:rPr>
            </w:pPr>
          </w:p>
        </w:tc>
      </w:tr>
      <w:tr w:rsidR="00151392" w:rsidRPr="00F54F5A" w14:paraId="3DCA35F3" w14:textId="77777777" w:rsidTr="00F54F5A">
        <w:trPr>
          <w:cantSplit/>
          <w:jc w:val="center"/>
        </w:trPr>
        <w:tc>
          <w:tcPr>
            <w:tcW w:w="510" w:type="dxa"/>
            <w:tcMar>
              <w:top w:w="50" w:type="dxa"/>
              <w:left w:w="60" w:type="dxa"/>
              <w:bottom w:w="50" w:type="dxa"/>
              <w:right w:w="60" w:type="dxa"/>
            </w:tcMar>
            <w:vAlign w:val="center"/>
          </w:tcPr>
          <w:p w14:paraId="3AA26F46" w14:textId="1A967FDE" w:rsidR="00151392" w:rsidRPr="00F54F5A" w:rsidRDefault="00151392" w:rsidP="00F54F5A">
            <w:pPr>
              <w:spacing w:after="0" w:line="240" w:lineRule="auto"/>
              <w:jc w:val="center"/>
              <w:rPr>
                <w:rFonts w:cs="Times New Roman"/>
                <w:sz w:val="24"/>
              </w:rPr>
            </w:pPr>
            <w:r w:rsidRPr="00F54F5A">
              <w:rPr>
                <w:rFonts w:eastAsia="Times New Roman" w:cs="Times New Roman"/>
                <w:sz w:val="24"/>
                <w:lang w:val="vi-VN"/>
              </w:rPr>
              <w:t>6</w:t>
            </w:r>
          </w:p>
        </w:tc>
        <w:tc>
          <w:tcPr>
            <w:tcW w:w="3515" w:type="dxa"/>
            <w:tcMar>
              <w:top w:w="50" w:type="dxa"/>
              <w:left w:w="60" w:type="dxa"/>
              <w:bottom w:w="50" w:type="dxa"/>
              <w:right w:w="60" w:type="dxa"/>
            </w:tcMar>
            <w:vAlign w:val="center"/>
          </w:tcPr>
          <w:p w14:paraId="0493A5C7" w14:textId="5F304F32" w:rsidR="00151392"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151392" w:rsidRPr="00F54F5A">
              <w:rPr>
                <w:rFonts w:eastAsia="Times New Roman" w:cs="Times New Roman"/>
                <w:sz w:val="24"/>
              </w:rPr>
              <w:t xml:space="preserve"> ra viện</w:t>
            </w:r>
          </w:p>
        </w:tc>
        <w:tc>
          <w:tcPr>
            <w:tcW w:w="1134" w:type="dxa"/>
            <w:tcMar>
              <w:top w:w="50" w:type="dxa"/>
              <w:left w:w="60" w:type="dxa"/>
              <w:bottom w:w="50" w:type="dxa"/>
              <w:right w:w="60" w:type="dxa"/>
            </w:tcMar>
            <w:vAlign w:val="center"/>
          </w:tcPr>
          <w:p w14:paraId="2F4B7280"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7C745C9B"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1711AAC9"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1BD199E5"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5309947F"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3192AFB8" w14:textId="77777777" w:rsidR="00151392" w:rsidRPr="00F54F5A" w:rsidRDefault="00151392" w:rsidP="00F54F5A">
            <w:pPr>
              <w:spacing w:after="0" w:line="240" w:lineRule="auto"/>
              <w:jc w:val="center"/>
              <w:rPr>
                <w:rFonts w:cs="Times New Roman"/>
                <w:sz w:val="24"/>
              </w:rPr>
            </w:pPr>
          </w:p>
        </w:tc>
        <w:tc>
          <w:tcPr>
            <w:tcW w:w="850" w:type="dxa"/>
            <w:tcMar>
              <w:top w:w="50" w:type="dxa"/>
              <w:left w:w="60" w:type="dxa"/>
              <w:bottom w:w="50" w:type="dxa"/>
              <w:right w:w="60" w:type="dxa"/>
            </w:tcMar>
            <w:vAlign w:val="center"/>
          </w:tcPr>
          <w:p w14:paraId="636BE8AE" w14:textId="77777777" w:rsidR="00151392" w:rsidRPr="00F54F5A" w:rsidRDefault="00151392" w:rsidP="00F54F5A">
            <w:pPr>
              <w:spacing w:after="0" w:line="240" w:lineRule="auto"/>
              <w:jc w:val="center"/>
              <w:rPr>
                <w:rFonts w:cs="Times New Roman"/>
                <w:sz w:val="24"/>
              </w:rPr>
            </w:pPr>
          </w:p>
        </w:tc>
      </w:tr>
      <w:tr w:rsidR="00151392" w:rsidRPr="00F54F5A" w14:paraId="38F69644" w14:textId="77777777" w:rsidTr="00F54F5A">
        <w:trPr>
          <w:cantSplit/>
          <w:jc w:val="center"/>
        </w:trPr>
        <w:tc>
          <w:tcPr>
            <w:tcW w:w="510" w:type="dxa"/>
            <w:tcMar>
              <w:top w:w="50" w:type="dxa"/>
              <w:left w:w="60" w:type="dxa"/>
              <w:bottom w:w="50" w:type="dxa"/>
              <w:right w:w="60" w:type="dxa"/>
            </w:tcMar>
            <w:vAlign w:val="center"/>
          </w:tcPr>
          <w:p w14:paraId="118483D9" w14:textId="582270AE" w:rsidR="00151392" w:rsidRPr="00F54F5A" w:rsidRDefault="00151392" w:rsidP="00F54F5A">
            <w:pPr>
              <w:spacing w:after="0" w:line="240" w:lineRule="auto"/>
              <w:jc w:val="center"/>
              <w:rPr>
                <w:rFonts w:cs="Times New Roman"/>
                <w:sz w:val="24"/>
              </w:rPr>
            </w:pPr>
            <w:r w:rsidRPr="00F54F5A">
              <w:rPr>
                <w:rFonts w:eastAsia="Times New Roman" w:cs="Times New Roman"/>
                <w:sz w:val="24"/>
                <w:lang w:val="vi-VN"/>
              </w:rPr>
              <w:t>7</w:t>
            </w:r>
          </w:p>
        </w:tc>
        <w:tc>
          <w:tcPr>
            <w:tcW w:w="3515" w:type="dxa"/>
            <w:tcMar>
              <w:top w:w="50" w:type="dxa"/>
              <w:left w:w="60" w:type="dxa"/>
              <w:bottom w:w="50" w:type="dxa"/>
              <w:right w:w="60" w:type="dxa"/>
            </w:tcMar>
            <w:vAlign w:val="center"/>
          </w:tcPr>
          <w:p w14:paraId="23C2C3C5" w14:textId="1B5B9AA6" w:rsidR="00151392"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151392" w:rsidRPr="00F54F5A">
              <w:rPr>
                <w:rFonts w:eastAsia="Times New Roman" w:cs="Times New Roman"/>
                <w:sz w:val="24"/>
              </w:rPr>
              <w:t xml:space="preserve"> chuyển tuyến</w:t>
            </w:r>
          </w:p>
        </w:tc>
        <w:tc>
          <w:tcPr>
            <w:tcW w:w="1134" w:type="dxa"/>
            <w:tcMar>
              <w:top w:w="50" w:type="dxa"/>
              <w:left w:w="60" w:type="dxa"/>
              <w:bottom w:w="50" w:type="dxa"/>
              <w:right w:w="60" w:type="dxa"/>
            </w:tcMar>
            <w:vAlign w:val="center"/>
          </w:tcPr>
          <w:p w14:paraId="01DD2F4B"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1D6BF1BE"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5125C0EB"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3066DF5F"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75941DD8"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4E49DB9B" w14:textId="77777777" w:rsidR="00151392" w:rsidRPr="00F54F5A" w:rsidRDefault="00151392" w:rsidP="00F54F5A">
            <w:pPr>
              <w:spacing w:after="0" w:line="240" w:lineRule="auto"/>
              <w:jc w:val="center"/>
              <w:rPr>
                <w:rFonts w:cs="Times New Roman"/>
                <w:sz w:val="24"/>
              </w:rPr>
            </w:pPr>
          </w:p>
        </w:tc>
        <w:tc>
          <w:tcPr>
            <w:tcW w:w="850" w:type="dxa"/>
            <w:tcMar>
              <w:top w:w="50" w:type="dxa"/>
              <w:left w:w="60" w:type="dxa"/>
              <w:bottom w:w="50" w:type="dxa"/>
              <w:right w:w="60" w:type="dxa"/>
            </w:tcMar>
            <w:vAlign w:val="center"/>
          </w:tcPr>
          <w:p w14:paraId="027AB822" w14:textId="77777777" w:rsidR="00151392" w:rsidRPr="00F54F5A" w:rsidRDefault="00151392" w:rsidP="00F54F5A">
            <w:pPr>
              <w:spacing w:after="0" w:line="240" w:lineRule="auto"/>
              <w:jc w:val="center"/>
              <w:rPr>
                <w:rFonts w:cs="Times New Roman"/>
                <w:sz w:val="24"/>
              </w:rPr>
            </w:pPr>
          </w:p>
        </w:tc>
      </w:tr>
      <w:tr w:rsidR="00151392" w:rsidRPr="00F54F5A" w14:paraId="2BF40730" w14:textId="77777777" w:rsidTr="00F54F5A">
        <w:trPr>
          <w:cantSplit/>
          <w:jc w:val="center"/>
        </w:trPr>
        <w:tc>
          <w:tcPr>
            <w:tcW w:w="510" w:type="dxa"/>
            <w:tcMar>
              <w:top w:w="50" w:type="dxa"/>
              <w:left w:w="60" w:type="dxa"/>
              <w:bottom w:w="50" w:type="dxa"/>
              <w:right w:w="60" w:type="dxa"/>
            </w:tcMar>
            <w:vAlign w:val="center"/>
          </w:tcPr>
          <w:p w14:paraId="23F87A57" w14:textId="5E0A695F" w:rsidR="00151392" w:rsidRPr="00F54F5A" w:rsidRDefault="00151392" w:rsidP="00F54F5A">
            <w:pPr>
              <w:spacing w:after="0" w:line="240" w:lineRule="auto"/>
              <w:jc w:val="center"/>
              <w:rPr>
                <w:rFonts w:eastAsia="Times New Roman" w:cs="Times New Roman"/>
                <w:sz w:val="24"/>
              </w:rPr>
            </w:pPr>
            <w:r w:rsidRPr="00F54F5A">
              <w:rPr>
                <w:rFonts w:eastAsia="Times New Roman" w:cs="Times New Roman"/>
                <w:sz w:val="24"/>
                <w:lang w:val="vi-VN"/>
              </w:rPr>
              <w:t>8</w:t>
            </w:r>
          </w:p>
        </w:tc>
        <w:tc>
          <w:tcPr>
            <w:tcW w:w="3515" w:type="dxa"/>
            <w:tcMar>
              <w:top w:w="50" w:type="dxa"/>
              <w:left w:w="60" w:type="dxa"/>
              <w:bottom w:w="50" w:type="dxa"/>
              <w:right w:w="60" w:type="dxa"/>
            </w:tcMar>
            <w:vAlign w:val="center"/>
          </w:tcPr>
          <w:p w14:paraId="0E7A1D8C" w14:textId="0E550EEB" w:rsidR="00151392" w:rsidRPr="00F54F5A" w:rsidRDefault="003A21C1" w:rsidP="00F54F5A">
            <w:pPr>
              <w:spacing w:after="0" w:line="240" w:lineRule="auto"/>
              <w:rPr>
                <w:rFonts w:eastAsia="Times New Roman" w:cs="Times New Roman"/>
                <w:sz w:val="24"/>
              </w:rPr>
            </w:pPr>
            <w:r w:rsidRPr="00F54F5A">
              <w:rPr>
                <w:rFonts w:eastAsia="Times New Roman" w:cs="Times New Roman"/>
                <w:sz w:val="24"/>
              </w:rPr>
              <w:t>Số trường hợp bệnh</w:t>
            </w:r>
            <w:r w:rsidR="00151392" w:rsidRPr="00F54F5A">
              <w:rPr>
                <w:rFonts w:eastAsia="Times New Roman" w:cs="Times New Roman"/>
                <w:sz w:val="24"/>
              </w:rPr>
              <w:t xml:space="preserve"> tử vong</w:t>
            </w:r>
          </w:p>
        </w:tc>
        <w:tc>
          <w:tcPr>
            <w:tcW w:w="1134" w:type="dxa"/>
            <w:tcMar>
              <w:top w:w="50" w:type="dxa"/>
              <w:left w:w="60" w:type="dxa"/>
              <w:bottom w:w="50" w:type="dxa"/>
              <w:right w:w="60" w:type="dxa"/>
            </w:tcMar>
            <w:vAlign w:val="center"/>
          </w:tcPr>
          <w:p w14:paraId="7DCC3156"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1D8DBA43"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612F664B"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72742FCC"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6E5A9C2B"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25260F97" w14:textId="77777777" w:rsidR="00151392" w:rsidRPr="00F54F5A" w:rsidRDefault="00151392" w:rsidP="00F54F5A">
            <w:pPr>
              <w:spacing w:after="0" w:line="240" w:lineRule="auto"/>
              <w:jc w:val="center"/>
              <w:rPr>
                <w:rFonts w:cs="Times New Roman"/>
                <w:sz w:val="24"/>
              </w:rPr>
            </w:pPr>
          </w:p>
        </w:tc>
        <w:tc>
          <w:tcPr>
            <w:tcW w:w="850" w:type="dxa"/>
            <w:tcMar>
              <w:top w:w="50" w:type="dxa"/>
              <w:left w:w="60" w:type="dxa"/>
              <w:bottom w:w="50" w:type="dxa"/>
              <w:right w:w="60" w:type="dxa"/>
            </w:tcMar>
            <w:vAlign w:val="center"/>
          </w:tcPr>
          <w:p w14:paraId="4030D1F9" w14:textId="77777777" w:rsidR="00151392" w:rsidRPr="00F54F5A" w:rsidRDefault="00151392" w:rsidP="00F54F5A">
            <w:pPr>
              <w:spacing w:after="0" w:line="240" w:lineRule="auto"/>
              <w:jc w:val="center"/>
              <w:rPr>
                <w:rFonts w:cs="Times New Roman"/>
                <w:sz w:val="24"/>
              </w:rPr>
            </w:pPr>
          </w:p>
        </w:tc>
      </w:tr>
      <w:tr w:rsidR="00151392" w:rsidRPr="00F54F5A" w14:paraId="4CD45EDA" w14:textId="77777777" w:rsidTr="00F54F5A">
        <w:trPr>
          <w:cantSplit/>
          <w:jc w:val="center"/>
        </w:trPr>
        <w:tc>
          <w:tcPr>
            <w:tcW w:w="510" w:type="dxa"/>
            <w:tcMar>
              <w:top w:w="50" w:type="dxa"/>
              <w:left w:w="60" w:type="dxa"/>
              <w:bottom w:w="50" w:type="dxa"/>
              <w:right w:w="60" w:type="dxa"/>
            </w:tcMar>
            <w:vAlign w:val="center"/>
          </w:tcPr>
          <w:p w14:paraId="52DE3CB0" w14:textId="58F49A30" w:rsidR="00151392" w:rsidRPr="00F54F5A" w:rsidRDefault="00151392" w:rsidP="00F54F5A">
            <w:pPr>
              <w:spacing w:after="0" w:line="240" w:lineRule="auto"/>
              <w:jc w:val="center"/>
              <w:rPr>
                <w:rFonts w:eastAsia="Times New Roman" w:cs="Times New Roman"/>
                <w:sz w:val="24"/>
              </w:rPr>
            </w:pPr>
            <w:r w:rsidRPr="00F54F5A">
              <w:rPr>
                <w:rFonts w:eastAsia="Times New Roman" w:cs="Times New Roman"/>
                <w:sz w:val="24"/>
                <w:lang w:val="vi-VN"/>
              </w:rPr>
              <w:lastRenderedPageBreak/>
              <w:t>9</w:t>
            </w:r>
          </w:p>
        </w:tc>
        <w:tc>
          <w:tcPr>
            <w:tcW w:w="3515" w:type="dxa"/>
            <w:tcMar>
              <w:top w:w="50" w:type="dxa"/>
              <w:left w:w="60" w:type="dxa"/>
              <w:bottom w:w="50" w:type="dxa"/>
              <w:right w:w="60" w:type="dxa"/>
            </w:tcMar>
            <w:vAlign w:val="center"/>
          </w:tcPr>
          <w:p w14:paraId="32CB0A20" w14:textId="4FE89890" w:rsidR="00151392" w:rsidRPr="00F54F5A" w:rsidRDefault="003A21C1" w:rsidP="00F54F5A">
            <w:pPr>
              <w:spacing w:after="0" w:line="240" w:lineRule="auto"/>
              <w:rPr>
                <w:rFonts w:eastAsia="Times New Roman" w:cs="Times New Roman"/>
                <w:sz w:val="24"/>
              </w:rPr>
            </w:pPr>
            <w:r w:rsidRPr="00F54F5A">
              <w:rPr>
                <w:rFonts w:eastAsia="Times New Roman" w:cs="Times New Roman"/>
                <w:sz w:val="24"/>
              </w:rPr>
              <w:t>Số trường hợp bệnh</w:t>
            </w:r>
            <w:r w:rsidR="00151392" w:rsidRPr="00F54F5A">
              <w:rPr>
                <w:rFonts w:eastAsia="Times New Roman" w:cs="Times New Roman"/>
                <w:sz w:val="24"/>
              </w:rPr>
              <w:t xml:space="preserve"> có di chứng được xác định</w:t>
            </w:r>
            <w:r w:rsidR="00DE3440" w:rsidRPr="00F54F5A">
              <w:rPr>
                <w:rFonts w:eastAsia="Times New Roman" w:cs="Times New Roman"/>
                <w:sz w:val="24"/>
                <w:vertAlign w:val="superscript"/>
              </w:rPr>
              <w:t>***</w:t>
            </w:r>
          </w:p>
        </w:tc>
        <w:tc>
          <w:tcPr>
            <w:tcW w:w="1134" w:type="dxa"/>
            <w:tcMar>
              <w:top w:w="50" w:type="dxa"/>
              <w:left w:w="60" w:type="dxa"/>
              <w:bottom w:w="50" w:type="dxa"/>
              <w:right w:w="60" w:type="dxa"/>
            </w:tcMar>
            <w:vAlign w:val="center"/>
          </w:tcPr>
          <w:p w14:paraId="32502D77"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48ECFEC7"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46F6FC3F"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0C37E291"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56FB9ACF"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0D6ED1A4" w14:textId="77777777" w:rsidR="00151392" w:rsidRPr="00F54F5A" w:rsidRDefault="00151392" w:rsidP="00F54F5A">
            <w:pPr>
              <w:spacing w:after="0" w:line="240" w:lineRule="auto"/>
              <w:jc w:val="center"/>
              <w:rPr>
                <w:rFonts w:cs="Times New Roman"/>
                <w:sz w:val="24"/>
              </w:rPr>
            </w:pPr>
          </w:p>
        </w:tc>
        <w:tc>
          <w:tcPr>
            <w:tcW w:w="850" w:type="dxa"/>
            <w:tcMar>
              <w:top w:w="50" w:type="dxa"/>
              <w:left w:w="60" w:type="dxa"/>
              <w:bottom w:w="50" w:type="dxa"/>
              <w:right w:w="60" w:type="dxa"/>
            </w:tcMar>
            <w:vAlign w:val="center"/>
          </w:tcPr>
          <w:p w14:paraId="6F6D3D44" w14:textId="77777777" w:rsidR="00151392" w:rsidRPr="00F54F5A" w:rsidRDefault="00151392" w:rsidP="00F54F5A">
            <w:pPr>
              <w:spacing w:after="0" w:line="240" w:lineRule="auto"/>
              <w:jc w:val="center"/>
              <w:rPr>
                <w:rFonts w:cs="Times New Roman"/>
                <w:sz w:val="24"/>
              </w:rPr>
            </w:pPr>
          </w:p>
        </w:tc>
      </w:tr>
      <w:tr w:rsidR="00151392" w:rsidRPr="00F54F5A" w14:paraId="6F5A9215" w14:textId="77777777" w:rsidTr="00F54F5A">
        <w:trPr>
          <w:cantSplit/>
          <w:jc w:val="center"/>
        </w:trPr>
        <w:tc>
          <w:tcPr>
            <w:tcW w:w="510" w:type="dxa"/>
            <w:tcMar>
              <w:top w:w="50" w:type="dxa"/>
              <w:left w:w="60" w:type="dxa"/>
              <w:bottom w:w="50" w:type="dxa"/>
              <w:right w:w="60" w:type="dxa"/>
            </w:tcMar>
            <w:vAlign w:val="center"/>
          </w:tcPr>
          <w:p w14:paraId="3407FC4E" w14:textId="432CEB83" w:rsidR="00151392" w:rsidRPr="00F54F5A" w:rsidRDefault="00151392" w:rsidP="00F54F5A">
            <w:pPr>
              <w:spacing w:after="0" w:line="240" w:lineRule="auto"/>
              <w:jc w:val="center"/>
              <w:rPr>
                <w:rFonts w:eastAsia="Times New Roman" w:cs="Times New Roman"/>
                <w:sz w:val="24"/>
              </w:rPr>
            </w:pPr>
            <w:r w:rsidRPr="00F54F5A">
              <w:rPr>
                <w:rFonts w:cs="Times New Roman"/>
                <w:sz w:val="24"/>
                <w:lang w:val="vi-VN"/>
              </w:rPr>
              <w:t>10</w:t>
            </w:r>
          </w:p>
        </w:tc>
        <w:tc>
          <w:tcPr>
            <w:tcW w:w="3515" w:type="dxa"/>
            <w:tcMar>
              <w:top w:w="50" w:type="dxa"/>
              <w:left w:w="60" w:type="dxa"/>
              <w:bottom w:w="50" w:type="dxa"/>
              <w:right w:w="60" w:type="dxa"/>
            </w:tcMar>
            <w:vAlign w:val="center"/>
          </w:tcPr>
          <w:p w14:paraId="316709D0" w14:textId="2D53CD8B" w:rsidR="00151392" w:rsidRPr="00F54F5A" w:rsidRDefault="00151392" w:rsidP="00F54F5A">
            <w:pPr>
              <w:spacing w:after="0" w:line="240" w:lineRule="auto"/>
              <w:rPr>
                <w:rFonts w:eastAsia="Times New Roman" w:cs="Times New Roman"/>
                <w:sz w:val="24"/>
              </w:rPr>
            </w:pPr>
            <w:r w:rsidRPr="00F54F5A">
              <w:rPr>
                <w:rFonts w:eastAsia="Times New Roman" w:cs="Times New Roman"/>
                <w:sz w:val="24"/>
              </w:rPr>
              <w:t>Số nhân viên y tế mắc bệnh</w:t>
            </w:r>
          </w:p>
        </w:tc>
        <w:tc>
          <w:tcPr>
            <w:tcW w:w="1134" w:type="dxa"/>
            <w:tcMar>
              <w:top w:w="50" w:type="dxa"/>
              <w:left w:w="60" w:type="dxa"/>
              <w:bottom w:w="50" w:type="dxa"/>
              <w:right w:w="60" w:type="dxa"/>
            </w:tcMar>
            <w:vAlign w:val="center"/>
          </w:tcPr>
          <w:p w14:paraId="58F0435B"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1454EF40"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196B2106"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3DDEB48D"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23C1691B" w14:textId="77777777" w:rsidR="00151392" w:rsidRPr="00F54F5A" w:rsidRDefault="00151392"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4DE9E927" w14:textId="77777777" w:rsidR="00151392" w:rsidRPr="00F54F5A" w:rsidRDefault="00151392" w:rsidP="00F54F5A">
            <w:pPr>
              <w:spacing w:after="0" w:line="240" w:lineRule="auto"/>
              <w:jc w:val="center"/>
              <w:rPr>
                <w:rFonts w:cs="Times New Roman"/>
                <w:sz w:val="24"/>
              </w:rPr>
            </w:pPr>
          </w:p>
        </w:tc>
        <w:tc>
          <w:tcPr>
            <w:tcW w:w="850" w:type="dxa"/>
            <w:tcMar>
              <w:top w:w="50" w:type="dxa"/>
              <w:left w:w="60" w:type="dxa"/>
              <w:bottom w:w="50" w:type="dxa"/>
              <w:right w:w="60" w:type="dxa"/>
            </w:tcMar>
            <w:vAlign w:val="center"/>
          </w:tcPr>
          <w:p w14:paraId="21A26DCA" w14:textId="77777777" w:rsidR="00151392" w:rsidRPr="00F54F5A" w:rsidRDefault="00151392" w:rsidP="00F54F5A">
            <w:pPr>
              <w:spacing w:after="0" w:line="240" w:lineRule="auto"/>
              <w:jc w:val="center"/>
              <w:rPr>
                <w:rFonts w:cs="Times New Roman"/>
                <w:sz w:val="24"/>
              </w:rPr>
            </w:pPr>
          </w:p>
        </w:tc>
      </w:tr>
    </w:tbl>
    <w:p w14:paraId="2931BBBC" w14:textId="77777777" w:rsidR="00DE3440" w:rsidRPr="00F54F5A" w:rsidRDefault="00DE3440" w:rsidP="00CA634C">
      <w:pPr>
        <w:keepNext/>
        <w:spacing w:before="120" w:after="0" w:line="240" w:lineRule="auto"/>
        <w:rPr>
          <w:rFonts w:eastAsia="Times New Roman" w:cs="Times New Roman"/>
          <w:b/>
          <w:sz w:val="26"/>
          <w:szCs w:val="18"/>
        </w:rPr>
      </w:pPr>
      <w:r w:rsidRPr="00F54F5A">
        <w:rPr>
          <w:rFonts w:eastAsia="Times New Roman" w:cs="Times New Roman"/>
          <w:b/>
          <w:sz w:val="26"/>
          <w:szCs w:val="18"/>
        </w:rPr>
        <w:t>Ghi chú:</w:t>
      </w:r>
    </w:p>
    <w:p w14:paraId="73FBD297" w14:textId="77777777" w:rsidR="00DE3440" w:rsidRPr="00BA1584" w:rsidRDefault="00DE3440" w:rsidP="00CA634C">
      <w:pPr>
        <w:keepNext/>
        <w:spacing w:before="120" w:after="0" w:line="240" w:lineRule="auto"/>
        <w:rPr>
          <w:rFonts w:eastAsia="Times New Roman" w:cs="Times New Roman"/>
          <w:bCs/>
          <w:i/>
          <w:iCs/>
          <w:sz w:val="24"/>
          <w:szCs w:val="16"/>
        </w:rPr>
      </w:pPr>
      <w:r w:rsidRPr="00BA1584">
        <w:rPr>
          <w:rFonts w:eastAsia="Times New Roman" w:cs="Times New Roman"/>
          <w:bCs/>
          <w:i/>
          <w:iCs/>
          <w:sz w:val="24"/>
          <w:szCs w:val="16"/>
        </w:rPr>
        <w:t>* Trường hợp bệnh nặng/nguy kịch là những trường hợp có suy giảm chức năng cơ quan, tổn thương nghiêm trọng và có thể tử vong.</w:t>
      </w:r>
    </w:p>
    <w:p w14:paraId="1ECAED02" w14:textId="77777777" w:rsidR="00DE3440" w:rsidRPr="00BA1584" w:rsidRDefault="00DE3440" w:rsidP="00CA634C">
      <w:pPr>
        <w:keepNext/>
        <w:spacing w:before="120" w:after="0" w:line="240" w:lineRule="auto"/>
        <w:rPr>
          <w:rFonts w:eastAsia="Times New Roman" w:cs="Times New Roman"/>
          <w:bCs/>
          <w:i/>
          <w:iCs/>
          <w:spacing w:val="-2"/>
          <w:sz w:val="24"/>
          <w:szCs w:val="16"/>
        </w:rPr>
      </w:pPr>
      <w:r w:rsidRPr="00BA1584">
        <w:rPr>
          <w:rFonts w:eastAsia="Times New Roman" w:cs="Times New Roman"/>
          <w:bCs/>
          <w:i/>
          <w:iCs/>
          <w:spacing w:val="-2"/>
          <w:sz w:val="24"/>
          <w:szCs w:val="16"/>
        </w:rPr>
        <w:t>** Trường hợp biến chứng là bệnh, hội chứng hoặc tình trạng bệnh lý xuất hiện trong quá trình điều trị, là hậu quả hoặc do tiến triển xấu đi của bệnh trong quá trình điều trị.</w:t>
      </w:r>
    </w:p>
    <w:p w14:paraId="69F32CD5" w14:textId="77777777" w:rsidR="00DE3440" w:rsidRDefault="00DE3440" w:rsidP="00CA634C">
      <w:pPr>
        <w:keepNext/>
        <w:spacing w:before="120" w:after="0" w:line="240" w:lineRule="auto"/>
        <w:rPr>
          <w:rFonts w:eastAsia="Times New Roman" w:cs="Times New Roman"/>
          <w:bCs/>
          <w:i/>
          <w:iCs/>
          <w:sz w:val="24"/>
          <w:szCs w:val="16"/>
        </w:rPr>
      </w:pPr>
      <w:r w:rsidRPr="00BA1584">
        <w:rPr>
          <w:rFonts w:eastAsia="Times New Roman" w:cs="Times New Roman"/>
          <w:bCs/>
          <w:i/>
          <w:iCs/>
          <w:sz w:val="24"/>
          <w:szCs w:val="16"/>
        </w:rPr>
        <w:t>*** Trường hợp bệnh có di chứng được xác định là một tình trạng bệnh lý được xác định còn lại sau khi đã được điều trị khỏi bệnh.</w:t>
      </w:r>
    </w:p>
    <w:p w14:paraId="1E55CD39" w14:textId="77777777" w:rsidR="00FF5368" w:rsidRPr="00BA1584" w:rsidRDefault="00FF5368" w:rsidP="00CA634C">
      <w:pPr>
        <w:keepNext/>
        <w:spacing w:before="120" w:after="0" w:line="240" w:lineRule="auto"/>
        <w:rPr>
          <w:rFonts w:eastAsia="Times New Roman" w:cs="Times New Roman"/>
          <w:bCs/>
          <w:i/>
          <w:iCs/>
          <w:sz w:val="24"/>
          <w:szCs w:val="16"/>
        </w:rPr>
      </w:pPr>
    </w:p>
    <w:p w14:paraId="2C9B6660" w14:textId="37C6E3A1" w:rsidR="00884DFA" w:rsidRPr="00F54F5A" w:rsidRDefault="00436074" w:rsidP="00CA634C">
      <w:pPr>
        <w:keepNext/>
        <w:spacing w:before="120" w:after="0" w:line="240" w:lineRule="auto"/>
        <w:rPr>
          <w:rFonts w:cs="Times New Roman"/>
          <w:sz w:val="26"/>
          <w:lang w:val="vi-VN"/>
        </w:rPr>
      </w:pPr>
      <w:r w:rsidRPr="00F54F5A">
        <w:rPr>
          <w:rFonts w:eastAsia="Times New Roman" w:cs="Times New Roman"/>
          <w:b/>
          <w:sz w:val="26"/>
          <w:lang w:val="vi-VN"/>
        </w:rPr>
        <w:t>II. PHÂN BỐ CA MẮC, TỬ VONG VÀ DI CHỨNG TRÊN ĐỊA BÀN</w:t>
      </w:r>
    </w:p>
    <w:tbl>
      <w:tblPr>
        <w:tblW w:w="142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23"/>
        <w:gridCol w:w="2601"/>
        <w:gridCol w:w="938"/>
        <w:gridCol w:w="938"/>
        <w:gridCol w:w="938"/>
        <w:gridCol w:w="938"/>
        <w:gridCol w:w="938"/>
        <w:gridCol w:w="938"/>
        <w:gridCol w:w="938"/>
        <w:gridCol w:w="938"/>
        <w:gridCol w:w="938"/>
        <w:gridCol w:w="938"/>
        <w:gridCol w:w="938"/>
        <w:gridCol w:w="938"/>
      </w:tblGrid>
      <w:tr w:rsidR="00884DFA" w:rsidRPr="00F54F5A" w14:paraId="15CD6146" w14:textId="77777777" w:rsidTr="00F54F5A">
        <w:trPr>
          <w:cantSplit/>
          <w:tblHeader/>
          <w:jc w:val="center"/>
        </w:trPr>
        <w:tc>
          <w:tcPr>
            <w:tcW w:w="397" w:type="dxa"/>
            <w:vMerge w:val="restart"/>
            <w:shd w:val="clear" w:color="auto" w:fill="E7E6E6"/>
            <w:tcMar>
              <w:top w:w="50" w:type="dxa"/>
              <w:left w:w="60" w:type="dxa"/>
              <w:bottom w:w="50" w:type="dxa"/>
              <w:right w:w="60" w:type="dxa"/>
            </w:tcMar>
            <w:vAlign w:val="center"/>
          </w:tcPr>
          <w:p w14:paraId="60B33309"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TT</w:t>
            </w:r>
          </w:p>
        </w:tc>
        <w:tc>
          <w:tcPr>
            <w:tcW w:w="2438" w:type="dxa"/>
            <w:vMerge w:val="restart"/>
            <w:shd w:val="clear" w:color="auto" w:fill="E7E6E6"/>
            <w:tcMar>
              <w:top w:w="50" w:type="dxa"/>
              <w:left w:w="60" w:type="dxa"/>
              <w:bottom w:w="50" w:type="dxa"/>
              <w:right w:w="60" w:type="dxa"/>
            </w:tcMar>
            <w:vAlign w:val="center"/>
          </w:tcPr>
          <w:p w14:paraId="55B9C905"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Nội dung</w:t>
            </w:r>
          </w:p>
        </w:tc>
        <w:tc>
          <w:tcPr>
            <w:tcW w:w="1758" w:type="dxa"/>
            <w:gridSpan w:val="2"/>
            <w:shd w:val="clear" w:color="auto" w:fill="E7E6E6"/>
            <w:tcMar>
              <w:top w:w="50" w:type="dxa"/>
              <w:left w:w="60" w:type="dxa"/>
              <w:bottom w:w="50" w:type="dxa"/>
              <w:right w:w="60" w:type="dxa"/>
            </w:tcMar>
            <w:vAlign w:val="center"/>
          </w:tcPr>
          <w:p w14:paraId="53619C1B" w14:textId="659699AB" w:rsidR="00884DFA" w:rsidRPr="00F54F5A" w:rsidRDefault="00151392" w:rsidP="00F54F5A">
            <w:pPr>
              <w:spacing w:after="0" w:line="240" w:lineRule="auto"/>
              <w:jc w:val="center"/>
              <w:rPr>
                <w:rFonts w:cs="Times New Roman"/>
                <w:sz w:val="24"/>
              </w:rPr>
            </w:pPr>
            <w:r w:rsidRPr="00F54F5A">
              <w:rPr>
                <w:rFonts w:cs="Times New Roman"/>
                <w:sz w:val="24"/>
                <w:szCs w:val="18"/>
              </w:rPr>
              <w:t>Tổng</w:t>
            </w:r>
            <w:r w:rsidRPr="00F54F5A">
              <w:rPr>
                <w:rFonts w:cs="Times New Roman"/>
                <w:sz w:val="24"/>
                <w:szCs w:val="18"/>
                <w:lang w:val="vi-VN"/>
              </w:rPr>
              <w:t xml:space="preserve"> số</w:t>
            </w:r>
          </w:p>
        </w:tc>
        <w:tc>
          <w:tcPr>
            <w:tcW w:w="1758" w:type="dxa"/>
            <w:gridSpan w:val="2"/>
            <w:shd w:val="clear" w:color="auto" w:fill="E7E6E6"/>
            <w:tcMar>
              <w:top w:w="50" w:type="dxa"/>
              <w:left w:w="60" w:type="dxa"/>
              <w:bottom w:w="50" w:type="dxa"/>
              <w:right w:w="60" w:type="dxa"/>
            </w:tcMar>
            <w:vAlign w:val="center"/>
          </w:tcPr>
          <w:p w14:paraId="62AEA919"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0 - 4 tuổi</w:t>
            </w:r>
          </w:p>
        </w:tc>
        <w:tc>
          <w:tcPr>
            <w:tcW w:w="1758" w:type="dxa"/>
            <w:gridSpan w:val="2"/>
            <w:shd w:val="clear" w:color="auto" w:fill="E7E6E6"/>
            <w:tcMar>
              <w:top w:w="50" w:type="dxa"/>
              <w:left w:w="60" w:type="dxa"/>
              <w:bottom w:w="50" w:type="dxa"/>
              <w:right w:w="60" w:type="dxa"/>
            </w:tcMar>
            <w:vAlign w:val="center"/>
          </w:tcPr>
          <w:p w14:paraId="619A167F"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5 - &lt;16 tuổi</w:t>
            </w:r>
          </w:p>
        </w:tc>
        <w:tc>
          <w:tcPr>
            <w:tcW w:w="1758" w:type="dxa"/>
            <w:gridSpan w:val="2"/>
            <w:shd w:val="clear" w:color="auto" w:fill="E7E6E6"/>
            <w:tcMar>
              <w:top w:w="50" w:type="dxa"/>
              <w:left w:w="60" w:type="dxa"/>
              <w:bottom w:w="50" w:type="dxa"/>
              <w:right w:w="60" w:type="dxa"/>
            </w:tcMar>
            <w:vAlign w:val="center"/>
          </w:tcPr>
          <w:p w14:paraId="6F5DEDFC"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16 - 19 tuổi</w:t>
            </w:r>
          </w:p>
        </w:tc>
        <w:tc>
          <w:tcPr>
            <w:tcW w:w="1758" w:type="dxa"/>
            <w:gridSpan w:val="2"/>
            <w:shd w:val="clear" w:color="auto" w:fill="E7E6E6"/>
            <w:tcMar>
              <w:top w:w="50" w:type="dxa"/>
              <w:left w:w="60" w:type="dxa"/>
              <w:bottom w:w="50" w:type="dxa"/>
              <w:right w:w="60" w:type="dxa"/>
            </w:tcMar>
            <w:vAlign w:val="center"/>
          </w:tcPr>
          <w:p w14:paraId="017FD350"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20 - 60 tuổi</w:t>
            </w:r>
          </w:p>
        </w:tc>
        <w:tc>
          <w:tcPr>
            <w:tcW w:w="1758" w:type="dxa"/>
            <w:gridSpan w:val="2"/>
            <w:shd w:val="clear" w:color="auto" w:fill="E7E6E6"/>
            <w:tcMar>
              <w:top w:w="50" w:type="dxa"/>
              <w:left w:w="60" w:type="dxa"/>
              <w:bottom w:w="50" w:type="dxa"/>
              <w:right w:w="60" w:type="dxa"/>
            </w:tcMar>
            <w:vAlign w:val="center"/>
          </w:tcPr>
          <w:p w14:paraId="1FDA53CB"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&gt;60 tuổi</w:t>
            </w:r>
          </w:p>
        </w:tc>
      </w:tr>
      <w:tr w:rsidR="00AE3421" w:rsidRPr="00F54F5A" w14:paraId="1CD8E6CA" w14:textId="77777777" w:rsidTr="00F54F5A">
        <w:trPr>
          <w:cantSplit/>
          <w:tblHeader/>
          <w:jc w:val="center"/>
        </w:trPr>
        <w:tc>
          <w:tcPr>
            <w:tcW w:w="397" w:type="dxa"/>
            <w:vMerge/>
          </w:tcPr>
          <w:p w14:paraId="03198733" w14:textId="77777777" w:rsidR="00AE3421" w:rsidRPr="00F54F5A" w:rsidRDefault="00AE3421" w:rsidP="00F54F5A">
            <w:pPr>
              <w:spacing w:after="0" w:line="240" w:lineRule="auto"/>
              <w:rPr>
                <w:rFonts w:cs="Times New Roman"/>
                <w:sz w:val="24"/>
              </w:rPr>
            </w:pPr>
          </w:p>
        </w:tc>
        <w:tc>
          <w:tcPr>
            <w:tcW w:w="2438" w:type="dxa"/>
            <w:vMerge/>
          </w:tcPr>
          <w:p w14:paraId="0564534F" w14:textId="77777777" w:rsidR="00AE3421" w:rsidRPr="00F54F5A" w:rsidRDefault="00AE3421" w:rsidP="00F54F5A">
            <w:pPr>
              <w:spacing w:after="0" w:line="240" w:lineRule="auto"/>
              <w:rPr>
                <w:rFonts w:cs="Times New Roman"/>
                <w:sz w:val="24"/>
              </w:rPr>
            </w:pPr>
          </w:p>
        </w:tc>
        <w:tc>
          <w:tcPr>
            <w:tcW w:w="879" w:type="dxa"/>
            <w:shd w:val="clear" w:color="auto" w:fill="E7E6E6"/>
            <w:tcMar>
              <w:top w:w="50" w:type="dxa"/>
              <w:left w:w="60" w:type="dxa"/>
              <w:bottom w:w="50" w:type="dxa"/>
              <w:right w:w="60" w:type="dxa"/>
            </w:tcMar>
            <w:vAlign w:val="center"/>
          </w:tcPr>
          <w:p w14:paraId="74DCBA21" w14:textId="2A60C565"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Nam</w:t>
            </w:r>
          </w:p>
        </w:tc>
        <w:tc>
          <w:tcPr>
            <w:tcW w:w="879" w:type="dxa"/>
            <w:shd w:val="clear" w:color="auto" w:fill="E7E6E6"/>
            <w:tcMar>
              <w:top w:w="50" w:type="dxa"/>
              <w:left w:w="60" w:type="dxa"/>
              <w:bottom w:w="50" w:type="dxa"/>
              <w:right w:w="60" w:type="dxa"/>
            </w:tcMar>
            <w:vAlign w:val="center"/>
          </w:tcPr>
          <w:p w14:paraId="52DD748F" w14:textId="4DC65016"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Nữ</w:t>
            </w:r>
          </w:p>
        </w:tc>
        <w:tc>
          <w:tcPr>
            <w:tcW w:w="879" w:type="dxa"/>
            <w:shd w:val="clear" w:color="auto" w:fill="E7E6E6"/>
            <w:tcMar>
              <w:top w:w="50" w:type="dxa"/>
              <w:left w:w="60" w:type="dxa"/>
              <w:bottom w:w="50" w:type="dxa"/>
              <w:right w:w="60" w:type="dxa"/>
            </w:tcMar>
            <w:vAlign w:val="center"/>
          </w:tcPr>
          <w:p w14:paraId="14CD6C8A" w14:textId="25C933B6"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Nam</w:t>
            </w:r>
          </w:p>
        </w:tc>
        <w:tc>
          <w:tcPr>
            <w:tcW w:w="879" w:type="dxa"/>
            <w:shd w:val="clear" w:color="auto" w:fill="E7E6E6"/>
            <w:tcMar>
              <w:top w:w="50" w:type="dxa"/>
              <w:left w:w="60" w:type="dxa"/>
              <w:bottom w:w="50" w:type="dxa"/>
              <w:right w:w="60" w:type="dxa"/>
            </w:tcMar>
            <w:vAlign w:val="center"/>
          </w:tcPr>
          <w:p w14:paraId="27C9B4C3" w14:textId="2F43FF15"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Nữ</w:t>
            </w:r>
          </w:p>
        </w:tc>
        <w:tc>
          <w:tcPr>
            <w:tcW w:w="879" w:type="dxa"/>
            <w:shd w:val="clear" w:color="auto" w:fill="E7E6E6"/>
            <w:tcMar>
              <w:top w:w="50" w:type="dxa"/>
              <w:left w:w="60" w:type="dxa"/>
              <w:bottom w:w="50" w:type="dxa"/>
              <w:right w:w="60" w:type="dxa"/>
            </w:tcMar>
            <w:vAlign w:val="center"/>
          </w:tcPr>
          <w:p w14:paraId="00287363" w14:textId="60438934"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Nam</w:t>
            </w:r>
          </w:p>
        </w:tc>
        <w:tc>
          <w:tcPr>
            <w:tcW w:w="879" w:type="dxa"/>
            <w:shd w:val="clear" w:color="auto" w:fill="E7E6E6"/>
            <w:tcMar>
              <w:top w:w="50" w:type="dxa"/>
              <w:left w:w="60" w:type="dxa"/>
              <w:bottom w:w="50" w:type="dxa"/>
              <w:right w:w="60" w:type="dxa"/>
            </w:tcMar>
            <w:vAlign w:val="center"/>
          </w:tcPr>
          <w:p w14:paraId="2ADF4893" w14:textId="2D9E74E7"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Nữ</w:t>
            </w:r>
          </w:p>
        </w:tc>
        <w:tc>
          <w:tcPr>
            <w:tcW w:w="879" w:type="dxa"/>
            <w:shd w:val="clear" w:color="auto" w:fill="E7E6E6"/>
            <w:tcMar>
              <w:top w:w="50" w:type="dxa"/>
              <w:left w:w="60" w:type="dxa"/>
              <w:bottom w:w="50" w:type="dxa"/>
              <w:right w:w="60" w:type="dxa"/>
            </w:tcMar>
            <w:vAlign w:val="center"/>
          </w:tcPr>
          <w:p w14:paraId="52EFFE4D" w14:textId="602D9280"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Nam</w:t>
            </w:r>
          </w:p>
        </w:tc>
        <w:tc>
          <w:tcPr>
            <w:tcW w:w="879" w:type="dxa"/>
            <w:shd w:val="clear" w:color="auto" w:fill="E7E6E6"/>
            <w:tcMar>
              <w:top w:w="50" w:type="dxa"/>
              <w:left w:w="60" w:type="dxa"/>
              <w:bottom w:w="50" w:type="dxa"/>
              <w:right w:w="60" w:type="dxa"/>
            </w:tcMar>
            <w:vAlign w:val="center"/>
          </w:tcPr>
          <w:p w14:paraId="5BFBC276" w14:textId="50166767"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Nữ</w:t>
            </w:r>
          </w:p>
        </w:tc>
        <w:tc>
          <w:tcPr>
            <w:tcW w:w="879" w:type="dxa"/>
            <w:shd w:val="clear" w:color="auto" w:fill="E7E6E6"/>
            <w:tcMar>
              <w:top w:w="50" w:type="dxa"/>
              <w:left w:w="60" w:type="dxa"/>
              <w:bottom w:w="50" w:type="dxa"/>
              <w:right w:w="60" w:type="dxa"/>
            </w:tcMar>
            <w:vAlign w:val="center"/>
          </w:tcPr>
          <w:p w14:paraId="646017AF" w14:textId="6CD4EE23"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Nam</w:t>
            </w:r>
          </w:p>
        </w:tc>
        <w:tc>
          <w:tcPr>
            <w:tcW w:w="879" w:type="dxa"/>
            <w:shd w:val="clear" w:color="auto" w:fill="E7E6E6"/>
            <w:tcMar>
              <w:top w:w="50" w:type="dxa"/>
              <w:left w:w="60" w:type="dxa"/>
              <w:bottom w:w="50" w:type="dxa"/>
              <w:right w:w="60" w:type="dxa"/>
            </w:tcMar>
            <w:vAlign w:val="center"/>
          </w:tcPr>
          <w:p w14:paraId="55798737" w14:textId="5B9F3315"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Nữ</w:t>
            </w:r>
          </w:p>
        </w:tc>
        <w:tc>
          <w:tcPr>
            <w:tcW w:w="879" w:type="dxa"/>
            <w:shd w:val="clear" w:color="auto" w:fill="E7E6E6"/>
            <w:tcMar>
              <w:top w:w="50" w:type="dxa"/>
              <w:left w:w="60" w:type="dxa"/>
              <w:bottom w:w="50" w:type="dxa"/>
              <w:right w:w="60" w:type="dxa"/>
            </w:tcMar>
            <w:vAlign w:val="center"/>
          </w:tcPr>
          <w:p w14:paraId="32451F60" w14:textId="5A2E648F"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Nam</w:t>
            </w:r>
          </w:p>
        </w:tc>
        <w:tc>
          <w:tcPr>
            <w:tcW w:w="879" w:type="dxa"/>
            <w:shd w:val="clear" w:color="auto" w:fill="E7E6E6"/>
            <w:tcMar>
              <w:top w:w="50" w:type="dxa"/>
              <w:left w:w="60" w:type="dxa"/>
              <w:bottom w:w="50" w:type="dxa"/>
              <w:right w:w="60" w:type="dxa"/>
            </w:tcMar>
            <w:vAlign w:val="center"/>
          </w:tcPr>
          <w:p w14:paraId="20D169EA" w14:textId="3A9121B7"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Nữ</w:t>
            </w:r>
          </w:p>
        </w:tc>
      </w:tr>
      <w:tr w:rsidR="00884DFA" w:rsidRPr="00F54F5A" w14:paraId="03A3C0F0" w14:textId="77777777" w:rsidTr="00F54F5A">
        <w:trPr>
          <w:cantSplit/>
          <w:jc w:val="center"/>
        </w:trPr>
        <w:tc>
          <w:tcPr>
            <w:tcW w:w="397" w:type="dxa"/>
            <w:tcMar>
              <w:top w:w="50" w:type="dxa"/>
              <w:left w:w="60" w:type="dxa"/>
              <w:bottom w:w="50" w:type="dxa"/>
              <w:right w:w="60" w:type="dxa"/>
            </w:tcMar>
            <w:vAlign w:val="center"/>
          </w:tcPr>
          <w:p w14:paraId="481A9060"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1</w:t>
            </w:r>
          </w:p>
        </w:tc>
        <w:tc>
          <w:tcPr>
            <w:tcW w:w="2438" w:type="dxa"/>
            <w:tcMar>
              <w:top w:w="50" w:type="dxa"/>
              <w:left w:w="60" w:type="dxa"/>
              <w:bottom w:w="50" w:type="dxa"/>
              <w:right w:w="60" w:type="dxa"/>
            </w:tcMar>
            <w:vAlign w:val="center"/>
          </w:tcPr>
          <w:p w14:paraId="3E21872B" w14:textId="1307C62F" w:rsidR="00884DFA"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436074" w:rsidRPr="00F54F5A">
              <w:rPr>
                <w:rFonts w:eastAsia="Times New Roman" w:cs="Times New Roman"/>
                <w:sz w:val="24"/>
              </w:rPr>
              <w:t xml:space="preserve"> mắc</w:t>
            </w:r>
          </w:p>
        </w:tc>
        <w:tc>
          <w:tcPr>
            <w:tcW w:w="879" w:type="dxa"/>
            <w:tcMar>
              <w:top w:w="50" w:type="dxa"/>
              <w:left w:w="60" w:type="dxa"/>
              <w:bottom w:w="50" w:type="dxa"/>
              <w:right w:w="60" w:type="dxa"/>
            </w:tcMar>
            <w:vAlign w:val="center"/>
          </w:tcPr>
          <w:p w14:paraId="274B63B9"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23D87A7"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D89C42B"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9378FCC"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3944759"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A81EAAF"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515351C"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9A33E79"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6A096D9"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9C7FC71"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82C4D52"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69F2D8F" w14:textId="77777777" w:rsidR="00884DFA" w:rsidRPr="00F54F5A" w:rsidRDefault="00884DFA" w:rsidP="00F54F5A">
            <w:pPr>
              <w:spacing w:after="0" w:line="240" w:lineRule="auto"/>
              <w:jc w:val="center"/>
              <w:rPr>
                <w:rFonts w:cs="Times New Roman"/>
                <w:sz w:val="24"/>
              </w:rPr>
            </w:pPr>
          </w:p>
        </w:tc>
      </w:tr>
      <w:tr w:rsidR="00884DFA" w:rsidRPr="00F54F5A" w14:paraId="6B855CDB" w14:textId="77777777" w:rsidTr="00F54F5A">
        <w:trPr>
          <w:cantSplit/>
          <w:jc w:val="center"/>
        </w:trPr>
        <w:tc>
          <w:tcPr>
            <w:tcW w:w="397" w:type="dxa"/>
            <w:tcMar>
              <w:top w:w="50" w:type="dxa"/>
              <w:left w:w="60" w:type="dxa"/>
              <w:bottom w:w="50" w:type="dxa"/>
              <w:right w:w="60" w:type="dxa"/>
            </w:tcMar>
            <w:vAlign w:val="center"/>
          </w:tcPr>
          <w:p w14:paraId="3C2D5F93"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1.1</w:t>
            </w:r>
          </w:p>
        </w:tc>
        <w:tc>
          <w:tcPr>
            <w:tcW w:w="2438" w:type="dxa"/>
            <w:tcMar>
              <w:top w:w="50" w:type="dxa"/>
              <w:left w:w="60" w:type="dxa"/>
              <w:bottom w:w="50" w:type="dxa"/>
              <w:right w:w="60" w:type="dxa"/>
            </w:tcMar>
            <w:vAlign w:val="center"/>
          </w:tcPr>
          <w:p w14:paraId="33B86092" w14:textId="5800A5B1" w:rsidR="00884DFA" w:rsidRPr="00F54F5A" w:rsidRDefault="008F6410" w:rsidP="00F54F5A">
            <w:pPr>
              <w:spacing w:after="0" w:line="240" w:lineRule="auto"/>
              <w:rPr>
                <w:rFonts w:cs="Times New Roman"/>
                <w:sz w:val="24"/>
              </w:rPr>
            </w:pPr>
            <w:r w:rsidRPr="00F54F5A">
              <w:rPr>
                <w:rFonts w:eastAsia="Times New Roman" w:cs="Times New Roman"/>
                <w:sz w:val="24"/>
              </w:rPr>
              <w:t>Số trường hợp bệnh</w:t>
            </w:r>
            <w:r w:rsidR="00B6413E" w:rsidRPr="00F54F5A">
              <w:rPr>
                <w:rFonts w:eastAsia="Times New Roman" w:cs="Times New Roman"/>
                <w:sz w:val="24"/>
              </w:rPr>
              <w:t xml:space="preserve"> nghi ngờ</w:t>
            </w:r>
          </w:p>
        </w:tc>
        <w:tc>
          <w:tcPr>
            <w:tcW w:w="879" w:type="dxa"/>
            <w:tcMar>
              <w:top w:w="50" w:type="dxa"/>
              <w:left w:w="60" w:type="dxa"/>
              <w:bottom w:w="50" w:type="dxa"/>
              <w:right w:w="60" w:type="dxa"/>
            </w:tcMar>
            <w:vAlign w:val="center"/>
          </w:tcPr>
          <w:p w14:paraId="435D9688"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864C2E8"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C9646E0"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C29DE4F"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D425BDC"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5CAD49F"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14BBF77"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1FCFAB1"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12A3690"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B7BF91E"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E10E6B1"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96ED244" w14:textId="77777777" w:rsidR="00884DFA" w:rsidRPr="00F54F5A" w:rsidRDefault="00884DFA" w:rsidP="00F54F5A">
            <w:pPr>
              <w:spacing w:after="0" w:line="240" w:lineRule="auto"/>
              <w:jc w:val="center"/>
              <w:rPr>
                <w:rFonts w:cs="Times New Roman"/>
                <w:sz w:val="24"/>
              </w:rPr>
            </w:pPr>
          </w:p>
        </w:tc>
      </w:tr>
      <w:tr w:rsidR="00884DFA" w:rsidRPr="00F54F5A" w14:paraId="1FEB104C" w14:textId="77777777" w:rsidTr="00F54F5A">
        <w:trPr>
          <w:cantSplit/>
          <w:jc w:val="center"/>
        </w:trPr>
        <w:tc>
          <w:tcPr>
            <w:tcW w:w="397" w:type="dxa"/>
            <w:tcMar>
              <w:top w:w="50" w:type="dxa"/>
              <w:left w:w="60" w:type="dxa"/>
              <w:bottom w:w="50" w:type="dxa"/>
              <w:right w:w="60" w:type="dxa"/>
            </w:tcMar>
            <w:vAlign w:val="center"/>
          </w:tcPr>
          <w:p w14:paraId="76483BCF"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1.2</w:t>
            </w:r>
          </w:p>
        </w:tc>
        <w:tc>
          <w:tcPr>
            <w:tcW w:w="2438" w:type="dxa"/>
            <w:tcMar>
              <w:top w:w="50" w:type="dxa"/>
              <w:left w:w="60" w:type="dxa"/>
              <w:bottom w:w="50" w:type="dxa"/>
              <w:right w:w="60" w:type="dxa"/>
            </w:tcMar>
            <w:vAlign w:val="center"/>
          </w:tcPr>
          <w:p w14:paraId="4C2B76F3" w14:textId="01A17956" w:rsidR="00884DFA" w:rsidRPr="00F54F5A" w:rsidRDefault="008F6410" w:rsidP="00F54F5A">
            <w:pPr>
              <w:spacing w:after="0" w:line="240" w:lineRule="auto"/>
              <w:rPr>
                <w:rFonts w:cs="Times New Roman"/>
                <w:sz w:val="24"/>
              </w:rPr>
            </w:pPr>
            <w:r w:rsidRPr="00F54F5A">
              <w:rPr>
                <w:rFonts w:eastAsia="Times New Roman" w:cs="Times New Roman"/>
                <w:sz w:val="24"/>
              </w:rPr>
              <w:t>Số trường hợp bệnh</w:t>
            </w:r>
            <w:r w:rsidR="00B6413E" w:rsidRPr="00F54F5A">
              <w:rPr>
                <w:rFonts w:eastAsia="Times New Roman" w:cs="Times New Roman"/>
                <w:sz w:val="24"/>
              </w:rPr>
              <w:t xml:space="preserve"> xác định</w:t>
            </w:r>
          </w:p>
        </w:tc>
        <w:tc>
          <w:tcPr>
            <w:tcW w:w="879" w:type="dxa"/>
            <w:tcMar>
              <w:top w:w="50" w:type="dxa"/>
              <w:left w:w="60" w:type="dxa"/>
              <w:bottom w:w="50" w:type="dxa"/>
              <w:right w:w="60" w:type="dxa"/>
            </w:tcMar>
            <w:vAlign w:val="center"/>
          </w:tcPr>
          <w:p w14:paraId="3A7F20C5"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A18ECE6"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9450A65"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8ACB28A"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44A168D"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94FDE77"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8163A66"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7CB133F"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4AE60EE"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0C96CD7"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A6160E6"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4CF4DDF" w14:textId="77777777" w:rsidR="00884DFA" w:rsidRPr="00F54F5A" w:rsidRDefault="00884DFA" w:rsidP="00F54F5A">
            <w:pPr>
              <w:spacing w:after="0" w:line="240" w:lineRule="auto"/>
              <w:jc w:val="center"/>
              <w:rPr>
                <w:rFonts w:cs="Times New Roman"/>
                <w:sz w:val="24"/>
              </w:rPr>
            </w:pPr>
          </w:p>
        </w:tc>
      </w:tr>
      <w:tr w:rsidR="00884DFA" w:rsidRPr="00F54F5A" w14:paraId="44F9FCA6" w14:textId="77777777" w:rsidTr="00F54F5A">
        <w:trPr>
          <w:cantSplit/>
          <w:jc w:val="center"/>
        </w:trPr>
        <w:tc>
          <w:tcPr>
            <w:tcW w:w="397" w:type="dxa"/>
            <w:tcMar>
              <w:top w:w="50" w:type="dxa"/>
              <w:left w:w="60" w:type="dxa"/>
              <w:bottom w:w="50" w:type="dxa"/>
              <w:right w:w="60" w:type="dxa"/>
            </w:tcMar>
            <w:vAlign w:val="center"/>
          </w:tcPr>
          <w:p w14:paraId="17DCF480"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2</w:t>
            </w:r>
          </w:p>
        </w:tc>
        <w:tc>
          <w:tcPr>
            <w:tcW w:w="2438" w:type="dxa"/>
            <w:tcMar>
              <w:top w:w="50" w:type="dxa"/>
              <w:left w:w="60" w:type="dxa"/>
              <w:bottom w:w="50" w:type="dxa"/>
              <w:right w:w="60" w:type="dxa"/>
            </w:tcMar>
            <w:vAlign w:val="center"/>
          </w:tcPr>
          <w:p w14:paraId="129C9185" w14:textId="470CB76E" w:rsidR="00884DFA"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436074" w:rsidRPr="00F54F5A">
              <w:rPr>
                <w:rFonts w:eastAsia="Times New Roman" w:cs="Times New Roman"/>
                <w:sz w:val="24"/>
              </w:rPr>
              <w:t xml:space="preserve"> tử vong</w:t>
            </w:r>
          </w:p>
        </w:tc>
        <w:tc>
          <w:tcPr>
            <w:tcW w:w="879" w:type="dxa"/>
            <w:tcMar>
              <w:top w:w="50" w:type="dxa"/>
              <w:left w:w="60" w:type="dxa"/>
              <w:bottom w:w="50" w:type="dxa"/>
              <w:right w:w="60" w:type="dxa"/>
            </w:tcMar>
            <w:vAlign w:val="center"/>
          </w:tcPr>
          <w:p w14:paraId="1B874594"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F850354"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CDD68B6"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506D49F"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217D50B"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754D573"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C8D5712"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5523384"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D8F30F6"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9561752"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6C98958"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CA6C5AB" w14:textId="77777777" w:rsidR="00884DFA" w:rsidRPr="00F54F5A" w:rsidRDefault="00884DFA" w:rsidP="00F54F5A">
            <w:pPr>
              <w:spacing w:after="0" w:line="240" w:lineRule="auto"/>
              <w:jc w:val="center"/>
              <w:rPr>
                <w:rFonts w:cs="Times New Roman"/>
                <w:sz w:val="24"/>
              </w:rPr>
            </w:pPr>
          </w:p>
        </w:tc>
      </w:tr>
      <w:tr w:rsidR="00884DFA" w:rsidRPr="00F54F5A" w14:paraId="607309B0" w14:textId="77777777" w:rsidTr="00F54F5A">
        <w:trPr>
          <w:cantSplit/>
          <w:jc w:val="center"/>
        </w:trPr>
        <w:tc>
          <w:tcPr>
            <w:tcW w:w="397" w:type="dxa"/>
            <w:tcMar>
              <w:top w:w="50" w:type="dxa"/>
              <w:left w:w="60" w:type="dxa"/>
              <w:bottom w:w="50" w:type="dxa"/>
              <w:right w:w="60" w:type="dxa"/>
            </w:tcMar>
            <w:vAlign w:val="center"/>
          </w:tcPr>
          <w:p w14:paraId="455E49BE"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3</w:t>
            </w:r>
          </w:p>
        </w:tc>
        <w:tc>
          <w:tcPr>
            <w:tcW w:w="2438" w:type="dxa"/>
            <w:tcMar>
              <w:top w:w="50" w:type="dxa"/>
              <w:left w:w="60" w:type="dxa"/>
              <w:bottom w:w="50" w:type="dxa"/>
              <w:right w:w="60" w:type="dxa"/>
            </w:tcMar>
            <w:vAlign w:val="center"/>
          </w:tcPr>
          <w:p w14:paraId="4D3FC4E8" w14:textId="04FB14FA" w:rsidR="00884DFA"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436074" w:rsidRPr="00F54F5A">
              <w:rPr>
                <w:rFonts w:eastAsia="Times New Roman" w:cs="Times New Roman"/>
                <w:sz w:val="24"/>
              </w:rPr>
              <w:t xml:space="preserve"> có di chứng</w:t>
            </w:r>
          </w:p>
        </w:tc>
        <w:tc>
          <w:tcPr>
            <w:tcW w:w="879" w:type="dxa"/>
            <w:tcMar>
              <w:top w:w="50" w:type="dxa"/>
              <w:left w:w="60" w:type="dxa"/>
              <w:bottom w:w="50" w:type="dxa"/>
              <w:right w:w="60" w:type="dxa"/>
            </w:tcMar>
            <w:vAlign w:val="center"/>
          </w:tcPr>
          <w:p w14:paraId="2271CBAE"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29F8C0F"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DCCD79E"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6789CC4"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C231047"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8343E0C"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73D2C6C"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0DE11D0"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25E2597"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0D4E134"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1D06F71"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4501CF1" w14:textId="77777777" w:rsidR="00884DFA" w:rsidRPr="00F54F5A" w:rsidRDefault="00884DFA" w:rsidP="00F54F5A">
            <w:pPr>
              <w:spacing w:after="0" w:line="240" w:lineRule="auto"/>
              <w:jc w:val="center"/>
              <w:rPr>
                <w:rFonts w:cs="Times New Roman"/>
                <w:sz w:val="24"/>
              </w:rPr>
            </w:pPr>
          </w:p>
        </w:tc>
      </w:tr>
    </w:tbl>
    <w:p w14:paraId="3847915C" w14:textId="77777777" w:rsidR="00884DFA" w:rsidRPr="00F54F5A" w:rsidRDefault="00436074" w:rsidP="00CA634C">
      <w:pPr>
        <w:spacing w:before="120" w:after="0" w:line="240" w:lineRule="auto"/>
        <w:rPr>
          <w:rFonts w:cs="Times New Roman"/>
          <w:sz w:val="26"/>
        </w:rPr>
      </w:pPr>
      <w:r w:rsidRPr="00F54F5A">
        <w:rPr>
          <w:rFonts w:eastAsia="Times New Roman" w:cs="Times New Roman"/>
          <w:i/>
          <w:sz w:val="26"/>
        </w:rPr>
        <w:t>(Số liệu lũy tích toàn xã; nhóm tuổi và giới tính xác định theo tuổi tại thời điểm mắc bệnh.)</w:t>
      </w:r>
    </w:p>
    <w:tbl>
      <w:tblPr>
        <w:tblW w:w="142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34"/>
        <w:gridCol w:w="6029"/>
        <w:gridCol w:w="2539"/>
        <w:gridCol w:w="2539"/>
        <w:gridCol w:w="2539"/>
      </w:tblGrid>
      <w:tr w:rsidR="00884DFA" w:rsidRPr="00F54F5A" w14:paraId="6F4D3FFB" w14:textId="77777777" w:rsidTr="00F54F5A">
        <w:trPr>
          <w:cantSplit/>
          <w:tblHeader/>
          <w:jc w:val="center"/>
        </w:trPr>
        <w:tc>
          <w:tcPr>
            <w:tcW w:w="567" w:type="dxa"/>
            <w:shd w:val="clear" w:color="auto" w:fill="E7E6E6"/>
            <w:tcMar>
              <w:top w:w="50" w:type="dxa"/>
              <w:left w:w="60" w:type="dxa"/>
              <w:bottom w:w="50" w:type="dxa"/>
              <w:right w:w="60" w:type="dxa"/>
            </w:tcMar>
            <w:vAlign w:val="center"/>
          </w:tcPr>
          <w:p w14:paraId="2CA049E5"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lastRenderedPageBreak/>
              <w:t>TT</w:t>
            </w:r>
          </w:p>
        </w:tc>
        <w:tc>
          <w:tcPr>
            <w:tcW w:w="5386" w:type="dxa"/>
            <w:shd w:val="clear" w:color="auto" w:fill="E7E6E6"/>
            <w:tcMar>
              <w:top w:w="50" w:type="dxa"/>
              <w:left w:w="60" w:type="dxa"/>
              <w:bottom w:w="50" w:type="dxa"/>
              <w:right w:w="60" w:type="dxa"/>
            </w:tcMar>
            <w:vAlign w:val="center"/>
          </w:tcPr>
          <w:p w14:paraId="1C3F9702"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Dân tộc/nhóm đặc thù</w:t>
            </w:r>
          </w:p>
        </w:tc>
        <w:tc>
          <w:tcPr>
            <w:tcW w:w="2268" w:type="dxa"/>
            <w:shd w:val="clear" w:color="auto" w:fill="E7E6E6"/>
            <w:tcMar>
              <w:top w:w="50" w:type="dxa"/>
              <w:left w:w="60" w:type="dxa"/>
              <w:bottom w:w="50" w:type="dxa"/>
              <w:right w:w="60" w:type="dxa"/>
            </w:tcMar>
            <w:vAlign w:val="center"/>
          </w:tcPr>
          <w:p w14:paraId="4E90DFC6" w14:textId="1FADFFB8" w:rsidR="00884DFA" w:rsidRPr="00F54F5A" w:rsidRDefault="003A21C1" w:rsidP="00F54F5A">
            <w:pPr>
              <w:spacing w:after="0" w:line="240" w:lineRule="auto"/>
              <w:jc w:val="center"/>
              <w:rPr>
                <w:rFonts w:cs="Times New Roman"/>
                <w:sz w:val="24"/>
              </w:rPr>
            </w:pPr>
            <w:r w:rsidRPr="00F54F5A">
              <w:rPr>
                <w:rFonts w:eastAsia="Times New Roman" w:cs="Times New Roman"/>
                <w:b/>
                <w:sz w:val="24"/>
              </w:rPr>
              <w:t>Số trường hợp bệnh</w:t>
            </w:r>
            <w:r w:rsidR="00436074" w:rsidRPr="00F54F5A">
              <w:rPr>
                <w:rFonts w:eastAsia="Times New Roman" w:cs="Times New Roman"/>
                <w:b/>
                <w:sz w:val="24"/>
              </w:rPr>
              <w:t xml:space="preserve"> mắc</w:t>
            </w:r>
          </w:p>
        </w:tc>
        <w:tc>
          <w:tcPr>
            <w:tcW w:w="2268" w:type="dxa"/>
            <w:shd w:val="clear" w:color="auto" w:fill="E7E6E6"/>
            <w:tcMar>
              <w:top w:w="50" w:type="dxa"/>
              <w:left w:w="60" w:type="dxa"/>
              <w:bottom w:w="50" w:type="dxa"/>
              <w:right w:w="60" w:type="dxa"/>
            </w:tcMar>
            <w:vAlign w:val="center"/>
          </w:tcPr>
          <w:p w14:paraId="26E583AD" w14:textId="08C5430D" w:rsidR="00884DFA" w:rsidRPr="00F54F5A" w:rsidRDefault="003A21C1" w:rsidP="00F54F5A">
            <w:pPr>
              <w:spacing w:after="0" w:line="240" w:lineRule="auto"/>
              <w:jc w:val="center"/>
              <w:rPr>
                <w:rFonts w:cs="Times New Roman"/>
                <w:sz w:val="24"/>
              </w:rPr>
            </w:pPr>
            <w:r w:rsidRPr="00F54F5A">
              <w:rPr>
                <w:rFonts w:eastAsia="Times New Roman" w:cs="Times New Roman"/>
                <w:b/>
                <w:sz w:val="24"/>
              </w:rPr>
              <w:t>Số trường hợp bệnh</w:t>
            </w:r>
            <w:r w:rsidR="00436074" w:rsidRPr="00F54F5A">
              <w:rPr>
                <w:rFonts w:eastAsia="Times New Roman" w:cs="Times New Roman"/>
                <w:b/>
                <w:sz w:val="24"/>
              </w:rPr>
              <w:t xml:space="preserve"> tử vong</w:t>
            </w:r>
          </w:p>
        </w:tc>
        <w:tc>
          <w:tcPr>
            <w:tcW w:w="2268" w:type="dxa"/>
            <w:shd w:val="clear" w:color="auto" w:fill="E7E6E6"/>
            <w:tcMar>
              <w:top w:w="50" w:type="dxa"/>
              <w:left w:w="60" w:type="dxa"/>
              <w:bottom w:w="50" w:type="dxa"/>
              <w:right w:w="60" w:type="dxa"/>
            </w:tcMar>
            <w:vAlign w:val="center"/>
          </w:tcPr>
          <w:p w14:paraId="4DF94808" w14:textId="1F3255E4" w:rsidR="00884DFA" w:rsidRPr="00F54F5A" w:rsidRDefault="003A21C1" w:rsidP="00F54F5A">
            <w:pPr>
              <w:spacing w:after="0" w:line="240" w:lineRule="auto"/>
              <w:jc w:val="center"/>
              <w:rPr>
                <w:rFonts w:cs="Times New Roman"/>
                <w:sz w:val="24"/>
              </w:rPr>
            </w:pPr>
            <w:r w:rsidRPr="00F54F5A">
              <w:rPr>
                <w:rFonts w:eastAsia="Times New Roman" w:cs="Times New Roman"/>
                <w:b/>
                <w:sz w:val="24"/>
              </w:rPr>
              <w:t>Số trường hợp bệnh</w:t>
            </w:r>
            <w:r w:rsidR="00436074" w:rsidRPr="00F54F5A">
              <w:rPr>
                <w:rFonts w:eastAsia="Times New Roman" w:cs="Times New Roman"/>
                <w:b/>
                <w:sz w:val="24"/>
              </w:rPr>
              <w:t xml:space="preserve"> có di chứng</w:t>
            </w:r>
          </w:p>
        </w:tc>
      </w:tr>
      <w:tr w:rsidR="00884DFA" w:rsidRPr="00F54F5A" w14:paraId="54F7A93A" w14:textId="77777777" w:rsidTr="00F54F5A">
        <w:trPr>
          <w:cantSplit/>
          <w:jc w:val="center"/>
        </w:trPr>
        <w:tc>
          <w:tcPr>
            <w:tcW w:w="567" w:type="dxa"/>
            <w:tcMar>
              <w:top w:w="50" w:type="dxa"/>
              <w:left w:w="60" w:type="dxa"/>
              <w:bottom w:w="50" w:type="dxa"/>
              <w:right w:w="60" w:type="dxa"/>
            </w:tcMar>
            <w:vAlign w:val="center"/>
          </w:tcPr>
          <w:p w14:paraId="019C81AA"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1</w:t>
            </w:r>
          </w:p>
        </w:tc>
        <w:tc>
          <w:tcPr>
            <w:tcW w:w="5386" w:type="dxa"/>
            <w:tcMar>
              <w:top w:w="50" w:type="dxa"/>
              <w:left w:w="60" w:type="dxa"/>
              <w:bottom w:w="50" w:type="dxa"/>
              <w:right w:w="60" w:type="dxa"/>
            </w:tcMar>
            <w:vAlign w:val="center"/>
          </w:tcPr>
          <w:p w14:paraId="6C270570" w14:textId="77777777" w:rsidR="00884DFA" w:rsidRPr="00F54F5A" w:rsidRDefault="00436074" w:rsidP="00F54F5A">
            <w:pPr>
              <w:spacing w:after="0" w:line="240" w:lineRule="auto"/>
              <w:rPr>
                <w:rFonts w:cs="Times New Roman"/>
                <w:sz w:val="24"/>
              </w:rPr>
            </w:pPr>
            <w:r w:rsidRPr="00F54F5A">
              <w:rPr>
                <w:rFonts w:eastAsia="Times New Roman" w:cs="Times New Roman"/>
                <w:sz w:val="24"/>
              </w:rPr>
              <w:t>Dân tộc Kinh</w:t>
            </w:r>
          </w:p>
        </w:tc>
        <w:tc>
          <w:tcPr>
            <w:tcW w:w="2268" w:type="dxa"/>
            <w:tcMar>
              <w:top w:w="50" w:type="dxa"/>
              <w:left w:w="60" w:type="dxa"/>
              <w:bottom w:w="50" w:type="dxa"/>
              <w:right w:w="60" w:type="dxa"/>
            </w:tcMar>
            <w:vAlign w:val="center"/>
          </w:tcPr>
          <w:p w14:paraId="300879BF" w14:textId="77777777" w:rsidR="00884DFA" w:rsidRPr="00F54F5A" w:rsidRDefault="00884DFA"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50337485" w14:textId="77777777" w:rsidR="00884DFA" w:rsidRPr="00F54F5A" w:rsidRDefault="00884DFA"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6109EDE1" w14:textId="77777777" w:rsidR="00884DFA" w:rsidRPr="00F54F5A" w:rsidRDefault="00884DFA" w:rsidP="00F54F5A">
            <w:pPr>
              <w:spacing w:after="0" w:line="240" w:lineRule="auto"/>
              <w:jc w:val="center"/>
              <w:rPr>
                <w:rFonts w:cs="Times New Roman"/>
                <w:sz w:val="24"/>
              </w:rPr>
            </w:pPr>
          </w:p>
        </w:tc>
      </w:tr>
      <w:tr w:rsidR="00884DFA" w:rsidRPr="00F54F5A" w14:paraId="1A096DEC" w14:textId="77777777" w:rsidTr="00F54F5A">
        <w:trPr>
          <w:cantSplit/>
          <w:jc w:val="center"/>
        </w:trPr>
        <w:tc>
          <w:tcPr>
            <w:tcW w:w="567" w:type="dxa"/>
            <w:tcMar>
              <w:top w:w="50" w:type="dxa"/>
              <w:left w:w="60" w:type="dxa"/>
              <w:bottom w:w="50" w:type="dxa"/>
              <w:right w:w="60" w:type="dxa"/>
            </w:tcMar>
            <w:vAlign w:val="center"/>
          </w:tcPr>
          <w:p w14:paraId="3C2403C4"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2</w:t>
            </w:r>
          </w:p>
        </w:tc>
        <w:tc>
          <w:tcPr>
            <w:tcW w:w="5386" w:type="dxa"/>
            <w:tcMar>
              <w:top w:w="50" w:type="dxa"/>
              <w:left w:w="60" w:type="dxa"/>
              <w:bottom w:w="50" w:type="dxa"/>
              <w:right w:w="60" w:type="dxa"/>
            </w:tcMar>
            <w:vAlign w:val="center"/>
          </w:tcPr>
          <w:p w14:paraId="4CB14D0B" w14:textId="77777777" w:rsidR="00884DFA" w:rsidRPr="00F54F5A" w:rsidRDefault="00436074" w:rsidP="00F54F5A">
            <w:pPr>
              <w:spacing w:after="0" w:line="240" w:lineRule="auto"/>
              <w:rPr>
                <w:rFonts w:cs="Times New Roman"/>
                <w:sz w:val="24"/>
              </w:rPr>
            </w:pPr>
            <w:r w:rsidRPr="00F54F5A">
              <w:rPr>
                <w:rFonts w:eastAsia="Times New Roman" w:cs="Times New Roman"/>
                <w:sz w:val="24"/>
              </w:rPr>
              <w:t>Dân tộc khác</w:t>
            </w:r>
          </w:p>
        </w:tc>
        <w:tc>
          <w:tcPr>
            <w:tcW w:w="2268" w:type="dxa"/>
            <w:tcMar>
              <w:top w:w="50" w:type="dxa"/>
              <w:left w:w="60" w:type="dxa"/>
              <w:bottom w:w="50" w:type="dxa"/>
              <w:right w:w="60" w:type="dxa"/>
            </w:tcMar>
            <w:vAlign w:val="center"/>
          </w:tcPr>
          <w:p w14:paraId="48E58CD7" w14:textId="77777777" w:rsidR="00884DFA" w:rsidRPr="00F54F5A" w:rsidRDefault="00884DFA"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2958F8E3" w14:textId="77777777" w:rsidR="00884DFA" w:rsidRPr="00F54F5A" w:rsidRDefault="00884DFA"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5550DBB4" w14:textId="77777777" w:rsidR="00884DFA" w:rsidRPr="00F54F5A" w:rsidRDefault="00884DFA" w:rsidP="00F54F5A">
            <w:pPr>
              <w:spacing w:after="0" w:line="240" w:lineRule="auto"/>
              <w:jc w:val="center"/>
              <w:rPr>
                <w:rFonts w:cs="Times New Roman"/>
                <w:sz w:val="24"/>
              </w:rPr>
            </w:pPr>
          </w:p>
        </w:tc>
      </w:tr>
      <w:tr w:rsidR="00884DFA" w:rsidRPr="00F54F5A" w14:paraId="66B29E9E" w14:textId="77777777" w:rsidTr="00F54F5A">
        <w:trPr>
          <w:cantSplit/>
          <w:jc w:val="center"/>
        </w:trPr>
        <w:tc>
          <w:tcPr>
            <w:tcW w:w="567" w:type="dxa"/>
            <w:tcMar>
              <w:top w:w="50" w:type="dxa"/>
              <w:left w:w="60" w:type="dxa"/>
              <w:bottom w:w="50" w:type="dxa"/>
              <w:right w:w="60" w:type="dxa"/>
            </w:tcMar>
            <w:vAlign w:val="center"/>
          </w:tcPr>
          <w:p w14:paraId="36B3A89F" w14:textId="6E777C26" w:rsidR="00884DFA" w:rsidRPr="00F54F5A" w:rsidRDefault="00AE3421" w:rsidP="00F54F5A">
            <w:pPr>
              <w:spacing w:after="0" w:line="240" w:lineRule="auto"/>
              <w:jc w:val="center"/>
              <w:rPr>
                <w:rFonts w:cs="Times New Roman"/>
                <w:sz w:val="24"/>
                <w:lang w:val="vi-VN"/>
              </w:rPr>
            </w:pPr>
            <w:r w:rsidRPr="00F54F5A">
              <w:rPr>
                <w:rFonts w:eastAsia="Times New Roman" w:cs="Times New Roman"/>
                <w:sz w:val="24"/>
                <w:lang w:val="vi-VN"/>
              </w:rPr>
              <w:t>3</w:t>
            </w:r>
          </w:p>
        </w:tc>
        <w:tc>
          <w:tcPr>
            <w:tcW w:w="5386" w:type="dxa"/>
            <w:tcMar>
              <w:top w:w="50" w:type="dxa"/>
              <w:left w:w="60" w:type="dxa"/>
              <w:bottom w:w="50" w:type="dxa"/>
              <w:right w:w="60" w:type="dxa"/>
            </w:tcMar>
            <w:vAlign w:val="center"/>
          </w:tcPr>
          <w:p w14:paraId="25589EE6" w14:textId="77777777" w:rsidR="00884DFA" w:rsidRPr="00F54F5A" w:rsidRDefault="00436074" w:rsidP="00F54F5A">
            <w:pPr>
              <w:spacing w:after="0" w:line="240" w:lineRule="auto"/>
              <w:rPr>
                <w:rFonts w:cs="Times New Roman"/>
                <w:sz w:val="24"/>
              </w:rPr>
            </w:pPr>
            <w:r w:rsidRPr="00F54F5A">
              <w:rPr>
                <w:rFonts w:eastAsia="Times New Roman" w:cs="Times New Roman"/>
                <w:sz w:val="24"/>
              </w:rPr>
              <w:t>Nhân viên y tế</w:t>
            </w:r>
          </w:p>
        </w:tc>
        <w:tc>
          <w:tcPr>
            <w:tcW w:w="2268" w:type="dxa"/>
            <w:tcMar>
              <w:top w:w="50" w:type="dxa"/>
              <w:left w:w="60" w:type="dxa"/>
              <w:bottom w:w="50" w:type="dxa"/>
              <w:right w:w="60" w:type="dxa"/>
            </w:tcMar>
            <w:vAlign w:val="center"/>
          </w:tcPr>
          <w:p w14:paraId="53D4ADCD" w14:textId="77777777" w:rsidR="00884DFA" w:rsidRPr="00F54F5A" w:rsidRDefault="00884DFA"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211C7FEB" w14:textId="77777777" w:rsidR="00884DFA" w:rsidRPr="00F54F5A" w:rsidRDefault="00884DFA"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5D642A2B" w14:textId="77777777" w:rsidR="00884DFA" w:rsidRPr="00F54F5A" w:rsidRDefault="00884DFA" w:rsidP="00F54F5A">
            <w:pPr>
              <w:spacing w:after="0" w:line="240" w:lineRule="auto"/>
              <w:jc w:val="center"/>
              <w:rPr>
                <w:rFonts w:cs="Times New Roman"/>
                <w:sz w:val="24"/>
              </w:rPr>
            </w:pPr>
          </w:p>
        </w:tc>
      </w:tr>
    </w:tbl>
    <w:p w14:paraId="6D7BFBEC" w14:textId="77777777" w:rsidR="00884DFA" w:rsidRPr="00F54F5A" w:rsidRDefault="00436074" w:rsidP="00CA634C">
      <w:pPr>
        <w:spacing w:before="120" w:after="0" w:line="240" w:lineRule="auto"/>
        <w:rPr>
          <w:rFonts w:cs="Times New Roman"/>
          <w:sz w:val="26"/>
        </w:rPr>
      </w:pPr>
      <w:r w:rsidRPr="00F54F5A">
        <w:rPr>
          <w:rFonts w:eastAsia="Times New Roman" w:cs="Times New Roman"/>
          <w:b/>
          <w:i/>
          <w:sz w:val="26"/>
        </w:rPr>
        <w:t>Ghi chú:</w:t>
      </w:r>
    </w:p>
    <w:p w14:paraId="487C757C" w14:textId="77777777" w:rsidR="00884DFA" w:rsidRPr="00F54F5A" w:rsidRDefault="00436074" w:rsidP="00CA634C">
      <w:pPr>
        <w:spacing w:before="120" w:after="0" w:line="240" w:lineRule="auto"/>
        <w:ind w:left="283" w:hanging="227"/>
        <w:rPr>
          <w:rFonts w:cs="Times New Roman"/>
          <w:sz w:val="26"/>
        </w:rPr>
      </w:pPr>
      <w:r w:rsidRPr="00F54F5A">
        <w:rPr>
          <w:rFonts w:eastAsia="Times New Roman" w:cs="Times New Roman"/>
          <w:i/>
          <w:sz w:val="26"/>
        </w:rPr>
        <w:t>- “Tại cơ sở KBCB” gồm người bệnh điều trị tại cơ sở khám bệnh, chữa bệnh; “tại nhà/cộng đồng” gồm người bệnh được quản lý tại nhà hoặc trường hợp xảy ra tại cộng đồng.</w:t>
      </w:r>
    </w:p>
    <w:p w14:paraId="69B3ED7C" w14:textId="5083BDBF" w:rsidR="00884DFA" w:rsidRPr="00F54F5A" w:rsidRDefault="00436074" w:rsidP="00CA634C">
      <w:pPr>
        <w:spacing w:before="120" w:after="0" w:line="240" w:lineRule="auto"/>
        <w:ind w:left="283" w:hanging="227"/>
        <w:rPr>
          <w:rFonts w:cs="Times New Roman"/>
          <w:sz w:val="26"/>
        </w:rPr>
      </w:pPr>
      <w:r w:rsidRPr="00F54F5A">
        <w:rPr>
          <w:rFonts w:eastAsia="Times New Roman" w:cs="Times New Roman"/>
          <w:i/>
          <w:sz w:val="26"/>
        </w:rPr>
        <w:t xml:space="preserve">- Trạm Y tế tổng hợp báo cáo của các cơ sở khám bệnh, chữa bệnh và số liệu xác minh tại cộng đồng; đối chiếu theo địa chỉ </w:t>
      </w:r>
      <w:r w:rsidR="00583457" w:rsidRPr="00F54F5A">
        <w:rPr>
          <w:rFonts w:eastAsia="Times New Roman" w:cs="Times New Roman"/>
          <w:i/>
          <w:sz w:val="26"/>
        </w:rPr>
        <w:t>cư</w:t>
      </w:r>
      <w:r w:rsidR="00583457" w:rsidRPr="00F54F5A">
        <w:rPr>
          <w:rFonts w:eastAsia="Times New Roman" w:cs="Times New Roman"/>
          <w:i/>
          <w:sz w:val="26"/>
          <w:lang w:val="vi-VN"/>
        </w:rPr>
        <w:t xml:space="preserve"> </w:t>
      </w:r>
      <w:r w:rsidRPr="00F54F5A">
        <w:rPr>
          <w:rFonts w:eastAsia="Times New Roman" w:cs="Times New Roman"/>
          <w:i/>
          <w:sz w:val="26"/>
        </w:rPr>
        <w:t>trú để loại trừ trùng lặp.</w:t>
      </w:r>
    </w:p>
    <w:p w14:paraId="4CC6409A" w14:textId="77777777" w:rsidR="00884DFA" w:rsidRPr="00F54F5A" w:rsidRDefault="00436074" w:rsidP="00CA634C">
      <w:pPr>
        <w:spacing w:before="120" w:after="0" w:line="240" w:lineRule="auto"/>
        <w:ind w:left="283" w:hanging="227"/>
        <w:rPr>
          <w:rFonts w:cs="Times New Roman"/>
          <w:sz w:val="26"/>
        </w:rPr>
      </w:pPr>
      <w:r w:rsidRPr="00F54F5A">
        <w:rPr>
          <w:rFonts w:eastAsia="Times New Roman" w:cs="Times New Roman"/>
          <w:i/>
          <w:sz w:val="26"/>
        </w:rPr>
        <w:t>- Ô không phát sinh ghi “0”; ô không áp dụng ghi “X”.</w:t>
      </w:r>
    </w:p>
    <w:tbl>
      <w:tblPr>
        <w:tblW w:w="16388" w:type="dxa"/>
        <w:tblLayout w:type="fixed"/>
        <w:tblLook w:val="0400" w:firstRow="0" w:lastRow="0" w:firstColumn="0" w:lastColumn="0" w:noHBand="0" w:noVBand="1"/>
      </w:tblPr>
      <w:tblGrid>
        <w:gridCol w:w="2835"/>
        <w:gridCol w:w="6521"/>
        <w:gridCol w:w="7032"/>
      </w:tblGrid>
      <w:tr w:rsidR="00911EE3" w:rsidRPr="004F4045" w14:paraId="2B94CCE8" w14:textId="77777777" w:rsidTr="00822608">
        <w:tc>
          <w:tcPr>
            <w:tcW w:w="2835" w:type="dxa"/>
          </w:tcPr>
          <w:p w14:paraId="27508DFC" w14:textId="77777777" w:rsidR="00911EE3" w:rsidRPr="004F4045" w:rsidRDefault="00911EE3" w:rsidP="00911EE3">
            <w:pPr>
              <w:spacing w:before="60" w:after="0" w:line="240" w:lineRule="auto"/>
            </w:pPr>
            <w:r w:rsidRPr="004F4045">
              <w:rPr>
                <w:b/>
                <w:bCs/>
                <w:i/>
                <w:iCs/>
              </w:rPr>
              <w:t>Nơi nhận:</w:t>
            </w:r>
          </w:p>
          <w:p w14:paraId="5863CC58" w14:textId="559F6898" w:rsidR="00911EE3" w:rsidRPr="004F4045" w:rsidRDefault="00911EE3" w:rsidP="00911EE3">
            <w:pPr>
              <w:spacing w:before="60" w:after="0" w:line="240" w:lineRule="auto"/>
            </w:pPr>
            <w:r w:rsidRPr="004F4045">
              <w:t xml:space="preserve">- </w:t>
            </w:r>
            <w:r w:rsidR="00063E5F" w:rsidRPr="00A3519B">
              <w:t>Ban Chỉ huy Phòng thủ dân sự cấp xã</w:t>
            </w:r>
            <w:r w:rsidR="00063E5F" w:rsidRPr="004F4045">
              <w:rPr>
                <w:sz w:val="26"/>
                <w:szCs w:val="26"/>
              </w:rPr>
              <w:t xml:space="preserve"> </w:t>
            </w:r>
            <w:r w:rsidRPr="004F4045">
              <w:rPr>
                <w:sz w:val="26"/>
                <w:szCs w:val="26"/>
              </w:rPr>
              <w:t>….</w:t>
            </w:r>
            <w:r w:rsidRPr="004F4045">
              <w:rPr>
                <w:sz w:val="26"/>
                <w:szCs w:val="26"/>
                <w:vertAlign w:val="superscript"/>
              </w:rPr>
              <w:t>(1)</w:t>
            </w:r>
            <w:r w:rsidRPr="004F4045">
              <w:rPr>
                <w:sz w:val="26"/>
                <w:szCs w:val="26"/>
              </w:rPr>
              <w:t>….</w:t>
            </w:r>
            <w:r w:rsidRPr="004F4045">
              <w:t>;</w:t>
            </w:r>
          </w:p>
          <w:p w14:paraId="07A336F8" w14:textId="77777777" w:rsidR="00911EE3" w:rsidRPr="004F4045" w:rsidRDefault="00911EE3" w:rsidP="00911EE3">
            <w:pPr>
              <w:spacing w:before="60" w:after="0" w:line="240" w:lineRule="auto"/>
            </w:pPr>
            <w:r w:rsidRPr="004F4045">
              <w:t xml:space="preserve">- Sở Y tế </w:t>
            </w:r>
            <w:r w:rsidRPr="004F4045">
              <w:rPr>
                <w:sz w:val="26"/>
                <w:szCs w:val="26"/>
              </w:rPr>
              <w:t>…</w:t>
            </w:r>
            <w:r w:rsidRPr="004F4045">
              <w:t>;</w:t>
            </w:r>
          </w:p>
          <w:p w14:paraId="1B808A42" w14:textId="77777777" w:rsidR="00911EE3" w:rsidRPr="004F4045" w:rsidRDefault="00911EE3" w:rsidP="00911EE3">
            <w:pPr>
              <w:spacing w:before="60" w:after="0" w:line="240" w:lineRule="auto"/>
            </w:pPr>
            <w:r w:rsidRPr="004F4045">
              <w:t>- TTKSBT</w:t>
            </w:r>
            <w:r w:rsidRPr="004F4045">
              <w:rPr>
                <w:sz w:val="26"/>
                <w:szCs w:val="26"/>
              </w:rPr>
              <w:t>….</w:t>
            </w:r>
            <w:r w:rsidRPr="004F4045">
              <w:t>;</w:t>
            </w:r>
          </w:p>
          <w:p w14:paraId="2D44C85D" w14:textId="77777777" w:rsidR="00911EE3" w:rsidRPr="004F4045" w:rsidRDefault="00911EE3" w:rsidP="00911EE3">
            <w:pPr>
              <w:spacing w:before="60" w:after="0" w:line="240" w:lineRule="auto"/>
            </w:pPr>
            <w:r w:rsidRPr="004F4045">
              <w:t>- …..;</w:t>
            </w:r>
          </w:p>
          <w:p w14:paraId="42C76F14" w14:textId="77777777" w:rsidR="00911EE3" w:rsidRPr="004F4045" w:rsidRDefault="00911EE3" w:rsidP="00911EE3">
            <w:pPr>
              <w:spacing w:before="60" w:after="0" w:line="240" w:lineRule="auto"/>
            </w:pPr>
            <w:r w:rsidRPr="004F4045">
              <w:t>- Lưu: VT, … .</w:t>
            </w:r>
          </w:p>
        </w:tc>
        <w:tc>
          <w:tcPr>
            <w:tcW w:w="6521" w:type="dxa"/>
          </w:tcPr>
          <w:p w14:paraId="77FD1D31" w14:textId="77777777" w:rsidR="00911EE3" w:rsidRPr="004F4045" w:rsidRDefault="00911EE3" w:rsidP="004059D6"/>
        </w:tc>
        <w:tc>
          <w:tcPr>
            <w:tcW w:w="7032" w:type="dxa"/>
          </w:tcPr>
          <w:p w14:paraId="4455D337" w14:textId="77777777" w:rsidR="00911EE3" w:rsidRPr="00161C10" w:rsidRDefault="00911EE3" w:rsidP="00164964">
            <w:pPr>
              <w:rPr>
                <w:b/>
                <w:bCs/>
                <w:sz w:val="26"/>
                <w:szCs w:val="26"/>
              </w:rPr>
            </w:pPr>
            <w:r w:rsidRPr="00161C10">
              <w:rPr>
                <w:b/>
                <w:bCs/>
                <w:sz w:val="26"/>
                <w:szCs w:val="26"/>
              </w:rPr>
              <w:t>LÃNH ĐẠO ĐƠN VỊ</w:t>
            </w:r>
          </w:p>
        </w:tc>
      </w:tr>
    </w:tbl>
    <w:p w14:paraId="296355FD" w14:textId="5A0278EE" w:rsidR="00FF5368" w:rsidRDefault="00FF5368" w:rsidP="00CA634C">
      <w:pPr>
        <w:tabs>
          <w:tab w:val="center" w:pos="3515"/>
          <w:tab w:val="center" w:pos="11339"/>
        </w:tabs>
        <w:spacing w:before="120" w:after="0" w:line="240" w:lineRule="auto"/>
        <w:rPr>
          <w:rFonts w:eastAsia="Times New Roman" w:cs="Times New Roman"/>
          <w:b/>
          <w:sz w:val="26"/>
        </w:rPr>
      </w:pPr>
    </w:p>
    <w:p w14:paraId="2BE61BDA" w14:textId="77777777" w:rsidR="00FF5368" w:rsidRDefault="00FF5368">
      <w:pPr>
        <w:rPr>
          <w:rFonts w:eastAsia="Times New Roman" w:cs="Times New Roman"/>
          <w:b/>
          <w:sz w:val="26"/>
        </w:rPr>
      </w:pPr>
      <w:r>
        <w:rPr>
          <w:rFonts w:eastAsia="Times New Roman" w:cs="Times New Roman"/>
          <w:b/>
          <w:sz w:val="26"/>
        </w:rPr>
        <w:br w:type="page"/>
      </w:r>
    </w:p>
    <w:p w14:paraId="2F2ED6D1" w14:textId="7B8E9E7F" w:rsidR="009F0135" w:rsidRPr="00F54F5A" w:rsidRDefault="009F0135" w:rsidP="00CA634C">
      <w:pPr>
        <w:tabs>
          <w:tab w:val="center" w:pos="3515"/>
          <w:tab w:val="center" w:pos="11339"/>
        </w:tabs>
        <w:spacing w:before="120" w:after="0" w:line="240" w:lineRule="auto"/>
        <w:jc w:val="right"/>
        <w:rPr>
          <w:rFonts w:cs="Times New Roman"/>
          <w:sz w:val="26"/>
        </w:rPr>
      </w:pPr>
      <w:r w:rsidRPr="00F54F5A">
        <w:rPr>
          <w:rFonts w:eastAsia="Times New Roman" w:cs="Times New Roman"/>
          <w:b/>
          <w:sz w:val="26"/>
        </w:rPr>
        <w:lastRenderedPageBreak/>
        <w:t xml:space="preserve">Mẫu số </w:t>
      </w:r>
      <w:r w:rsidR="006269E7" w:rsidRPr="00F54F5A">
        <w:rPr>
          <w:rFonts w:eastAsia="Times New Roman" w:cs="Times New Roman"/>
          <w:b/>
          <w:sz w:val="26"/>
        </w:rPr>
        <w:t>03</w:t>
      </w:r>
    </w:p>
    <w:tbl>
      <w:tblPr>
        <w:tblW w:w="14280" w:type="dxa"/>
        <w:jc w:val="center"/>
        <w:tblBorders>
          <w:top w:val="nil"/>
          <w:left w:val="nil"/>
          <w:bottom w:val="nil"/>
          <w:right w:val="nil"/>
          <w:insideH w:val="nil"/>
          <w:insideV w:val="nil"/>
        </w:tblBorders>
        <w:tblLayout w:type="fixed"/>
        <w:tblLook w:val="04A0" w:firstRow="1" w:lastRow="0" w:firstColumn="1" w:lastColumn="0" w:noHBand="0" w:noVBand="1"/>
      </w:tblPr>
      <w:tblGrid>
        <w:gridCol w:w="6708"/>
        <w:gridCol w:w="7572"/>
      </w:tblGrid>
      <w:tr w:rsidR="009F0135" w:rsidRPr="00F54F5A" w14:paraId="2413AC44" w14:textId="77777777" w:rsidTr="00F54F5A">
        <w:trPr>
          <w:jc w:val="center"/>
        </w:trPr>
        <w:tc>
          <w:tcPr>
            <w:tcW w:w="7030" w:type="dxa"/>
            <w:tcMar>
              <w:top w:w="50" w:type="dxa"/>
              <w:left w:w="60" w:type="dxa"/>
              <w:bottom w:w="50" w:type="dxa"/>
              <w:right w:w="60" w:type="dxa"/>
            </w:tcMar>
            <w:vAlign w:val="center"/>
          </w:tcPr>
          <w:p w14:paraId="32F3EA84" w14:textId="77777777" w:rsidR="009F0135" w:rsidRPr="00F54F5A" w:rsidRDefault="009F0135" w:rsidP="00F54F5A">
            <w:pPr>
              <w:spacing w:after="0" w:line="240" w:lineRule="auto"/>
              <w:jc w:val="center"/>
              <w:rPr>
                <w:rFonts w:cs="Times New Roman"/>
                <w:sz w:val="24"/>
              </w:rPr>
            </w:pPr>
            <w:r w:rsidRPr="00F54F5A">
              <w:rPr>
                <w:rFonts w:eastAsia="Times New Roman" w:cs="Times New Roman"/>
                <w:sz w:val="24"/>
              </w:rPr>
              <w:t>ỦY BAN NHÂN DÂN TỈNH/THÀNH PHỐ ....</w:t>
            </w:r>
          </w:p>
          <w:p w14:paraId="52789495" w14:textId="77777777" w:rsidR="009F0135" w:rsidRPr="00F54F5A" w:rsidRDefault="009F0135" w:rsidP="00F54F5A">
            <w:pPr>
              <w:spacing w:after="0" w:line="240" w:lineRule="auto"/>
              <w:jc w:val="center"/>
              <w:rPr>
                <w:rFonts w:cs="Times New Roman"/>
                <w:b/>
                <w:sz w:val="24"/>
              </w:rPr>
            </w:pPr>
            <w:r w:rsidRPr="00F54F5A">
              <w:rPr>
                <w:rFonts w:eastAsia="Times New Roman" w:cs="Times New Roman"/>
                <w:b/>
                <w:sz w:val="24"/>
              </w:rPr>
              <w:t>SỞ Y TẾ</w:t>
            </w:r>
          </w:p>
        </w:tc>
        <w:tc>
          <w:tcPr>
            <w:tcW w:w="7937" w:type="dxa"/>
            <w:tcMar>
              <w:top w:w="50" w:type="dxa"/>
              <w:left w:w="60" w:type="dxa"/>
              <w:bottom w:w="50" w:type="dxa"/>
              <w:right w:w="60" w:type="dxa"/>
            </w:tcMar>
            <w:vAlign w:val="center"/>
          </w:tcPr>
          <w:p w14:paraId="76E8EEAB" w14:textId="621A89F3"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CỘNG HÒA XÃ HỘI CHỦ NGHĨA VIỆT NAM</w:t>
            </w:r>
          </w:p>
          <w:p w14:paraId="61190E74" w14:textId="77777777" w:rsidR="009F0135" w:rsidRPr="00F54F5A" w:rsidRDefault="009F0135" w:rsidP="00F54F5A">
            <w:pPr>
              <w:spacing w:after="0" w:line="240" w:lineRule="auto"/>
              <w:jc w:val="center"/>
              <w:rPr>
                <w:rFonts w:cs="Times New Roman"/>
                <w:b/>
                <w:sz w:val="26"/>
              </w:rPr>
            </w:pPr>
            <w:r w:rsidRPr="00F54F5A">
              <w:rPr>
                <w:rFonts w:eastAsia="Times New Roman" w:cs="Times New Roman"/>
                <w:b/>
                <w:sz w:val="26"/>
              </w:rPr>
              <w:t>Độc lập - Tự do - Hạnh phúc</w:t>
            </w:r>
          </w:p>
          <w:p w14:paraId="194C6D8E" w14:textId="743CD79A" w:rsidR="009F0135" w:rsidRPr="00BF1258" w:rsidRDefault="00BF1258" w:rsidP="00BF1258">
            <w:pPr>
              <w:spacing w:after="0" w:line="240" w:lineRule="auto"/>
              <w:jc w:val="center"/>
              <w:rPr>
                <w:rFonts w:cs="Times New Roman"/>
                <w:sz w:val="26"/>
                <w:u w:val="single"/>
              </w:rPr>
            </w:pPr>
            <w:r w:rsidRPr="00BF1258">
              <w:rPr>
                <w:rFonts w:eastAsia="Times New Roman" w:cs="Times New Roman"/>
                <w:sz w:val="26"/>
                <w:u w:val="single"/>
              </w:rPr>
              <w:t>                                                </w:t>
            </w:r>
          </w:p>
        </w:tc>
      </w:tr>
    </w:tbl>
    <w:p w14:paraId="21C471B7" w14:textId="77777777" w:rsidR="009F0135" w:rsidRPr="00F54F5A" w:rsidRDefault="009F0135" w:rsidP="00CA634C">
      <w:pPr>
        <w:spacing w:before="120" w:after="0" w:line="240" w:lineRule="auto"/>
        <w:jc w:val="center"/>
        <w:rPr>
          <w:rFonts w:cs="Times New Roman"/>
          <w:sz w:val="28"/>
        </w:rPr>
      </w:pPr>
      <w:r w:rsidRPr="00F54F5A">
        <w:rPr>
          <w:rFonts w:eastAsia="Times New Roman" w:cs="Times New Roman"/>
          <w:b/>
          <w:sz w:val="28"/>
        </w:rPr>
        <w:t>BÁO CÁO NGÀY THIỆT HẠI VỀ Y TẾ DO DỊCH BỆNH GÂY RA</w:t>
      </w:r>
    </w:p>
    <w:p w14:paraId="084B3820" w14:textId="77777777" w:rsidR="009F0135" w:rsidRPr="00F54F5A" w:rsidRDefault="009F0135" w:rsidP="00CA634C">
      <w:pPr>
        <w:spacing w:before="120" w:after="0" w:line="240" w:lineRule="auto"/>
        <w:jc w:val="center"/>
        <w:rPr>
          <w:rFonts w:cs="Times New Roman"/>
          <w:sz w:val="26"/>
        </w:rPr>
      </w:pPr>
      <w:r w:rsidRPr="00F54F5A">
        <w:rPr>
          <w:rFonts w:eastAsia="Times New Roman" w:cs="Times New Roman"/>
          <w:b/>
          <w:i/>
          <w:sz w:val="26"/>
        </w:rPr>
        <w:t>Dùng cho Sở Y tế</w:t>
      </w:r>
    </w:p>
    <w:p w14:paraId="48B4D168" w14:textId="0A819986" w:rsidR="009F0135" w:rsidRPr="00F54F5A" w:rsidRDefault="009F0135" w:rsidP="00CA634C">
      <w:pPr>
        <w:tabs>
          <w:tab w:val="left" w:leader="dot" w:pos="13608"/>
        </w:tabs>
        <w:spacing w:before="120" w:after="0" w:line="240" w:lineRule="auto"/>
        <w:ind w:firstLine="567"/>
        <w:rPr>
          <w:rFonts w:cs="Times New Roman"/>
          <w:sz w:val="26"/>
        </w:rPr>
      </w:pPr>
      <w:r w:rsidRPr="00F54F5A">
        <w:rPr>
          <w:rFonts w:eastAsia="Times New Roman" w:cs="Times New Roman"/>
          <w:b/>
          <w:sz w:val="26"/>
        </w:rPr>
        <w:t>1. Tên dịch bệnh:</w:t>
      </w:r>
      <w:r w:rsidR="004B347E" w:rsidRPr="00275E10">
        <w:rPr>
          <w:rFonts w:eastAsia="Times New Roman" w:cs="Times New Roman"/>
          <w:bCs/>
          <w:sz w:val="26"/>
        </w:rPr>
        <w:tab/>
      </w:r>
    </w:p>
    <w:p w14:paraId="5BD25BF2" w14:textId="66453184" w:rsidR="009F0135" w:rsidRPr="00F54F5A" w:rsidRDefault="009F0135" w:rsidP="00CA634C">
      <w:pPr>
        <w:tabs>
          <w:tab w:val="left" w:leader="dot" w:pos="13608"/>
        </w:tabs>
        <w:spacing w:before="120" w:after="0" w:line="240" w:lineRule="auto"/>
        <w:ind w:firstLine="567"/>
        <w:rPr>
          <w:rFonts w:cs="Times New Roman"/>
          <w:sz w:val="26"/>
        </w:rPr>
      </w:pPr>
      <w:r w:rsidRPr="00F54F5A">
        <w:rPr>
          <w:rFonts w:eastAsia="Times New Roman" w:cs="Times New Roman"/>
          <w:b/>
          <w:sz w:val="26"/>
        </w:rPr>
        <w:t xml:space="preserve">2. Cấp độ phòng thủ dân sự về dịch bệnh: </w:t>
      </w:r>
      <w:r w:rsidR="004B347E">
        <w:rPr>
          <w:rFonts w:eastAsia="Times New Roman" w:cs="Times New Roman"/>
          <w:sz w:val="26"/>
        </w:rPr>
        <w:tab/>
      </w:r>
    </w:p>
    <w:p w14:paraId="301E3299" w14:textId="3F7A6743" w:rsidR="009F0135" w:rsidRPr="00F54F5A" w:rsidRDefault="009F0135" w:rsidP="00CA634C">
      <w:pPr>
        <w:tabs>
          <w:tab w:val="left" w:leader="dot" w:pos="13608"/>
        </w:tabs>
        <w:spacing w:before="120" w:after="0" w:line="240" w:lineRule="auto"/>
        <w:ind w:firstLine="567"/>
        <w:rPr>
          <w:rFonts w:cs="Times New Roman"/>
          <w:sz w:val="26"/>
        </w:rPr>
      </w:pPr>
      <w:r w:rsidRPr="00F54F5A">
        <w:rPr>
          <w:rFonts w:eastAsia="Times New Roman" w:cs="Times New Roman"/>
          <w:b/>
          <w:sz w:val="26"/>
        </w:rPr>
        <w:t xml:space="preserve">3. Địa bàn tổng hợp: tỉnh/thành phố: </w:t>
      </w:r>
      <w:r w:rsidR="004B347E">
        <w:rPr>
          <w:rFonts w:eastAsia="Times New Roman" w:cs="Times New Roman"/>
          <w:sz w:val="26"/>
        </w:rPr>
        <w:tab/>
      </w:r>
    </w:p>
    <w:p w14:paraId="1187EFB3" w14:textId="65C1709F" w:rsidR="009F0135" w:rsidRPr="00F54F5A" w:rsidRDefault="009F0135" w:rsidP="00CA634C">
      <w:pPr>
        <w:tabs>
          <w:tab w:val="left" w:leader="dot" w:pos="13608"/>
        </w:tabs>
        <w:spacing w:before="120" w:after="0" w:line="240" w:lineRule="auto"/>
        <w:ind w:firstLine="567"/>
        <w:rPr>
          <w:rFonts w:cs="Times New Roman"/>
          <w:sz w:val="26"/>
          <w:lang w:val="vi-VN"/>
        </w:rPr>
      </w:pPr>
      <w:r w:rsidRPr="00F54F5A">
        <w:rPr>
          <w:rFonts w:eastAsia="Times New Roman" w:cs="Times New Roman"/>
          <w:b/>
          <w:sz w:val="26"/>
        </w:rPr>
        <w:t>4. Khoảng</w:t>
      </w:r>
      <w:r w:rsidRPr="00F54F5A">
        <w:rPr>
          <w:rFonts w:eastAsia="Times New Roman" w:cs="Times New Roman"/>
          <w:b/>
          <w:sz w:val="26"/>
          <w:lang w:val="vi-VN"/>
        </w:rPr>
        <w:t xml:space="preserve"> thời gian </w:t>
      </w:r>
      <w:r w:rsidRPr="00F54F5A">
        <w:rPr>
          <w:rFonts w:eastAsia="Times New Roman" w:cs="Times New Roman"/>
          <w:b/>
          <w:sz w:val="26"/>
        </w:rPr>
        <w:t>báo cáo</w:t>
      </w:r>
      <w:r w:rsidRPr="00F54F5A">
        <w:rPr>
          <w:rFonts w:eastAsia="Times New Roman" w:cs="Times New Roman"/>
          <w:b/>
          <w:sz w:val="26"/>
          <w:lang w:val="vi-VN"/>
        </w:rPr>
        <w:t xml:space="preserve"> số liệu </w:t>
      </w:r>
      <w:r w:rsidRPr="00F54F5A">
        <w:rPr>
          <w:rFonts w:eastAsia="Times New Roman" w:cs="Times New Roman"/>
          <w:b/>
          <w:sz w:val="26"/>
        </w:rPr>
        <w:t>: từ 17 giờ ngày ....../....../20.... đến 17 giờ ngày ....../....../20</w:t>
      </w:r>
      <w:r w:rsidRPr="00275E10">
        <w:rPr>
          <w:rFonts w:eastAsia="Times New Roman" w:cs="Times New Roman"/>
          <w:bCs/>
          <w:sz w:val="26"/>
        </w:rPr>
        <w:t>..</w:t>
      </w:r>
      <w:r w:rsidR="004B347E" w:rsidRPr="00275E10">
        <w:rPr>
          <w:rFonts w:eastAsia="Times New Roman" w:cs="Times New Roman"/>
          <w:bCs/>
          <w:sz w:val="26"/>
        </w:rPr>
        <w:tab/>
      </w:r>
    </w:p>
    <w:p w14:paraId="270370E2" w14:textId="1A8FB77D" w:rsidR="009F0135" w:rsidRPr="00F54F5A" w:rsidRDefault="009F0135" w:rsidP="00CA634C">
      <w:pPr>
        <w:tabs>
          <w:tab w:val="left" w:leader="dot" w:pos="13608"/>
        </w:tabs>
        <w:spacing w:before="120" w:after="0" w:line="240" w:lineRule="auto"/>
        <w:ind w:firstLine="567"/>
        <w:rPr>
          <w:rFonts w:cs="Times New Roman"/>
          <w:sz w:val="26"/>
        </w:rPr>
      </w:pPr>
      <w:r w:rsidRPr="00F54F5A">
        <w:rPr>
          <w:rFonts w:eastAsia="Times New Roman" w:cs="Times New Roman"/>
          <w:b/>
          <w:sz w:val="26"/>
          <w:lang w:val="vi-VN"/>
        </w:rPr>
        <w:t>5</w:t>
      </w:r>
      <w:r w:rsidRPr="00F54F5A">
        <w:rPr>
          <w:rFonts w:eastAsia="Times New Roman" w:cs="Times New Roman"/>
          <w:b/>
          <w:sz w:val="26"/>
        </w:rPr>
        <w:t>. Tình trạng số liệu: □ Ước</w:t>
      </w:r>
      <w:r w:rsidRPr="00F54F5A">
        <w:rPr>
          <w:rFonts w:eastAsia="Times New Roman" w:cs="Times New Roman"/>
          <w:b/>
          <w:sz w:val="26"/>
          <w:lang w:val="vi-VN"/>
        </w:rPr>
        <w:t xml:space="preserve"> tính</w:t>
      </w:r>
      <w:r w:rsidR="004B347E">
        <w:rPr>
          <w:rFonts w:eastAsia="Times New Roman" w:cs="Times New Roman"/>
          <w:b/>
          <w:sz w:val="26"/>
        </w:rPr>
        <w:t xml:space="preserve"> </w:t>
      </w:r>
      <w:r w:rsidRPr="00F54F5A">
        <w:rPr>
          <w:rFonts w:eastAsia="Times New Roman" w:cs="Times New Roman"/>
          <w:b/>
          <w:sz w:val="26"/>
        </w:rPr>
        <w:t>□ Cập nhật/điều chỉnh</w:t>
      </w:r>
      <w:r w:rsidRPr="00F54F5A">
        <w:rPr>
          <w:rFonts w:eastAsia="Times New Roman" w:cs="Times New Roman"/>
          <w:sz w:val="26"/>
        </w:rPr>
        <w:t>..........................................................................................................</w:t>
      </w:r>
    </w:p>
    <w:p w14:paraId="4A0E532F" w14:textId="77777777" w:rsidR="009F0135" w:rsidRPr="00F54F5A" w:rsidRDefault="009F0135" w:rsidP="00CA634C">
      <w:pPr>
        <w:keepNext/>
        <w:spacing w:before="120" w:after="0" w:line="240" w:lineRule="auto"/>
        <w:rPr>
          <w:rFonts w:cs="Times New Roman"/>
          <w:sz w:val="26"/>
        </w:rPr>
      </w:pPr>
      <w:r w:rsidRPr="00F54F5A">
        <w:rPr>
          <w:rFonts w:eastAsia="Times New Roman" w:cs="Times New Roman"/>
          <w:b/>
          <w:sz w:val="26"/>
        </w:rPr>
        <w:t>I. TÌNH HÌNH BÁO CÁO</w:t>
      </w:r>
    </w:p>
    <w:tbl>
      <w:tblPr>
        <w:tblW w:w="142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05"/>
        <w:gridCol w:w="8471"/>
        <w:gridCol w:w="2421"/>
        <w:gridCol w:w="2783"/>
      </w:tblGrid>
      <w:tr w:rsidR="009F0135" w:rsidRPr="00F54F5A" w14:paraId="012EC630" w14:textId="77777777" w:rsidTr="00F54F5A">
        <w:trPr>
          <w:cantSplit/>
          <w:tblHeader/>
          <w:jc w:val="center"/>
        </w:trPr>
        <w:tc>
          <w:tcPr>
            <w:tcW w:w="567" w:type="dxa"/>
            <w:shd w:val="clear" w:color="auto" w:fill="E7E6E6"/>
            <w:tcMar>
              <w:top w:w="50" w:type="dxa"/>
              <w:left w:w="60" w:type="dxa"/>
              <w:bottom w:w="50" w:type="dxa"/>
              <w:right w:w="60" w:type="dxa"/>
            </w:tcMar>
            <w:vAlign w:val="center"/>
          </w:tcPr>
          <w:p w14:paraId="229A1E0C"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TT</w:t>
            </w:r>
          </w:p>
        </w:tc>
        <w:tc>
          <w:tcPr>
            <w:tcW w:w="7937" w:type="dxa"/>
            <w:shd w:val="clear" w:color="auto" w:fill="E7E6E6"/>
            <w:tcMar>
              <w:top w:w="50" w:type="dxa"/>
              <w:left w:w="60" w:type="dxa"/>
              <w:bottom w:w="50" w:type="dxa"/>
              <w:right w:w="60" w:type="dxa"/>
            </w:tcMar>
            <w:vAlign w:val="center"/>
          </w:tcPr>
          <w:p w14:paraId="0D7F8263"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Nội dung</w:t>
            </w:r>
          </w:p>
        </w:tc>
        <w:tc>
          <w:tcPr>
            <w:tcW w:w="2268" w:type="dxa"/>
            <w:shd w:val="clear" w:color="auto" w:fill="E7E6E6"/>
            <w:tcMar>
              <w:top w:w="50" w:type="dxa"/>
              <w:left w:w="60" w:type="dxa"/>
              <w:bottom w:w="50" w:type="dxa"/>
              <w:right w:w="60" w:type="dxa"/>
            </w:tcMar>
            <w:vAlign w:val="center"/>
          </w:tcPr>
          <w:p w14:paraId="6FB9C323"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Số lượng</w:t>
            </w:r>
          </w:p>
        </w:tc>
        <w:tc>
          <w:tcPr>
            <w:tcW w:w="2608" w:type="dxa"/>
            <w:shd w:val="clear" w:color="auto" w:fill="E7E6E6"/>
            <w:tcMar>
              <w:top w:w="50" w:type="dxa"/>
              <w:left w:w="60" w:type="dxa"/>
              <w:bottom w:w="50" w:type="dxa"/>
              <w:right w:w="60" w:type="dxa"/>
            </w:tcMar>
            <w:vAlign w:val="center"/>
          </w:tcPr>
          <w:p w14:paraId="4480183D"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Tỷ lệ/Ghi chú</w:t>
            </w:r>
          </w:p>
        </w:tc>
      </w:tr>
      <w:tr w:rsidR="009F0135" w:rsidRPr="00F54F5A" w14:paraId="522D03D9" w14:textId="77777777" w:rsidTr="00F54F5A">
        <w:trPr>
          <w:cantSplit/>
          <w:jc w:val="center"/>
        </w:trPr>
        <w:tc>
          <w:tcPr>
            <w:tcW w:w="567" w:type="dxa"/>
            <w:tcMar>
              <w:top w:w="50" w:type="dxa"/>
              <w:left w:w="60" w:type="dxa"/>
              <w:bottom w:w="50" w:type="dxa"/>
              <w:right w:w="60" w:type="dxa"/>
            </w:tcMar>
            <w:vAlign w:val="center"/>
          </w:tcPr>
          <w:p w14:paraId="7A75D3BC" w14:textId="77777777" w:rsidR="009F0135" w:rsidRPr="00F54F5A" w:rsidRDefault="009F0135" w:rsidP="00F54F5A">
            <w:pPr>
              <w:spacing w:after="0" w:line="240" w:lineRule="auto"/>
              <w:jc w:val="center"/>
              <w:rPr>
                <w:rFonts w:cs="Times New Roman"/>
                <w:sz w:val="24"/>
              </w:rPr>
            </w:pPr>
            <w:r w:rsidRPr="00F54F5A">
              <w:rPr>
                <w:rFonts w:eastAsia="Times New Roman" w:cs="Times New Roman"/>
                <w:sz w:val="24"/>
              </w:rPr>
              <w:t>1</w:t>
            </w:r>
          </w:p>
        </w:tc>
        <w:tc>
          <w:tcPr>
            <w:tcW w:w="7937" w:type="dxa"/>
            <w:tcMar>
              <w:top w:w="50" w:type="dxa"/>
              <w:left w:w="60" w:type="dxa"/>
              <w:bottom w:w="50" w:type="dxa"/>
              <w:right w:w="60" w:type="dxa"/>
            </w:tcMar>
            <w:vAlign w:val="center"/>
          </w:tcPr>
          <w:p w14:paraId="1548CB43" w14:textId="77777777" w:rsidR="009F0135" w:rsidRPr="00F54F5A" w:rsidRDefault="009F0135" w:rsidP="00F54F5A">
            <w:pPr>
              <w:spacing w:after="0" w:line="240" w:lineRule="auto"/>
              <w:rPr>
                <w:rFonts w:cs="Times New Roman"/>
                <w:sz w:val="24"/>
              </w:rPr>
            </w:pPr>
            <w:r w:rsidRPr="00F54F5A">
              <w:rPr>
                <w:rFonts w:eastAsia="Times New Roman" w:cs="Times New Roman"/>
                <w:sz w:val="24"/>
              </w:rPr>
              <w:t>Số xã/phường/đặc khu bị ảnh hưởng</w:t>
            </w:r>
          </w:p>
        </w:tc>
        <w:tc>
          <w:tcPr>
            <w:tcW w:w="2268" w:type="dxa"/>
            <w:tcMar>
              <w:top w:w="50" w:type="dxa"/>
              <w:left w:w="60" w:type="dxa"/>
              <w:bottom w:w="50" w:type="dxa"/>
              <w:right w:w="60" w:type="dxa"/>
            </w:tcMar>
            <w:vAlign w:val="center"/>
          </w:tcPr>
          <w:p w14:paraId="24AA8103" w14:textId="77777777" w:rsidR="009F0135" w:rsidRPr="00F54F5A" w:rsidRDefault="009F0135" w:rsidP="00F54F5A">
            <w:pPr>
              <w:spacing w:after="0" w:line="240" w:lineRule="auto"/>
              <w:jc w:val="center"/>
              <w:rPr>
                <w:rFonts w:cs="Times New Roman"/>
                <w:sz w:val="24"/>
              </w:rPr>
            </w:pPr>
          </w:p>
        </w:tc>
        <w:tc>
          <w:tcPr>
            <w:tcW w:w="2608" w:type="dxa"/>
            <w:tcMar>
              <w:top w:w="50" w:type="dxa"/>
              <w:left w:w="60" w:type="dxa"/>
              <w:bottom w:w="50" w:type="dxa"/>
              <w:right w:w="60" w:type="dxa"/>
            </w:tcMar>
            <w:vAlign w:val="center"/>
          </w:tcPr>
          <w:p w14:paraId="3C24285B" w14:textId="77777777" w:rsidR="009F0135" w:rsidRPr="00F54F5A" w:rsidRDefault="009F0135" w:rsidP="00F54F5A">
            <w:pPr>
              <w:spacing w:after="0" w:line="240" w:lineRule="auto"/>
              <w:jc w:val="center"/>
              <w:rPr>
                <w:rFonts w:cs="Times New Roman"/>
                <w:sz w:val="24"/>
              </w:rPr>
            </w:pPr>
          </w:p>
        </w:tc>
      </w:tr>
      <w:tr w:rsidR="009F0135" w:rsidRPr="00F54F5A" w14:paraId="455EBD3F" w14:textId="77777777" w:rsidTr="00F54F5A">
        <w:trPr>
          <w:cantSplit/>
          <w:jc w:val="center"/>
        </w:trPr>
        <w:tc>
          <w:tcPr>
            <w:tcW w:w="567" w:type="dxa"/>
            <w:tcMar>
              <w:top w:w="50" w:type="dxa"/>
              <w:left w:w="60" w:type="dxa"/>
              <w:bottom w:w="50" w:type="dxa"/>
              <w:right w:w="60" w:type="dxa"/>
            </w:tcMar>
            <w:vAlign w:val="center"/>
          </w:tcPr>
          <w:p w14:paraId="23F97F0A" w14:textId="77777777" w:rsidR="009F0135" w:rsidRPr="00F54F5A" w:rsidRDefault="009F0135" w:rsidP="00F54F5A">
            <w:pPr>
              <w:spacing w:after="0" w:line="240" w:lineRule="auto"/>
              <w:jc w:val="center"/>
              <w:rPr>
                <w:rFonts w:cs="Times New Roman"/>
                <w:sz w:val="24"/>
              </w:rPr>
            </w:pPr>
            <w:r w:rsidRPr="00F54F5A">
              <w:rPr>
                <w:rFonts w:eastAsia="Times New Roman" w:cs="Times New Roman"/>
                <w:sz w:val="24"/>
              </w:rPr>
              <w:t>2</w:t>
            </w:r>
          </w:p>
        </w:tc>
        <w:tc>
          <w:tcPr>
            <w:tcW w:w="7937" w:type="dxa"/>
            <w:tcMar>
              <w:top w:w="50" w:type="dxa"/>
              <w:left w:w="60" w:type="dxa"/>
              <w:bottom w:w="50" w:type="dxa"/>
              <w:right w:w="60" w:type="dxa"/>
            </w:tcMar>
            <w:vAlign w:val="center"/>
          </w:tcPr>
          <w:p w14:paraId="358B68FE" w14:textId="77777777" w:rsidR="009F0135" w:rsidRPr="00F54F5A" w:rsidRDefault="009F0135" w:rsidP="00F54F5A">
            <w:pPr>
              <w:spacing w:after="0" w:line="240" w:lineRule="auto"/>
              <w:rPr>
                <w:rFonts w:cs="Times New Roman"/>
                <w:sz w:val="24"/>
              </w:rPr>
            </w:pPr>
            <w:r w:rsidRPr="00F54F5A">
              <w:rPr>
                <w:rFonts w:eastAsia="Times New Roman" w:cs="Times New Roman"/>
                <w:sz w:val="24"/>
              </w:rPr>
              <w:t>Số xã/phường/đặc khu đã gửi báo cáo</w:t>
            </w:r>
          </w:p>
        </w:tc>
        <w:tc>
          <w:tcPr>
            <w:tcW w:w="2268" w:type="dxa"/>
            <w:tcMar>
              <w:top w:w="50" w:type="dxa"/>
              <w:left w:w="60" w:type="dxa"/>
              <w:bottom w:w="50" w:type="dxa"/>
              <w:right w:w="60" w:type="dxa"/>
            </w:tcMar>
            <w:vAlign w:val="center"/>
          </w:tcPr>
          <w:p w14:paraId="4047A141" w14:textId="77777777" w:rsidR="009F0135" w:rsidRPr="00F54F5A" w:rsidRDefault="009F0135" w:rsidP="00F54F5A">
            <w:pPr>
              <w:spacing w:after="0" w:line="240" w:lineRule="auto"/>
              <w:jc w:val="center"/>
              <w:rPr>
                <w:rFonts w:cs="Times New Roman"/>
                <w:sz w:val="24"/>
              </w:rPr>
            </w:pPr>
          </w:p>
        </w:tc>
        <w:tc>
          <w:tcPr>
            <w:tcW w:w="2608" w:type="dxa"/>
            <w:tcMar>
              <w:top w:w="50" w:type="dxa"/>
              <w:left w:w="60" w:type="dxa"/>
              <w:bottom w:w="50" w:type="dxa"/>
              <w:right w:w="60" w:type="dxa"/>
            </w:tcMar>
            <w:vAlign w:val="center"/>
          </w:tcPr>
          <w:p w14:paraId="1702114F" w14:textId="77777777" w:rsidR="009F0135" w:rsidRPr="00F54F5A" w:rsidRDefault="009F0135" w:rsidP="00F54F5A">
            <w:pPr>
              <w:spacing w:after="0" w:line="240" w:lineRule="auto"/>
              <w:jc w:val="center"/>
              <w:rPr>
                <w:rFonts w:cs="Times New Roman"/>
                <w:sz w:val="24"/>
              </w:rPr>
            </w:pPr>
          </w:p>
        </w:tc>
      </w:tr>
    </w:tbl>
    <w:p w14:paraId="5E8EE08B" w14:textId="77777777" w:rsidR="009F0135" w:rsidRPr="00F54F5A" w:rsidRDefault="009F0135" w:rsidP="00CA634C">
      <w:pPr>
        <w:keepNext/>
        <w:spacing w:before="120" w:after="0" w:line="240" w:lineRule="auto"/>
        <w:rPr>
          <w:rFonts w:eastAsia="Times New Roman" w:cs="Times New Roman"/>
          <w:b/>
          <w:sz w:val="26"/>
          <w:lang w:val="vi-VN"/>
        </w:rPr>
      </w:pPr>
      <w:r w:rsidRPr="00F54F5A">
        <w:rPr>
          <w:rFonts w:eastAsia="Times New Roman" w:cs="Times New Roman"/>
          <w:b/>
          <w:sz w:val="26"/>
        </w:rPr>
        <w:t>II. THIỆT HẠI PHÁT SINH TRONG KỲ VÀ LŨY TÍCH</w:t>
      </w:r>
    </w:p>
    <w:tbl>
      <w:tblPr>
        <w:tblW w:w="142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23"/>
        <w:gridCol w:w="4297"/>
        <w:gridCol w:w="1386"/>
        <w:gridCol w:w="1387"/>
        <w:gridCol w:w="1387"/>
        <w:gridCol w:w="1387"/>
        <w:gridCol w:w="1387"/>
        <w:gridCol w:w="1387"/>
        <w:gridCol w:w="1039"/>
      </w:tblGrid>
      <w:tr w:rsidR="009F0135" w:rsidRPr="00F54F5A" w14:paraId="50B1CE05" w14:textId="77777777" w:rsidTr="00F54F5A">
        <w:trPr>
          <w:cantSplit/>
          <w:tblHeader/>
          <w:jc w:val="center"/>
        </w:trPr>
        <w:tc>
          <w:tcPr>
            <w:tcW w:w="510" w:type="dxa"/>
            <w:vMerge w:val="restart"/>
            <w:shd w:val="clear" w:color="auto" w:fill="E7E6E6"/>
            <w:tcMar>
              <w:top w:w="50" w:type="dxa"/>
              <w:left w:w="60" w:type="dxa"/>
              <w:bottom w:w="50" w:type="dxa"/>
              <w:right w:w="60" w:type="dxa"/>
            </w:tcMar>
            <w:vAlign w:val="center"/>
          </w:tcPr>
          <w:p w14:paraId="2A49195A"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TT</w:t>
            </w:r>
          </w:p>
        </w:tc>
        <w:tc>
          <w:tcPr>
            <w:tcW w:w="3515" w:type="dxa"/>
            <w:vMerge w:val="restart"/>
            <w:shd w:val="clear" w:color="auto" w:fill="E7E6E6"/>
            <w:tcMar>
              <w:top w:w="50" w:type="dxa"/>
              <w:left w:w="60" w:type="dxa"/>
              <w:bottom w:w="50" w:type="dxa"/>
              <w:right w:w="60" w:type="dxa"/>
            </w:tcMar>
            <w:vAlign w:val="center"/>
          </w:tcPr>
          <w:p w14:paraId="515E57E7"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Nội dung</w:t>
            </w:r>
          </w:p>
        </w:tc>
        <w:tc>
          <w:tcPr>
            <w:tcW w:w="3402" w:type="dxa"/>
            <w:gridSpan w:val="3"/>
            <w:shd w:val="clear" w:color="auto" w:fill="E7E6E6"/>
            <w:tcMar>
              <w:top w:w="50" w:type="dxa"/>
              <w:left w:w="60" w:type="dxa"/>
              <w:bottom w:w="50" w:type="dxa"/>
              <w:right w:w="60" w:type="dxa"/>
            </w:tcMar>
            <w:vAlign w:val="center"/>
          </w:tcPr>
          <w:p w14:paraId="2B5F1A54"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Trong kỳ báo cáo</w:t>
            </w:r>
          </w:p>
        </w:tc>
        <w:tc>
          <w:tcPr>
            <w:tcW w:w="3402" w:type="dxa"/>
            <w:gridSpan w:val="3"/>
            <w:shd w:val="clear" w:color="auto" w:fill="E7E6E6"/>
            <w:tcMar>
              <w:top w:w="50" w:type="dxa"/>
              <w:left w:w="60" w:type="dxa"/>
              <w:bottom w:w="50" w:type="dxa"/>
              <w:right w:w="60" w:type="dxa"/>
            </w:tcMar>
            <w:vAlign w:val="center"/>
          </w:tcPr>
          <w:p w14:paraId="7A81C115"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Lũy tích từ đầu đợt dịch</w:t>
            </w:r>
          </w:p>
        </w:tc>
        <w:tc>
          <w:tcPr>
            <w:tcW w:w="850" w:type="dxa"/>
            <w:vMerge w:val="restart"/>
            <w:shd w:val="clear" w:color="auto" w:fill="E7E6E6"/>
            <w:tcMar>
              <w:top w:w="50" w:type="dxa"/>
              <w:left w:w="60" w:type="dxa"/>
              <w:bottom w:w="50" w:type="dxa"/>
              <w:right w:w="60" w:type="dxa"/>
            </w:tcMar>
            <w:vAlign w:val="center"/>
          </w:tcPr>
          <w:p w14:paraId="5ED94826"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Ghi chú</w:t>
            </w:r>
          </w:p>
        </w:tc>
      </w:tr>
      <w:tr w:rsidR="009F0135" w:rsidRPr="00F54F5A" w14:paraId="269DFAAD" w14:textId="77777777" w:rsidTr="00F54F5A">
        <w:trPr>
          <w:cantSplit/>
          <w:tblHeader/>
          <w:jc w:val="center"/>
        </w:trPr>
        <w:tc>
          <w:tcPr>
            <w:tcW w:w="510" w:type="dxa"/>
            <w:vMerge/>
          </w:tcPr>
          <w:p w14:paraId="50396517" w14:textId="77777777" w:rsidR="009F0135" w:rsidRPr="00F54F5A" w:rsidRDefault="009F0135" w:rsidP="00F54F5A">
            <w:pPr>
              <w:spacing w:after="0" w:line="240" w:lineRule="auto"/>
              <w:rPr>
                <w:rFonts w:cs="Times New Roman"/>
                <w:sz w:val="24"/>
              </w:rPr>
            </w:pPr>
          </w:p>
        </w:tc>
        <w:tc>
          <w:tcPr>
            <w:tcW w:w="3515" w:type="dxa"/>
            <w:vMerge/>
          </w:tcPr>
          <w:p w14:paraId="44E803F0" w14:textId="77777777" w:rsidR="009F0135" w:rsidRPr="00F54F5A" w:rsidRDefault="009F0135" w:rsidP="00F54F5A">
            <w:pPr>
              <w:spacing w:after="0" w:line="240" w:lineRule="auto"/>
              <w:rPr>
                <w:rFonts w:cs="Times New Roman"/>
                <w:sz w:val="24"/>
              </w:rPr>
            </w:pPr>
          </w:p>
        </w:tc>
        <w:tc>
          <w:tcPr>
            <w:tcW w:w="1134" w:type="dxa"/>
            <w:shd w:val="clear" w:color="auto" w:fill="E7E6E6"/>
            <w:tcMar>
              <w:top w:w="50" w:type="dxa"/>
              <w:left w:w="60" w:type="dxa"/>
              <w:bottom w:w="50" w:type="dxa"/>
              <w:right w:w="60" w:type="dxa"/>
            </w:tcMar>
            <w:vAlign w:val="center"/>
          </w:tcPr>
          <w:p w14:paraId="13EBED33"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Tại cơ sở KBCB</w:t>
            </w:r>
          </w:p>
        </w:tc>
        <w:tc>
          <w:tcPr>
            <w:tcW w:w="1134" w:type="dxa"/>
            <w:shd w:val="clear" w:color="auto" w:fill="E7E6E6"/>
            <w:tcMar>
              <w:top w:w="50" w:type="dxa"/>
              <w:left w:w="60" w:type="dxa"/>
              <w:bottom w:w="50" w:type="dxa"/>
              <w:right w:w="60" w:type="dxa"/>
            </w:tcMar>
            <w:vAlign w:val="center"/>
          </w:tcPr>
          <w:p w14:paraId="5CF77D4A"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Tại nhà/ cộng đồng</w:t>
            </w:r>
          </w:p>
        </w:tc>
        <w:tc>
          <w:tcPr>
            <w:tcW w:w="1134" w:type="dxa"/>
            <w:shd w:val="clear" w:color="auto" w:fill="E7E6E6"/>
            <w:tcMar>
              <w:top w:w="50" w:type="dxa"/>
              <w:left w:w="60" w:type="dxa"/>
              <w:bottom w:w="50" w:type="dxa"/>
              <w:right w:w="60" w:type="dxa"/>
            </w:tcMar>
            <w:vAlign w:val="center"/>
          </w:tcPr>
          <w:p w14:paraId="1D8E6FD4"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Tổng số</w:t>
            </w:r>
          </w:p>
        </w:tc>
        <w:tc>
          <w:tcPr>
            <w:tcW w:w="1134" w:type="dxa"/>
            <w:shd w:val="clear" w:color="auto" w:fill="E7E6E6"/>
            <w:tcMar>
              <w:top w:w="50" w:type="dxa"/>
              <w:left w:w="60" w:type="dxa"/>
              <w:bottom w:w="50" w:type="dxa"/>
              <w:right w:w="60" w:type="dxa"/>
            </w:tcMar>
            <w:vAlign w:val="center"/>
          </w:tcPr>
          <w:p w14:paraId="7C64D9B9"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Tại cơ sở KBCB</w:t>
            </w:r>
          </w:p>
        </w:tc>
        <w:tc>
          <w:tcPr>
            <w:tcW w:w="1134" w:type="dxa"/>
            <w:shd w:val="clear" w:color="auto" w:fill="E7E6E6"/>
            <w:tcMar>
              <w:top w:w="50" w:type="dxa"/>
              <w:left w:w="60" w:type="dxa"/>
              <w:bottom w:w="50" w:type="dxa"/>
              <w:right w:w="60" w:type="dxa"/>
            </w:tcMar>
            <w:vAlign w:val="center"/>
          </w:tcPr>
          <w:p w14:paraId="440199E0"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Tại nhà/ cộng đồng</w:t>
            </w:r>
          </w:p>
        </w:tc>
        <w:tc>
          <w:tcPr>
            <w:tcW w:w="1134" w:type="dxa"/>
            <w:shd w:val="clear" w:color="auto" w:fill="E7E6E6"/>
            <w:tcMar>
              <w:top w:w="50" w:type="dxa"/>
              <w:left w:w="60" w:type="dxa"/>
              <w:bottom w:w="50" w:type="dxa"/>
              <w:right w:w="60" w:type="dxa"/>
            </w:tcMar>
            <w:vAlign w:val="center"/>
          </w:tcPr>
          <w:p w14:paraId="0C78F008"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Tổng số</w:t>
            </w:r>
          </w:p>
        </w:tc>
        <w:tc>
          <w:tcPr>
            <w:tcW w:w="850" w:type="dxa"/>
            <w:vMerge/>
          </w:tcPr>
          <w:p w14:paraId="169D2B97" w14:textId="77777777" w:rsidR="009F0135" w:rsidRPr="00F54F5A" w:rsidRDefault="009F0135" w:rsidP="00F54F5A">
            <w:pPr>
              <w:spacing w:after="0" w:line="240" w:lineRule="auto"/>
              <w:rPr>
                <w:rFonts w:cs="Times New Roman"/>
                <w:sz w:val="24"/>
              </w:rPr>
            </w:pPr>
          </w:p>
        </w:tc>
      </w:tr>
      <w:tr w:rsidR="009F0135" w:rsidRPr="00F54F5A" w14:paraId="6085DA4D" w14:textId="77777777" w:rsidTr="00F54F5A">
        <w:trPr>
          <w:cantSplit/>
          <w:jc w:val="center"/>
        </w:trPr>
        <w:tc>
          <w:tcPr>
            <w:tcW w:w="510" w:type="dxa"/>
            <w:tcMar>
              <w:top w:w="50" w:type="dxa"/>
              <w:left w:w="60" w:type="dxa"/>
              <w:bottom w:w="50" w:type="dxa"/>
              <w:right w:w="60" w:type="dxa"/>
            </w:tcMar>
            <w:vAlign w:val="center"/>
          </w:tcPr>
          <w:p w14:paraId="15A688E1" w14:textId="77777777" w:rsidR="009F0135" w:rsidRPr="00F54F5A" w:rsidRDefault="009F0135" w:rsidP="00F54F5A">
            <w:pPr>
              <w:spacing w:after="0" w:line="240" w:lineRule="auto"/>
              <w:jc w:val="center"/>
              <w:rPr>
                <w:rFonts w:cs="Times New Roman"/>
                <w:sz w:val="24"/>
              </w:rPr>
            </w:pPr>
            <w:r w:rsidRPr="00F54F5A">
              <w:rPr>
                <w:rFonts w:eastAsia="Times New Roman" w:cs="Times New Roman"/>
                <w:sz w:val="24"/>
              </w:rPr>
              <w:t>1</w:t>
            </w:r>
          </w:p>
        </w:tc>
        <w:tc>
          <w:tcPr>
            <w:tcW w:w="3515" w:type="dxa"/>
            <w:tcMar>
              <w:top w:w="50" w:type="dxa"/>
              <w:left w:w="60" w:type="dxa"/>
              <w:bottom w:w="50" w:type="dxa"/>
              <w:right w:w="60" w:type="dxa"/>
            </w:tcMar>
            <w:vAlign w:val="center"/>
          </w:tcPr>
          <w:p w14:paraId="30DDE4E6" w14:textId="03CE9433" w:rsidR="009F0135"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9F0135" w:rsidRPr="00F54F5A">
              <w:rPr>
                <w:rFonts w:eastAsia="Times New Roman" w:cs="Times New Roman"/>
                <w:sz w:val="24"/>
              </w:rPr>
              <w:t xml:space="preserve"> mắc</w:t>
            </w:r>
          </w:p>
        </w:tc>
        <w:tc>
          <w:tcPr>
            <w:tcW w:w="1134" w:type="dxa"/>
            <w:tcMar>
              <w:top w:w="50" w:type="dxa"/>
              <w:left w:w="60" w:type="dxa"/>
              <w:bottom w:w="50" w:type="dxa"/>
              <w:right w:w="60" w:type="dxa"/>
            </w:tcMar>
            <w:vAlign w:val="center"/>
          </w:tcPr>
          <w:p w14:paraId="4BA31822"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4AE19C41"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4C344387"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0C0F6AB0"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467C90D8"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33CD7D12" w14:textId="77777777" w:rsidR="009F0135" w:rsidRPr="00F54F5A" w:rsidRDefault="009F0135" w:rsidP="00F54F5A">
            <w:pPr>
              <w:spacing w:after="0" w:line="240" w:lineRule="auto"/>
              <w:jc w:val="center"/>
              <w:rPr>
                <w:rFonts w:cs="Times New Roman"/>
                <w:sz w:val="24"/>
              </w:rPr>
            </w:pPr>
          </w:p>
        </w:tc>
        <w:tc>
          <w:tcPr>
            <w:tcW w:w="850" w:type="dxa"/>
            <w:tcMar>
              <w:top w:w="50" w:type="dxa"/>
              <w:left w:w="60" w:type="dxa"/>
              <w:bottom w:w="50" w:type="dxa"/>
              <w:right w:w="60" w:type="dxa"/>
            </w:tcMar>
            <w:vAlign w:val="center"/>
          </w:tcPr>
          <w:p w14:paraId="6D43E3C4" w14:textId="77777777" w:rsidR="009F0135" w:rsidRPr="00F54F5A" w:rsidRDefault="009F0135" w:rsidP="00F54F5A">
            <w:pPr>
              <w:spacing w:after="0" w:line="240" w:lineRule="auto"/>
              <w:jc w:val="center"/>
              <w:rPr>
                <w:rFonts w:cs="Times New Roman"/>
                <w:sz w:val="24"/>
              </w:rPr>
            </w:pPr>
          </w:p>
        </w:tc>
      </w:tr>
      <w:tr w:rsidR="009F0135" w:rsidRPr="00F54F5A" w14:paraId="3E16D45D" w14:textId="77777777" w:rsidTr="00F54F5A">
        <w:trPr>
          <w:cantSplit/>
          <w:jc w:val="center"/>
        </w:trPr>
        <w:tc>
          <w:tcPr>
            <w:tcW w:w="510" w:type="dxa"/>
            <w:tcMar>
              <w:top w:w="50" w:type="dxa"/>
              <w:left w:w="60" w:type="dxa"/>
              <w:bottom w:w="50" w:type="dxa"/>
              <w:right w:w="60" w:type="dxa"/>
            </w:tcMar>
            <w:vAlign w:val="center"/>
          </w:tcPr>
          <w:p w14:paraId="0A149ECF" w14:textId="77777777" w:rsidR="009F0135" w:rsidRPr="00F54F5A" w:rsidRDefault="009F0135" w:rsidP="00F54F5A">
            <w:pPr>
              <w:spacing w:after="0" w:line="240" w:lineRule="auto"/>
              <w:jc w:val="center"/>
              <w:rPr>
                <w:rFonts w:cs="Times New Roman"/>
                <w:sz w:val="24"/>
              </w:rPr>
            </w:pPr>
            <w:r w:rsidRPr="00F54F5A">
              <w:rPr>
                <w:rFonts w:eastAsia="Times New Roman" w:cs="Times New Roman"/>
                <w:sz w:val="24"/>
              </w:rPr>
              <w:t>1.1</w:t>
            </w:r>
          </w:p>
        </w:tc>
        <w:tc>
          <w:tcPr>
            <w:tcW w:w="3515" w:type="dxa"/>
            <w:tcMar>
              <w:top w:w="50" w:type="dxa"/>
              <w:left w:w="60" w:type="dxa"/>
              <w:bottom w:w="50" w:type="dxa"/>
              <w:right w:w="60" w:type="dxa"/>
            </w:tcMar>
            <w:vAlign w:val="center"/>
          </w:tcPr>
          <w:p w14:paraId="541D0EB7" w14:textId="036AB3D1" w:rsidR="009F0135" w:rsidRPr="00F54F5A" w:rsidRDefault="008F6410" w:rsidP="00F54F5A">
            <w:pPr>
              <w:spacing w:after="0" w:line="240" w:lineRule="auto"/>
              <w:rPr>
                <w:rFonts w:cs="Times New Roman"/>
                <w:sz w:val="24"/>
              </w:rPr>
            </w:pPr>
            <w:r w:rsidRPr="00F54F5A">
              <w:rPr>
                <w:rFonts w:eastAsia="Times New Roman" w:cs="Times New Roman"/>
                <w:sz w:val="24"/>
              </w:rPr>
              <w:t>Số trường hợp bệnh</w:t>
            </w:r>
            <w:r w:rsidR="00B6413E" w:rsidRPr="00F54F5A">
              <w:rPr>
                <w:rFonts w:eastAsia="Times New Roman" w:cs="Times New Roman"/>
                <w:sz w:val="24"/>
              </w:rPr>
              <w:t xml:space="preserve"> nghi ngờ</w:t>
            </w:r>
          </w:p>
        </w:tc>
        <w:tc>
          <w:tcPr>
            <w:tcW w:w="1134" w:type="dxa"/>
            <w:tcMar>
              <w:top w:w="50" w:type="dxa"/>
              <w:left w:w="60" w:type="dxa"/>
              <w:bottom w:w="50" w:type="dxa"/>
              <w:right w:w="60" w:type="dxa"/>
            </w:tcMar>
            <w:vAlign w:val="center"/>
          </w:tcPr>
          <w:p w14:paraId="79CA6010"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63D440FE"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60CE41CA"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63BEC357"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2858BC18"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6F34B63D" w14:textId="77777777" w:rsidR="009F0135" w:rsidRPr="00F54F5A" w:rsidRDefault="009F0135" w:rsidP="00F54F5A">
            <w:pPr>
              <w:spacing w:after="0" w:line="240" w:lineRule="auto"/>
              <w:jc w:val="center"/>
              <w:rPr>
                <w:rFonts w:cs="Times New Roman"/>
                <w:sz w:val="24"/>
              </w:rPr>
            </w:pPr>
          </w:p>
        </w:tc>
        <w:tc>
          <w:tcPr>
            <w:tcW w:w="850" w:type="dxa"/>
            <w:tcMar>
              <w:top w:w="50" w:type="dxa"/>
              <w:left w:w="60" w:type="dxa"/>
              <w:bottom w:w="50" w:type="dxa"/>
              <w:right w:w="60" w:type="dxa"/>
            </w:tcMar>
            <w:vAlign w:val="center"/>
          </w:tcPr>
          <w:p w14:paraId="544033FA" w14:textId="77777777" w:rsidR="009F0135" w:rsidRPr="00F54F5A" w:rsidRDefault="009F0135" w:rsidP="00F54F5A">
            <w:pPr>
              <w:spacing w:after="0" w:line="240" w:lineRule="auto"/>
              <w:jc w:val="center"/>
              <w:rPr>
                <w:rFonts w:cs="Times New Roman"/>
                <w:sz w:val="24"/>
              </w:rPr>
            </w:pPr>
          </w:p>
        </w:tc>
      </w:tr>
      <w:tr w:rsidR="009F0135" w:rsidRPr="00F54F5A" w14:paraId="19E0449A" w14:textId="77777777" w:rsidTr="00F54F5A">
        <w:trPr>
          <w:cantSplit/>
          <w:jc w:val="center"/>
        </w:trPr>
        <w:tc>
          <w:tcPr>
            <w:tcW w:w="510" w:type="dxa"/>
            <w:tcMar>
              <w:top w:w="50" w:type="dxa"/>
              <w:left w:w="60" w:type="dxa"/>
              <w:bottom w:w="50" w:type="dxa"/>
              <w:right w:w="60" w:type="dxa"/>
            </w:tcMar>
            <w:vAlign w:val="center"/>
          </w:tcPr>
          <w:p w14:paraId="0CDDC5C3" w14:textId="77777777" w:rsidR="009F0135" w:rsidRPr="00F54F5A" w:rsidRDefault="009F0135" w:rsidP="00F54F5A">
            <w:pPr>
              <w:spacing w:after="0" w:line="240" w:lineRule="auto"/>
              <w:jc w:val="center"/>
              <w:rPr>
                <w:rFonts w:cs="Times New Roman"/>
                <w:sz w:val="24"/>
              </w:rPr>
            </w:pPr>
            <w:r w:rsidRPr="00F54F5A">
              <w:rPr>
                <w:rFonts w:eastAsia="Times New Roman" w:cs="Times New Roman"/>
                <w:sz w:val="24"/>
              </w:rPr>
              <w:t>1.2</w:t>
            </w:r>
          </w:p>
        </w:tc>
        <w:tc>
          <w:tcPr>
            <w:tcW w:w="3515" w:type="dxa"/>
            <w:tcMar>
              <w:top w:w="50" w:type="dxa"/>
              <w:left w:w="60" w:type="dxa"/>
              <w:bottom w:w="50" w:type="dxa"/>
              <w:right w:w="60" w:type="dxa"/>
            </w:tcMar>
            <w:vAlign w:val="center"/>
          </w:tcPr>
          <w:p w14:paraId="32F87261" w14:textId="03C178CC" w:rsidR="009F0135" w:rsidRPr="00F54F5A" w:rsidRDefault="008F6410" w:rsidP="00F54F5A">
            <w:pPr>
              <w:spacing w:after="0" w:line="240" w:lineRule="auto"/>
              <w:rPr>
                <w:rFonts w:cs="Times New Roman"/>
                <w:sz w:val="24"/>
              </w:rPr>
            </w:pPr>
            <w:r w:rsidRPr="00F54F5A">
              <w:rPr>
                <w:rFonts w:eastAsia="Times New Roman" w:cs="Times New Roman"/>
                <w:sz w:val="24"/>
              </w:rPr>
              <w:t>Số trường hợp bệnh</w:t>
            </w:r>
            <w:r w:rsidR="00B6413E" w:rsidRPr="00F54F5A">
              <w:rPr>
                <w:rFonts w:eastAsia="Times New Roman" w:cs="Times New Roman"/>
                <w:sz w:val="24"/>
              </w:rPr>
              <w:t xml:space="preserve"> xác định</w:t>
            </w:r>
          </w:p>
        </w:tc>
        <w:tc>
          <w:tcPr>
            <w:tcW w:w="1134" w:type="dxa"/>
            <w:tcMar>
              <w:top w:w="50" w:type="dxa"/>
              <w:left w:w="60" w:type="dxa"/>
              <w:bottom w:w="50" w:type="dxa"/>
              <w:right w:w="60" w:type="dxa"/>
            </w:tcMar>
            <w:vAlign w:val="center"/>
          </w:tcPr>
          <w:p w14:paraId="0048B0FC"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7FBA5A6E"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2B2C3895"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5A836F57"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7F5333D2"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35F7E99D" w14:textId="77777777" w:rsidR="009F0135" w:rsidRPr="00F54F5A" w:rsidRDefault="009F0135" w:rsidP="00F54F5A">
            <w:pPr>
              <w:spacing w:after="0" w:line="240" w:lineRule="auto"/>
              <w:jc w:val="center"/>
              <w:rPr>
                <w:rFonts w:cs="Times New Roman"/>
                <w:sz w:val="24"/>
              </w:rPr>
            </w:pPr>
          </w:p>
        </w:tc>
        <w:tc>
          <w:tcPr>
            <w:tcW w:w="850" w:type="dxa"/>
            <w:tcMar>
              <w:top w:w="50" w:type="dxa"/>
              <w:left w:w="60" w:type="dxa"/>
              <w:bottom w:w="50" w:type="dxa"/>
              <w:right w:w="60" w:type="dxa"/>
            </w:tcMar>
            <w:vAlign w:val="center"/>
          </w:tcPr>
          <w:p w14:paraId="02C9FC4A" w14:textId="77777777" w:rsidR="009F0135" w:rsidRPr="00F54F5A" w:rsidRDefault="009F0135" w:rsidP="00F54F5A">
            <w:pPr>
              <w:spacing w:after="0" w:line="240" w:lineRule="auto"/>
              <w:jc w:val="center"/>
              <w:rPr>
                <w:rFonts w:cs="Times New Roman"/>
                <w:sz w:val="24"/>
              </w:rPr>
            </w:pPr>
          </w:p>
        </w:tc>
      </w:tr>
      <w:tr w:rsidR="009F0135" w:rsidRPr="00F54F5A" w14:paraId="632117EB" w14:textId="77777777" w:rsidTr="00F54F5A">
        <w:trPr>
          <w:cantSplit/>
          <w:jc w:val="center"/>
        </w:trPr>
        <w:tc>
          <w:tcPr>
            <w:tcW w:w="510" w:type="dxa"/>
            <w:tcMar>
              <w:top w:w="50" w:type="dxa"/>
              <w:left w:w="60" w:type="dxa"/>
              <w:bottom w:w="50" w:type="dxa"/>
              <w:right w:w="60" w:type="dxa"/>
            </w:tcMar>
            <w:vAlign w:val="center"/>
          </w:tcPr>
          <w:p w14:paraId="4BB497BF" w14:textId="77777777" w:rsidR="009F0135" w:rsidRPr="00F54F5A" w:rsidRDefault="009F0135" w:rsidP="00F54F5A">
            <w:pPr>
              <w:spacing w:after="0" w:line="240" w:lineRule="auto"/>
              <w:jc w:val="center"/>
              <w:rPr>
                <w:rFonts w:cs="Times New Roman"/>
                <w:sz w:val="24"/>
              </w:rPr>
            </w:pPr>
            <w:r w:rsidRPr="00F54F5A">
              <w:rPr>
                <w:rFonts w:eastAsia="Times New Roman" w:cs="Times New Roman"/>
                <w:sz w:val="24"/>
              </w:rPr>
              <w:t>2</w:t>
            </w:r>
          </w:p>
        </w:tc>
        <w:tc>
          <w:tcPr>
            <w:tcW w:w="3515" w:type="dxa"/>
            <w:tcMar>
              <w:top w:w="50" w:type="dxa"/>
              <w:left w:w="60" w:type="dxa"/>
              <w:bottom w:w="50" w:type="dxa"/>
              <w:right w:w="60" w:type="dxa"/>
            </w:tcMar>
            <w:vAlign w:val="center"/>
          </w:tcPr>
          <w:p w14:paraId="6A2E5606" w14:textId="6319A27B" w:rsidR="009F0135"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9F0135" w:rsidRPr="00F54F5A">
              <w:rPr>
                <w:rFonts w:eastAsia="Times New Roman" w:cs="Times New Roman"/>
                <w:sz w:val="24"/>
              </w:rPr>
              <w:t xml:space="preserve"> nhập viện</w:t>
            </w:r>
          </w:p>
        </w:tc>
        <w:tc>
          <w:tcPr>
            <w:tcW w:w="1134" w:type="dxa"/>
            <w:tcMar>
              <w:top w:w="50" w:type="dxa"/>
              <w:left w:w="60" w:type="dxa"/>
              <w:bottom w:w="50" w:type="dxa"/>
              <w:right w:w="60" w:type="dxa"/>
            </w:tcMar>
            <w:vAlign w:val="center"/>
          </w:tcPr>
          <w:p w14:paraId="0EA703A4"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38436DCA"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0DD7B59A"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275E98E8"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731CCC74"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32DC659E" w14:textId="77777777" w:rsidR="009F0135" w:rsidRPr="00F54F5A" w:rsidRDefault="009F0135" w:rsidP="00F54F5A">
            <w:pPr>
              <w:spacing w:after="0" w:line="240" w:lineRule="auto"/>
              <w:jc w:val="center"/>
              <w:rPr>
                <w:rFonts w:cs="Times New Roman"/>
                <w:sz w:val="24"/>
              </w:rPr>
            </w:pPr>
          </w:p>
        </w:tc>
        <w:tc>
          <w:tcPr>
            <w:tcW w:w="850" w:type="dxa"/>
            <w:tcMar>
              <w:top w:w="50" w:type="dxa"/>
              <w:left w:w="60" w:type="dxa"/>
              <w:bottom w:w="50" w:type="dxa"/>
              <w:right w:w="60" w:type="dxa"/>
            </w:tcMar>
            <w:vAlign w:val="center"/>
          </w:tcPr>
          <w:p w14:paraId="4C333265" w14:textId="77777777" w:rsidR="009F0135" w:rsidRPr="00F54F5A" w:rsidRDefault="009F0135" w:rsidP="00F54F5A">
            <w:pPr>
              <w:spacing w:after="0" w:line="240" w:lineRule="auto"/>
              <w:jc w:val="center"/>
              <w:rPr>
                <w:rFonts w:cs="Times New Roman"/>
                <w:sz w:val="24"/>
              </w:rPr>
            </w:pPr>
          </w:p>
        </w:tc>
      </w:tr>
      <w:tr w:rsidR="009F0135" w:rsidRPr="00F54F5A" w14:paraId="27B8CE50" w14:textId="77777777" w:rsidTr="00F54F5A">
        <w:trPr>
          <w:cantSplit/>
          <w:jc w:val="center"/>
        </w:trPr>
        <w:tc>
          <w:tcPr>
            <w:tcW w:w="510" w:type="dxa"/>
            <w:tcMar>
              <w:top w:w="50" w:type="dxa"/>
              <w:left w:w="60" w:type="dxa"/>
              <w:bottom w:w="50" w:type="dxa"/>
              <w:right w:w="60" w:type="dxa"/>
            </w:tcMar>
            <w:vAlign w:val="center"/>
          </w:tcPr>
          <w:p w14:paraId="079F7A4D" w14:textId="77777777" w:rsidR="009F0135" w:rsidRPr="00F54F5A" w:rsidRDefault="009F0135" w:rsidP="00F54F5A">
            <w:pPr>
              <w:spacing w:after="0" w:line="240" w:lineRule="auto"/>
              <w:jc w:val="center"/>
              <w:rPr>
                <w:rFonts w:cs="Times New Roman"/>
                <w:sz w:val="24"/>
              </w:rPr>
            </w:pPr>
            <w:r w:rsidRPr="00F54F5A">
              <w:rPr>
                <w:rFonts w:eastAsia="Times New Roman" w:cs="Times New Roman"/>
                <w:sz w:val="24"/>
                <w:lang w:val="vi-VN"/>
              </w:rPr>
              <w:t>3</w:t>
            </w:r>
          </w:p>
        </w:tc>
        <w:tc>
          <w:tcPr>
            <w:tcW w:w="3515" w:type="dxa"/>
            <w:tcMar>
              <w:top w:w="50" w:type="dxa"/>
              <w:left w:w="60" w:type="dxa"/>
              <w:bottom w:w="50" w:type="dxa"/>
              <w:right w:w="60" w:type="dxa"/>
            </w:tcMar>
            <w:vAlign w:val="center"/>
          </w:tcPr>
          <w:p w14:paraId="0C238CFB" w14:textId="77777777" w:rsidR="009F0135" w:rsidRPr="00F54F5A" w:rsidRDefault="009F0135" w:rsidP="00F54F5A">
            <w:pPr>
              <w:spacing w:after="0" w:line="240" w:lineRule="auto"/>
              <w:rPr>
                <w:rFonts w:cs="Times New Roman"/>
                <w:sz w:val="24"/>
              </w:rPr>
            </w:pPr>
            <w:r w:rsidRPr="00F54F5A">
              <w:rPr>
                <w:rFonts w:eastAsia="Times New Roman" w:cs="Times New Roman"/>
                <w:sz w:val="24"/>
              </w:rPr>
              <w:t>Số</w:t>
            </w:r>
            <w:r w:rsidRPr="00F54F5A">
              <w:rPr>
                <w:rFonts w:eastAsia="Times New Roman" w:cs="Times New Roman"/>
                <w:sz w:val="24"/>
                <w:lang w:val="vi-VN"/>
              </w:rPr>
              <w:t xml:space="preserve"> đang điều trị</w:t>
            </w:r>
          </w:p>
        </w:tc>
        <w:tc>
          <w:tcPr>
            <w:tcW w:w="1134" w:type="dxa"/>
            <w:tcMar>
              <w:top w:w="50" w:type="dxa"/>
              <w:left w:w="60" w:type="dxa"/>
              <w:bottom w:w="50" w:type="dxa"/>
              <w:right w:w="60" w:type="dxa"/>
            </w:tcMar>
            <w:vAlign w:val="center"/>
          </w:tcPr>
          <w:p w14:paraId="4AE424B7"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2D616EC7"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0DE38A29"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6D37ED68"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159B968F"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0CEBB575" w14:textId="77777777" w:rsidR="009F0135" w:rsidRPr="00F54F5A" w:rsidRDefault="009F0135" w:rsidP="00F54F5A">
            <w:pPr>
              <w:spacing w:after="0" w:line="240" w:lineRule="auto"/>
              <w:jc w:val="center"/>
              <w:rPr>
                <w:rFonts w:cs="Times New Roman"/>
                <w:sz w:val="24"/>
              </w:rPr>
            </w:pPr>
          </w:p>
        </w:tc>
        <w:tc>
          <w:tcPr>
            <w:tcW w:w="850" w:type="dxa"/>
            <w:tcMar>
              <w:top w:w="50" w:type="dxa"/>
              <w:left w:w="60" w:type="dxa"/>
              <w:bottom w:w="50" w:type="dxa"/>
              <w:right w:w="60" w:type="dxa"/>
            </w:tcMar>
            <w:vAlign w:val="center"/>
          </w:tcPr>
          <w:p w14:paraId="499D043F" w14:textId="77777777" w:rsidR="009F0135" w:rsidRPr="00F54F5A" w:rsidRDefault="009F0135" w:rsidP="00F54F5A">
            <w:pPr>
              <w:spacing w:after="0" w:line="240" w:lineRule="auto"/>
              <w:jc w:val="center"/>
              <w:rPr>
                <w:rFonts w:cs="Times New Roman"/>
                <w:sz w:val="24"/>
              </w:rPr>
            </w:pPr>
          </w:p>
        </w:tc>
      </w:tr>
      <w:tr w:rsidR="009F0135" w:rsidRPr="00F54F5A" w14:paraId="5C0D21AF" w14:textId="77777777" w:rsidTr="00F54F5A">
        <w:trPr>
          <w:cantSplit/>
          <w:jc w:val="center"/>
        </w:trPr>
        <w:tc>
          <w:tcPr>
            <w:tcW w:w="510" w:type="dxa"/>
            <w:tcMar>
              <w:top w:w="50" w:type="dxa"/>
              <w:left w:w="60" w:type="dxa"/>
              <w:bottom w:w="50" w:type="dxa"/>
              <w:right w:w="60" w:type="dxa"/>
            </w:tcMar>
            <w:vAlign w:val="center"/>
          </w:tcPr>
          <w:p w14:paraId="77CF9C57" w14:textId="77777777" w:rsidR="009F0135" w:rsidRPr="00F54F5A" w:rsidRDefault="009F0135" w:rsidP="00F54F5A">
            <w:pPr>
              <w:spacing w:after="0" w:line="240" w:lineRule="auto"/>
              <w:jc w:val="center"/>
              <w:rPr>
                <w:rFonts w:cs="Times New Roman"/>
                <w:sz w:val="24"/>
              </w:rPr>
            </w:pPr>
            <w:r w:rsidRPr="00F54F5A">
              <w:rPr>
                <w:rFonts w:eastAsia="Times New Roman" w:cs="Times New Roman"/>
                <w:sz w:val="24"/>
                <w:lang w:val="vi-VN"/>
              </w:rPr>
              <w:t>4</w:t>
            </w:r>
          </w:p>
        </w:tc>
        <w:tc>
          <w:tcPr>
            <w:tcW w:w="3515" w:type="dxa"/>
            <w:tcMar>
              <w:top w:w="50" w:type="dxa"/>
              <w:left w:w="60" w:type="dxa"/>
              <w:bottom w:w="50" w:type="dxa"/>
              <w:right w:w="60" w:type="dxa"/>
            </w:tcMar>
            <w:vAlign w:val="center"/>
          </w:tcPr>
          <w:p w14:paraId="72ADA82B" w14:textId="50DA619A" w:rsidR="009F0135"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9F0135" w:rsidRPr="00F54F5A">
              <w:rPr>
                <w:rFonts w:eastAsia="Times New Roman" w:cs="Times New Roman"/>
                <w:sz w:val="24"/>
                <w:lang w:val="vi-VN"/>
              </w:rPr>
              <w:t xml:space="preserve"> nặng</w:t>
            </w:r>
            <w:r w:rsidR="00DE3440" w:rsidRPr="00F54F5A">
              <w:rPr>
                <w:rFonts w:eastAsia="Times New Roman" w:cs="Times New Roman"/>
                <w:sz w:val="24"/>
              </w:rPr>
              <w:t>/nguy kịch</w:t>
            </w:r>
            <w:r w:rsidR="00DE3440" w:rsidRPr="00F54F5A">
              <w:rPr>
                <w:rFonts w:eastAsia="Times New Roman" w:cs="Times New Roman"/>
                <w:sz w:val="24"/>
                <w:vertAlign w:val="superscript"/>
              </w:rPr>
              <w:t>*</w:t>
            </w:r>
          </w:p>
        </w:tc>
        <w:tc>
          <w:tcPr>
            <w:tcW w:w="1134" w:type="dxa"/>
            <w:tcMar>
              <w:top w:w="50" w:type="dxa"/>
              <w:left w:w="60" w:type="dxa"/>
              <w:bottom w:w="50" w:type="dxa"/>
              <w:right w:w="60" w:type="dxa"/>
            </w:tcMar>
            <w:vAlign w:val="center"/>
          </w:tcPr>
          <w:p w14:paraId="0B196F7D"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69D6B73E"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6D40C580"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68E5A2A1"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4C9CE051"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3956577F" w14:textId="77777777" w:rsidR="009F0135" w:rsidRPr="00F54F5A" w:rsidRDefault="009F0135" w:rsidP="00F54F5A">
            <w:pPr>
              <w:spacing w:after="0" w:line="240" w:lineRule="auto"/>
              <w:jc w:val="center"/>
              <w:rPr>
                <w:rFonts w:cs="Times New Roman"/>
                <w:sz w:val="24"/>
              </w:rPr>
            </w:pPr>
          </w:p>
        </w:tc>
        <w:tc>
          <w:tcPr>
            <w:tcW w:w="850" w:type="dxa"/>
            <w:tcMar>
              <w:top w:w="50" w:type="dxa"/>
              <w:left w:w="60" w:type="dxa"/>
              <w:bottom w:w="50" w:type="dxa"/>
              <w:right w:w="60" w:type="dxa"/>
            </w:tcMar>
            <w:vAlign w:val="center"/>
          </w:tcPr>
          <w:p w14:paraId="40677555" w14:textId="77777777" w:rsidR="009F0135" w:rsidRPr="00F54F5A" w:rsidRDefault="009F0135" w:rsidP="00F54F5A">
            <w:pPr>
              <w:spacing w:after="0" w:line="240" w:lineRule="auto"/>
              <w:jc w:val="center"/>
              <w:rPr>
                <w:rFonts w:cs="Times New Roman"/>
                <w:sz w:val="24"/>
              </w:rPr>
            </w:pPr>
          </w:p>
        </w:tc>
      </w:tr>
      <w:tr w:rsidR="009F0135" w:rsidRPr="00F54F5A" w14:paraId="1C9244F9" w14:textId="77777777" w:rsidTr="00F54F5A">
        <w:trPr>
          <w:cantSplit/>
          <w:jc w:val="center"/>
        </w:trPr>
        <w:tc>
          <w:tcPr>
            <w:tcW w:w="510" w:type="dxa"/>
            <w:tcMar>
              <w:top w:w="50" w:type="dxa"/>
              <w:left w:w="60" w:type="dxa"/>
              <w:bottom w:w="50" w:type="dxa"/>
              <w:right w:w="60" w:type="dxa"/>
            </w:tcMar>
            <w:vAlign w:val="center"/>
          </w:tcPr>
          <w:p w14:paraId="7ED20E50" w14:textId="77777777" w:rsidR="009F0135" w:rsidRPr="00F54F5A" w:rsidRDefault="009F0135" w:rsidP="00F54F5A">
            <w:pPr>
              <w:spacing w:after="0" w:line="240" w:lineRule="auto"/>
              <w:jc w:val="center"/>
              <w:rPr>
                <w:rFonts w:cs="Times New Roman"/>
                <w:sz w:val="24"/>
              </w:rPr>
            </w:pPr>
            <w:r w:rsidRPr="00F54F5A">
              <w:rPr>
                <w:rFonts w:eastAsia="Times New Roman" w:cs="Times New Roman"/>
                <w:sz w:val="24"/>
                <w:lang w:val="vi-VN"/>
              </w:rPr>
              <w:lastRenderedPageBreak/>
              <w:t>5</w:t>
            </w:r>
          </w:p>
        </w:tc>
        <w:tc>
          <w:tcPr>
            <w:tcW w:w="3515" w:type="dxa"/>
            <w:tcMar>
              <w:top w:w="50" w:type="dxa"/>
              <w:left w:w="60" w:type="dxa"/>
              <w:bottom w:w="50" w:type="dxa"/>
              <w:right w:w="60" w:type="dxa"/>
            </w:tcMar>
            <w:vAlign w:val="center"/>
          </w:tcPr>
          <w:p w14:paraId="5B7C07CD" w14:textId="0F63D6C0" w:rsidR="009F0135"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9F0135" w:rsidRPr="00F54F5A">
              <w:rPr>
                <w:rFonts w:eastAsia="Times New Roman" w:cs="Times New Roman"/>
                <w:sz w:val="24"/>
                <w:lang w:val="vi-VN"/>
              </w:rPr>
              <w:t xml:space="preserve"> biến chứng</w:t>
            </w:r>
            <w:r w:rsidR="00DE3440" w:rsidRPr="00F54F5A">
              <w:rPr>
                <w:rFonts w:eastAsia="Times New Roman" w:cs="Times New Roman"/>
                <w:sz w:val="24"/>
                <w:vertAlign w:val="superscript"/>
              </w:rPr>
              <w:t>**</w:t>
            </w:r>
          </w:p>
        </w:tc>
        <w:tc>
          <w:tcPr>
            <w:tcW w:w="1134" w:type="dxa"/>
            <w:tcMar>
              <w:top w:w="50" w:type="dxa"/>
              <w:left w:w="60" w:type="dxa"/>
              <w:bottom w:w="50" w:type="dxa"/>
              <w:right w:w="60" w:type="dxa"/>
            </w:tcMar>
            <w:vAlign w:val="center"/>
          </w:tcPr>
          <w:p w14:paraId="40441D50"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102557BD"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03A3A0B1"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37584E2A"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51BB6D02"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1E51D812" w14:textId="77777777" w:rsidR="009F0135" w:rsidRPr="00F54F5A" w:rsidRDefault="009F0135" w:rsidP="00F54F5A">
            <w:pPr>
              <w:spacing w:after="0" w:line="240" w:lineRule="auto"/>
              <w:jc w:val="center"/>
              <w:rPr>
                <w:rFonts w:cs="Times New Roman"/>
                <w:sz w:val="24"/>
              </w:rPr>
            </w:pPr>
          </w:p>
        </w:tc>
        <w:tc>
          <w:tcPr>
            <w:tcW w:w="850" w:type="dxa"/>
            <w:tcMar>
              <w:top w:w="50" w:type="dxa"/>
              <w:left w:w="60" w:type="dxa"/>
              <w:bottom w:w="50" w:type="dxa"/>
              <w:right w:w="60" w:type="dxa"/>
            </w:tcMar>
            <w:vAlign w:val="center"/>
          </w:tcPr>
          <w:p w14:paraId="44DAE50F" w14:textId="77777777" w:rsidR="009F0135" w:rsidRPr="00F54F5A" w:rsidRDefault="009F0135" w:rsidP="00F54F5A">
            <w:pPr>
              <w:spacing w:after="0" w:line="240" w:lineRule="auto"/>
              <w:jc w:val="center"/>
              <w:rPr>
                <w:rFonts w:cs="Times New Roman"/>
                <w:sz w:val="24"/>
              </w:rPr>
            </w:pPr>
          </w:p>
        </w:tc>
      </w:tr>
      <w:tr w:rsidR="009F0135" w:rsidRPr="00F54F5A" w14:paraId="1A72F229" w14:textId="77777777" w:rsidTr="00F54F5A">
        <w:trPr>
          <w:cantSplit/>
          <w:jc w:val="center"/>
        </w:trPr>
        <w:tc>
          <w:tcPr>
            <w:tcW w:w="510" w:type="dxa"/>
            <w:tcMar>
              <w:top w:w="50" w:type="dxa"/>
              <w:left w:w="60" w:type="dxa"/>
              <w:bottom w:w="50" w:type="dxa"/>
              <w:right w:w="60" w:type="dxa"/>
            </w:tcMar>
            <w:vAlign w:val="center"/>
          </w:tcPr>
          <w:p w14:paraId="326CB3BD" w14:textId="77777777" w:rsidR="009F0135" w:rsidRPr="00F54F5A" w:rsidRDefault="009F0135" w:rsidP="00F54F5A">
            <w:pPr>
              <w:spacing w:after="0" w:line="240" w:lineRule="auto"/>
              <w:jc w:val="center"/>
              <w:rPr>
                <w:rFonts w:cs="Times New Roman"/>
                <w:sz w:val="24"/>
              </w:rPr>
            </w:pPr>
            <w:r w:rsidRPr="00F54F5A">
              <w:rPr>
                <w:rFonts w:eastAsia="Times New Roman" w:cs="Times New Roman"/>
                <w:sz w:val="24"/>
                <w:lang w:val="vi-VN"/>
              </w:rPr>
              <w:t>6</w:t>
            </w:r>
          </w:p>
        </w:tc>
        <w:tc>
          <w:tcPr>
            <w:tcW w:w="3515" w:type="dxa"/>
            <w:tcMar>
              <w:top w:w="50" w:type="dxa"/>
              <w:left w:w="60" w:type="dxa"/>
              <w:bottom w:w="50" w:type="dxa"/>
              <w:right w:w="60" w:type="dxa"/>
            </w:tcMar>
            <w:vAlign w:val="center"/>
          </w:tcPr>
          <w:p w14:paraId="0F3824BE" w14:textId="2DCAE3A4" w:rsidR="009F0135"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9F0135" w:rsidRPr="00F54F5A">
              <w:rPr>
                <w:rFonts w:eastAsia="Times New Roman" w:cs="Times New Roman"/>
                <w:sz w:val="24"/>
              </w:rPr>
              <w:t xml:space="preserve"> ra viện</w:t>
            </w:r>
          </w:p>
        </w:tc>
        <w:tc>
          <w:tcPr>
            <w:tcW w:w="1134" w:type="dxa"/>
            <w:tcMar>
              <w:top w:w="50" w:type="dxa"/>
              <w:left w:w="60" w:type="dxa"/>
              <w:bottom w:w="50" w:type="dxa"/>
              <w:right w:w="60" w:type="dxa"/>
            </w:tcMar>
            <w:vAlign w:val="center"/>
          </w:tcPr>
          <w:p w14:paraId="77E640A5"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574AFFE9"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73488527"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40291E82"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04842617"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5CB5F10F" w14:textId="77777777" w:rsidR="009F0135" w:rsidRPr="00F54F5A" w:rsidRDefault="009F0135" w:rsidP="00F54F5A">
            <w:pPr>
              <w:spacing w:after="0" w:line="240" w:lineRule="auto"/>
              <w:jc w:val="center"/>
              <w:rPr>
                <w:rFonts w:cs="Times New Roman"/>
                <w:sz w:val="24"/>
              </w:rPr>
            </w:pPr>
          </w:p>
        </w:tc>
        <w:tc>
          <w:tcPr>
            <w:tcW w:w="850" w:type="dxa"/>
            <w:tcMar>
              <w:top w:w="50" w:type="dxa"/>
              <w:left w:w="60" w:type="dxa"/>
              <w:bottom w:w="50" w:type="dxa"/>
              <w:right w:w="60" w:type="dxa"/>
            </w:tcMar>
            <w:vAlign w:val="center"/>
          </w:tcPr>
          <w:p w14:paraId="4AEDA8D6" w14:textId="77777777" w:rsidR="009F0135" w:rsidRPr="00F54F5A" w:rsidRDefault="009F0135" w:rsidP="00F54F5A">
            <w:pPr>
              <w:spacing w:after="0" w:line="240" w:lineRule="auto"/>
              <w:jc w:val="center"/>
              <w:rPr>
                <w:rFonts w:cs="Times New Roman"/>
                <w:sz w:val="24"/>
              </w:rPr>
            </w:pPr>
          </w:p>
        </w:tc>
      </w:tr>
      <w:tr w:rsidR="009F0135" w:rsidRPr="00F54F5A" w14:paraId="08BCC6FE" w14:textId="77777777" w:rsidTr="00F54F5A">
        <w:trPr>
          <w:cantSplit/>
          <w:jc w:val="center"/>
        </w:trPr>
        <w:tc>
          <w:tcPr>
            <w:tcW w:w="510" w:type="dxa"/>
            <w:tcMar>
              <w:top w:w="50" w:type="dxa"/>
              <w:left w:w="60" w:type="dxa"/>
              <w:bottom w:w="50" w:type="dxa"/>
              <w:right w:w="60" w:type="dxa"/>
            </w:tcMar>
            <w:vAlign w:val="center"/>
          </w:tcPr>
          <w:p w14:paraId="46C0CF42" w14:textId="77777777" w:rsidR="009F0135" w:rsidRPr="00F54F5A" w:rsidRDefault="009F0135" w:rsidP="00F54F5A">
            <w:pPr>
              <w:spacing w:after="0" w:line="240" w:lineRule="auto"/>
              <w:jc w:val="center"/>
              <w:rPr>
                <w:rFonts w:cs="Times New Roman"/>
                <w:sz w:val="24"/>
              </w:rPr>
            </w:pPr>
            <w:r w:rsidRPr="00F54F5A">
              <w:rPr>
                <w:rFonts w:eastAsia="Times New Roman" w:cs="Times New Roman"/>
                <w:sz w:val="24"/>
                <w:lang w:val="vi-VN"/>
              </w:rPr>
              <w:t>7</w:t>
            </w:r>
          </w:p>
        </w:tc>
        <w:tc>
          <w:tcPr>
            <w:tcW w:w="3515" w:type="dxa"/>
            <w:tcMar>
              <w:top w:w="50" w:type="dxa"/>
              <w:left w:w="60" w:type="dxa"/>
              <w:bottom w:w="50" w:type="dxa"/>
              <w:right w:w="60" w:type="dxa"/>
            </w:tcMar>
            <w:vAlign w:val="center"/>
          </w:tcPr>
          <w:p w14:paraId="6DDBF1F0" w14:textId="1FE398C3" w:rsidR="009F0135"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9F0135" w:rsidRPr="00F54F5A">
              <w:rPr>
                <w:rFonts w:eastAsia="Times New Roman" w:cs="Times New Roman"/>
                <w:sz w:val="24"/>
              </w:rPr>
              <w:t xml:space="preserve"> chuyển tuyến</w:t>
            </w:r>
          </w:p>
        </w:tc>
        <w:tc>
          <w:tcPr>
            <w:tcW w:w="1134" w:type="dxa"/>
            <w:tcMar>
              <w:top w:w="50" w:type="dxa"/>
              <w:left w:w="60" w:type="dxa"/>
              <w:bottom w:w="50" w:type="dxa"/>
              <w:right w:w="60" w:type="dxa"/>
            </w:tcMar>
            <w:vAlign w:val="center"/>
          </w:tcPr>
          <w:p w14:paraId="29DD71A9"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2F5E2268"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495ACA98"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3B1B08C1"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172B9E4C"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7F647657" w14:textId="77777777" w:rsidR="009F0135" w:rsidRPr="00F54F5A" w:rsidRDefault="009F0135" w:rsidP="00F54F5A">
            <w:pPr>
              <w:spacing w:after="0" w:line="240" w:lineRule="auto"/>
              <w:jc w:val="center"/>
              <w:rPr>
                <w:rFonts w:cs="Times New Roman"/>
                <w:sz w:val="24"/>
              </w:rPr>
            </w:pPr>
          </w:p>
        </w:tc>
        <w:tc>
          <w:tcPr>
            <w:tcW w:w="850" w:type="dxa"/>
            <w:tcMar>
              <w:top w:w="50" w:type="dxa"/>
              <w:left w:w="60" w:type="dxa"/>
              <w:bottom w:w="50" w:type="dxa"/>
              <w:right w:w="60" w:type="dxa"/>
            </w:tcMar>
            <w:vAlign w:val="center"/>
          </w:tcPr>
          <w:p w14:paraId="4C1CD24E" w14:textId="77777777" w:rsidR="009F0135" w:rsidRPr="00F54F5A" w:rsidRDefault="009F0135" w:rsidP="00F54F5A">
            <w:pPr>
              <w:spacing w:after="0" w:line="240" w:lineRule="auto"/>
              <w:jc w:val="center"/>
              <w:rPr>
                <w:rFonts w:cs="Times New Roman"/>
                <w:sz w:val="24"/>
              </w:rPr>
            </w:pPr>
          </w:p>
        </w:tc>
      </w:tr>
      <w:tr w:rsidR="009F0135" w:rsidRPr="00F54F5A" w14:paraId="4F62D088" w14:textId="77777777" w:rsidTr="00F54F5A">
        <w:trPr>
          <w:cantSplit/>
          <w:jc w:val="center"/>
        </w:trPr>
        <w:tc>
          <w:tcPr>
            <w:tcW w:w="510" w:type="dxa"/>
            <w:tcMar>
              <w:top w:w="50" w:type="dxa"/>
              <w:left w:w="60" w:type="dxa"/>
              <w:bottom w:w="50" w:type="dxa"/>
              <w:right w:w="60" w:type="dxa"/>
            </w:tcMar>
            <w:vAlign w:val="center"/>
          </w:tcPr>
          <w:p w14:paraId="4D2AAAC8" w14:textId="77777777" w:rsidR="009F0135" w:rsidRPr="00F54F5A" w:rsidRDefault="009F0135" w:rsidP="00F54F5A">
            <w:pPr>
              <w:spacing w:after="0" w:line="240" w:lineRule="auto"/>
              <w:jc w:val="center"/>
              <w:rPr>
                <w:rFonts w:eastAsia="Times New Roman" w:cs="Times New Roman"/>
                <w:sz w:val="24"/>
              </w:rPr>
            </w:pPr>
            <w:r w:rsidRPr="00F54F5A">
              <w:rPr>
                <w:rFonts w:eastAsia="Times New Roman" w:cs="Times New Roman"/>
                <w:sz w:val="24"/>
                <w:lang w:val="vi-VN"/>
              </w:rPr>
              <w:t>8</w:t>
            </w:r>
          </w:p>
        </w:tc>
        <w:tc>
          <w:tcPr>
            <w:tcW w:w="3515" w:type="dxa"/>
            <w:tcMar>
              <w:top w:w="50" w:type="dxa"/>
              <w:left w:w="60" w:type="dxa"/>
              <w:bottom w:w="50" w:type="dxa"/>
              <w:right w:w="60" w:type="dxa"/>
            </w:tcMar>
            <w:vAlign w:val="center"/>
          </w:tcPr>
          <w:p w14:paraId="78E69072" w14:textId="2E0089AC" w:rsidR="009F0135" w:rsidRPr="00F54F5A" w:rsidRDefault="003A21C1" w:rsidP="00F54F5A">
            <w:pPr>
              <w:spacing w:after="0" w:line="240" w:lineRule="auto"/>
              <w:rPr>
                <w:rFonts w:eastAsia="Times New Roman" w:cs="Times New Roman"/>
                <w:sz w:val="24"/>
              </w:rPr>
            </w:pPr>
            <w:r w:rsidRPr="00F54F5A">
              <w:rPr>
                <w:rFonts w:eastAsia="Times New Roman" w:cs="Times New Roman"/>
                <w:sz w:val="24"/>
              </w:rPr>
              <w:t>Số trường hợp bệnh</w:t>
            </w:r>
            <w:r w:rsidR="009F0135" w:rsidRPr="00F54F5A">
              <w:rPr>
                <w:rFonts w:eastAsia="Times New Roman" w:cs="Times New Roman"/>
                <w:sz w:val="24"/>
              </w:rPr>
              <w:t xml:space="preserve"> tử vong</w:t>
            </w:r>
          </w:p>
        </w:tc>
        <w:tc>
          <w:tcPr>
            <w:tcW w:w="1134" w:type="dxa"/>
            <w:tcMar>
              <w:top w:w="50" w:type="dxa"/>
              <w:left w:w="60" w:type="dxa"/>
              <w:bottom w:w="50" w:type="dxa"/>
              <w:right w:w="60" w:type="dxa"/>
            </w:tcMar>
            <w:vAlign w:val="center"/>
          </w:tcPr>
          <w:p w14:paraId="404064CB"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0167917F"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7D456F21"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6BC53574"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07A0A140"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3856BC56" w14:textId="77777777" w:rsidR="009F0135" w:rsidRPr="00F54F5A" w:rsidRDefault="009F0135" w:rsidP="00F54F5A">
            <w:pPr>
              <w:spacing w:after="0" w:line="240" w:lineRule="auto"/>
              <w:jc w:val="center"/>
              <w:rPr>
                <w:rFonts w:cs="Times New Roman"/>
                <w:sz w:val="24"/>
              </w:rPr>
            </w:pPr>
          </w:p>
        </w:tc>
        <w:tc>
          <w:tcPr>
            <w:tcW w:w="850" w:type="dxa"/>
            <w:tcMar>
              <w:top w:w="50" w:type="dxa"/>
              <w:left w:w="60" w:type="dxa"/>
              <w:bottom w:w="50" w:type="dxa"/>
              <w:right w:w="60" w:type="dxa"/>
            </w:tcMar>
            <w:vAlign w:val="center"/>
          </w:tcPr>
          <w:p w14:paraId="72840FE6" w14:textId="77777777" w:rsidR="009F0135" w:rsidRPr="00F54F5A" w:rsidRDefault="009F0135" w:rsidP="00F54F5A">
            <w:pPr>
              <w:spacing w:after="0" w:line="240" w:lineRule="auto"/>
              <w:jc w:val="center"/>
              <w:rPr>
                <w:rFonts w:cs="Times New Roman"/>
                <w:sz w:val="24"/>
              </w:rPr>
            </w:pPr>
          </w:p>
        </w:tc>
      </w:tr>
      <w:tr w:rsidR="009F0135" w:rsidRPr="00F54F5A" w14:paraId="6DE3D6BB" w14:textId="77777777" w:rsidTr="00F54F5A">
        <w:trPr>
          <w:cantSplit/>
          <w:jc w:val="center"/>
        </w:trPr>
        <w:tc>
          <w:tcPr>
            <w:tcW w:w="510" w:type="dxa"/>
            <w:tcMar>
              <w:top w:w="50" w:type="dxa"/>
              <w:left w:w="60" w:type="dxa"/>
              <w:bottom w:w="50" w:type="dxa"/>
              <w:right w:w="60" w:type="dxa"/>
            </w:tcMar>
            <w:vAlign w:val="center"/>
          </w:tcPr>
          <w:p w14:paraId="1CE6D37D" w14:textId="77777777" w:rsidR="009F0135" w:rsidRPr="00F54F5A" w:rsidRDefault="009F0135" w:rsidP="00F54F5A">
            <w:pPr>
              <w:spacing w:after="0" w:line="240" w:lineRule="auto"/>
              <w:jc w:val="center"/>
              <w:rPr>
                <w:rFonts w:eastAsia="Times New Roman" w:cs="Times New Roman"/>
                <w:sz w:val="24"/>
              </w:rPr>
            </w:pPr>
            <w:r w:rsidRPr="00F54F5A">
              <w:rPr>
                <w:rFonts w:eastAsia="Times New Roman" w:cs="Times New Roman"/>
                <w:sz w:val="24"/>
                <w:lang w:val="vi-VN"/>
              </w:rPr>
              <w:t>9</w:t>
            </w:r>
          </w:p>
        </w:tc>
        <w:tc>
          <w:tcPr>
            <w:tcW w:w="3515" w:type="dxa"/>
            <w:tcMar>
              <w:top w:w="50" w:type="dxa"/>
              <w:left w:w="60" w:type="dxa"/>
              <w:bottom w:w="50" w:type="dxa"/>
              <w:right w:w="60" w:type="dxa"/>
            </w:tcMar>
            <w:vAlign w:val="center"/>
          </w:tcPr>
          <w:p w14:paraId="5E4C3355" w14:textId="72039B25" w:rsidR="009F0135" w:rsidRPr="00F54F5A" w:rsidRDefault="003A21C1" w:rsidP="00F54F5A">
            <w:pPr>
              <w:spacing w:after="0" w:line="240" w:lineRule="auto"/>
              <w:rPr>
                <w:rFonts w:eastAsia="Times New Roman" w:cs="Times New Roman"/>
                <w:sz w:val="24"/>
              </w:rPr>
            </w:pPr>
            <w:r w:rsidRPr="00F54F5A">
              <w:rPr>
                <w:rFonts w:eastAsia="Times New Roman" w:cs="Times New Roman"/>
                <w:sz w:val="24"/>
              </w:rPr>
              <w:t>Số trường hợp bệnh</w:t>
            </w:r>
            <w:r w:rsidR="009F0135" w:rsidRPr="00F54F5A">
              <w:rPr>
                <w:rFonts w:eastAsia="Times New Roman" w:cs="Times New Roman"/>
                <w:sz w:val="24"/>
              </w:rPr>
              <w:t xml:space="preserve"> có di chứng được xác định</w:t>
            </w:r>
            <w:r w:rsidR="00DE3440" w:rsidRPr="00F54F5A">
              <w:rPr>
                <w:rFonts w:eastAsia="Times New Roman" w:cs="Times New Roman"/>
                <w:sz w:val="24"/>
                <w:vertAlign w:val="superscript"/>
              </w:rPr>
              <w:t>***</w:t>
            </w:r>
          </w:p>
        </w:tc>
        <w:tc>
          <w:tcPr>
            <w:tcW w:w="1134" w:type="dxa"/>
            <w:tcMar>
              <w:top w:w="50" w:type="dxa"/>
              <w:left w:w="60" w:type="dxa"/>
              <w:bottom w:w="50" w:type="dxa"/>
              <w:right w:w="60" w:type="dxa"/>
            </w:tcMar>
            <w:vAlign w:val="center"/>
          </w:tcPr>
          <w:p w14:paraId="2C5A2450"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192FE223"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5D0320B8"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5C0B2209"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3225A264"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68D3981D" w14:textId="77777777" w:rsidR="009F0135" w:rsidRPr="00F54F5A" w:rsidRDefault="009F0135" w:rsidP="00F54F5A">
            <w:pPr>
              <w:spacing w:after="0" w:line="240" w:lineRule="auto"/>
              <w:jc w:val="center"/>
              <w:rPr>
                <w:rFonts w:cs="Times New Roman"/>
                <w:sz w:val="24"/>
              </w:rPr>
            </w:pPr>
          </w:p>
        </w:tc>
        <w:tc>
          <w:tcPr>
            <w:tcW w:w="850" w:type="dxa"/>
            <w:tcMar>
              <w:top w:w="50" w:type="dxa"/>
              <w:left w:w="60" w:type="dxa"/>
              <w:bottom w:w="50" w:type="dxa"/>
              <w:right w:w="60" w:type="dxa"/>
            </w:tcMar>
            <w:vAlign w:val="center"/>
          </w:tcPr>
          <w:p w14:paraId="187F7CCF" w14:textId="77777777" w:rsidR="009F0135" w:rsidRPr="00F54F5A" w:rsidRDefault="009F0135" w:rsidP="00F54F5A">
            <w:pPr>
              <w:spacing w:after="0" w:line="240" w:lineRule="auto"/>
              <w:jc w:val="center"/>
              <w:rPr>
                <w:rFonts w:cs="Times New Roman"/>
                <w:sz w:val="24"/>
              </w:rPr>
            </w:pPr>
          </w:p>
        </w:tc>
      </w:tr>
      <w:tr w:rsidR="009F0135" w:rsidRPr="00F54F5A" w14:paraId="142ADD13" w14:textId="77777777" w:rsidTr="00F54F5A">
        <w:trPr>
          <w:cantSplit/>
          <w:jc w:val="center"/>
        </w:trPr>
        <w:tc>
          <w:tcPr>
            <w:tcW w:w="510" w:type="dxa"/>
            <w:tcMar>
              <w:top w:w="50" w:type="dxa"/>
              <w:left w:w="60" w:type="dxa"/>
              <w:bottom w:w="50" w:type="dxa"/>
              <w:right w:w="60" w:type="dxa"/>
            </w:tcMar>
            <w:vAlign w:val="center"/>
          </w:tcPr>
          <w:p w14:paraId="58B1B35A" w14:textId="77777777" w:rsidR="009F0135" w:rsidRPr="00F54F5A" w:rsidRDefault="009F0135" w:rsidP="00F54F5A">
            <w:pPr>
              <w:spacing w:after="0" w:line="240" w:lineRule="auto"/>
              <w:jc w:val="center"/>
              <w:rPr>
                <w:rFonts w:eastAsia="Times New Roman" w:cs="Times New Roman"/>
                <w:sz w:val="24"/>
              </w:rPr>
            </w:pPr>
            <w:r w:rsidRPr="00F54F5A">
              <w:rPr>
                <w:rFonts w:cs="Times New Roman"/>
                <w:sz w:val="24"/>
                <w:lang w:val="vi-VN"/>
              </w:rPr>
              <w:t>10</w:t>
            </w:r>
          </w:p>
        </w:tc>
        <w:tc>
          <w:tcPr>
            <w:tcW w:w="3515" w:type="dxa"/>
            <w:tcMar>
              <w:top w:w="50" w:type="dxa"/>
              <w:left w:w="60" w:type="dxa"/>
              <w:bottom w:w="50" w:type="dxa"/>
              <w:right w:w="60" w:type="dxa"/>
            </w:tcMar>
            <w:vAlign w:val="center"/>
          </w:tcPr>
          <w:p w14:paraId="343A616F" w14:textId="77777777" w:rsidR="009F0135" w:rsidRPr="00F54F5A" w:rsidRDefault="009F0135" w:rsidP="00F54F5A">
            <w:pPr>
              <w:spacing w:after="0" w:line="240" w:lineRule="auto"/>
              <w:rPr>
                <w:rFonts w:eastAsia="Times New Roman" w:cs="Times New Roman"/>
                <w:sz w:val="24"/>
              </w:rPr>
            </w:pPr>
            <w:r w:rsidRPr="00F54F5A">
              <w:rPr>
                <w:rFonts w:eastAsia="Times New Roman" w:cs="Times New Roman"/>
                <w:sz w:val="24"/>
              </w:rPr>
              <w:t>Số nhân viên y tế mắc bệnh</w:t>
            </w:r>
          </w:p>
        </w:tc>
        <w:tc>
          <w:tcPr>
            <w:tcW w:w="1134" w:type="dxa"/>
            <w:tcMar>
              <w:top w:w="50" w:type="dxa"/>
              <w:left w:w="60" w:type="dxa"/>
              <w:bottom w:w="50" w:type="dxa"/>
              <w:right w:w="60" w:type="dxa"/>
            </w:tcMar>
            <w:vAlign w:val="center"/>
          </w:tcPr>
          <w:p w14:paraId="3EB89BB8"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4B3AA4C1"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23CF61D2"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65E889BB"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24F8BFF9" w14:textId="77777777" w:rsidR="009F0135" w:rsidRPr="00F54F5A" w:rsidRDefault="009F0135" w:rsidP="00F54F5A">
            <w:pPr>
              <w:spacing w:after="0" w:line="240" w:lineRule="auto"/>
              <w:jc w:val="center"/>
              <w:rPr>
                <w:rFonts w:cs="Times New Roman"/>
                <w:sz w:val="24"/>
              </w:rPr>
            </w:pPr>
          </w:p>
        </w:tc>
        <w:tc>
          <w:tcPr>
            <w:tcW w:w="1134" w:type="dxa"/>
            <w:tcMar>
              <w:top w:w="50" w:type="dxa"/>
              <w:left w:w="60" w:type="dxa"/>
              <w:bottom w:w="50" w:type="dxa"/>
              <w:right w:w="60" w:type="dxa"/>
            </w:tcMar>
            <w:vAlign w:val="center"/>
          </w:tcPr>
          <w:p w14:paraId="75E982A7" w14:textId="77777777" w:rsidR="009F0135" w:rsidRPr="00F54F5A" w:rsidRDefault="009F0135" w:rsidP="00F54F5A">
            <w:pPr>
              <w:spacing w:after="0" w:line="240" w:lineRule="auto"/>
              <w:jc w:val="center"/>
              <w:rPr>
                <w:rFonts w:cs="Times New Roman"/>
                <w:sz w:val="24"/>
              </w:rPr>
            </w:pPr>
          </w:p>
        </w:tc>
        <w:tc>
          <w:tcPr>
            <w:tcW w:w="850" w:type="dxa"/>
            <w:tcMar>
              <w:top w:w="50" w:type="dxa"/>
              <w:left w:w="60" w:type="dxa"/>
              <w:bottom w:w="50" w:type="dxa"/>
              <w:right w:w="60" w:type="dxa"/>
            </w:tcMar>
            <w:vAlign w:val="center"/>
          </w:tcPr>
          <w:p w14:paraId="1A4640A6" w14:textId="77777777" w:rsidR="009F0135" w:rsidRPr="00F54F5A" w:rsidRDefault="009F0135" w:rsidP="00F54F5A">
            <w:pPr>
              <w:spacing w:after="0" w:line="240" w:lineRule="auto"/>
              <w:jc w:val="center"/>
              <w:rPr>
                <w:rFonts w:cs="Times New Roman"/>
                <w:sz w:val="24"/>
              </w:rPr>
            </w:pPr>
          </w:p>
        </w:tc>
      </w:tr>
    </w:tbl>
    <w:p w14:paraId="0432446B" w14:textId="77777777" w:rsidR="00DE3440" w:rsidRPr="00F54F5A" w:rsidRDefault="00DE3440" w:rsidP="00CA634C">
      <w:pPr>
        <w:keepNext/>
        <w:spacing w:before="120" w:after="0" w:line="240" w:lineRule="auto"/>
        <w:rPr>
          <w:rFonts w:eastAsia="Times New Roman" w:cs="Times New Roman"/>
          <w:b/>
          <w:sz w:val="26"/>
          <w:szCs w:val="18"/>
        </w:rPr>
      </w:pPr>
      <w:r w:rsidRPr="00F54F5A">
        <w:rPr>
          <w:rFonts w:eastAsia="Times New Roman" w:cs="Times New Roman"/>
          <w:b/>
          <w:sz w:val="26"/>
          <w:szCs w:val="18"/>
        </w:rPr>
        <w:t>Ghi chú:</w:t>
      </w:r>
    </w:p>
    <w:p w14:paraId="177766FC" w14:textId="77777777" w:rsidR="00DE3440" w:rsidRPr="00F54F5A" w:rsidRDefault="00DE3440" w:rsidP="00CA634C">
      <w:pPr>
        <w:keepNext/>
        <w:spacing w:before="120" w:after="0" w:line="240" w:lineRule="auto"/>
        <w:rPr>
          <w:rFonts w:eastAsia="Times New Roman" w:cs="Times New Roman"/>
          <w:bCs/>
          <w:i/>
          <w:iCs/>
          <w:sz w:val="26"/>
          <w:szCs w:val="18"/>
        </w:rPr>
      </w:pPr>
      <w:r w:rsidRPr="00F54F5A">
        <w:rPr>
          <w:rFonts w:eastAsia="Times New Roman" w:cs="Times New Roman"/>
          <w:bCs/>
          <w:i/>
          <w:iCs/>
          <w:sz w:val="26"/>
          <w:szCs w:val="18"/>
        </w:rPr>
        <w:t>* Trường hợp bệnh nặng/nguy kịch là những trường hợp có suy giảm chức năng cơ quan, tổn thương nghiêm trọng và có thể tử vong.</w:t>
      </w:r>
    </w:p>
    <w:p w14:paraId="5AB6882B" w14:textId="77777777" w:rsidR="00DE3440" w:rsidRPr="00F54F5A" w:rsidRDefault="00DE3440" w:rsidP="00CA634C">
      <w:pPr>
        <w:keepNext/>
        <w:spacing w:before="120" w:after="0" w:line="240" w:lineRule="auto"/>
        <w:rPr>
          <w:rFonts w:eastAsia="Times New Roman" w:cs="Times New Roman"/>
          <w:bCs/>
          <w:i/>
          <w:iCs/>
          <w:spacing w:val="-2"/>
          <w:sz w:val="26"/>
          <w:szCs w:val="18"/>
        </w:rPr>
      </w:pPr>
      <w:r w:rsidRPr="00F54F5A">
        <w:rPr>
          <w:rFonts w:eastAsia="Times New Roman" w:cs="Times New Roman"/>
          <w:bCs/>
          <w:i/>
          <w:iCs/>
          <w:spacing w:val="-2"/>
          <w:sz w:val="26"/>
          <w:szCs w:val="18"/>
        </w:rPr>
        <w:t>** Trường hợp biến chứng là bệnh, hội chứng hoặc tình trạng bệnh lý xuất hiện trong quá trình điều trị, là hậu quả hoặc do tiến triển xấu đi của bệnh trong quá trình điều trị.</w:t>
      </w:r>
    </w:p>
    <w:p w14:paraId="2792C36C" w14:textId="77777777" w:rsidR="00DE3440" w:rsidRPr="00F54F5A" w:rsidRDefault="00DE3440" w:rsidP="00CA634C">
      <w:pPr>
        <w:keepNext/>
        <w:spacing w:before="120" w:after="0" w:line="240" w:lineRule="auto"/>
        <w:rPr>
          <w:rFonts w:eastAsia="Times New Roman" w:cs="Times New Roman"/>
          <w:bCs/>
          <w:i/>
          <w:iCs/>
          <w:sz w:val="26"/>
          <w:szCs w:val="24"/>
        </w:rPr>
      </w:pPr>
      <w:r w:rsidRPr="00F54F5A">
        <w:rPr>
          <w:rFonts w:eastAsia="Times New Roman" w:cs="Times New Roman"/>
          <w:bCs/>
          <w:i/>
          <w:iCs/>
          <w:sz w:val="26"/>
          <w:szCs w:val="18"/>
        </w:rPr>
        <w:t>*** Trường hợp bệnh có di chứng được xác định là một tình trạng bệnh lý được xác định còn lại sau khi đã được điều trị khỏi bệnh.</w:t>
      </w:r>
    </w:p>
    <w:p w14:paraId="1E22C75A" w14:textId="77777777" w:rsidR="009F0135" w:rsidRPr="00F54F5A" w:rsidRDefault="009F0135" w:rsidP="00CA634C">
      <w:pPr>
        <w:keepNext/>
        <w:spacing w:before="120" w:after="0" w:line="240" w:lineRule="auto"/>
        <w:rPr>
          <w:rFonts w:eastAsia="Times New Roman" w:cs="Times New Roman"/>
          <w:b/>
          <w:sz w:val="26"/>
          <w:lang w:val="vi-VN"/>
        </w:rPr>
      </w:pPr>
      <w:r w:rsidRPr="00F54F5A">
        <w:rPr>
          <w:rFonts w:eastAsia="Times New Roman" w:cs="Times New Roman"/>
          <w:b/>
          <w:sz w:val="26"/>
          <w:lang w:val="vi-VN"/>
        </w:rPr>
        <w:t>III. PHÂN BỐ CA MẮC, TỬ VONG, DI CHỨNG THEO ĐỊA BÀN</w:t>
      </w:r>
    </w:p>
    <w:p w14:paraId="374677A6" w14:textId="77777777" w:rsidR="009F0135" w:rsidRPr="00F54F5A" w:rsidRDefault="009F0135" w:rsidP="00CA634C">
      <w:pPr>
        <w:keepNext/>
        <w:spacing w:before="120" w:after="0" w:line="240" w:lineRule="auto"/>
        <w:rPr>
          <w:rFonts w:eastAsia="Times New Roman" w:cs="Times New Roman"/>
          <w:b/>
          <w:sz w:val="26"/>
          <w:lang w:val="vi-VN"/>
        </w:rPr>
      </w:pPr>
      <w:r w:rsidRPr="00F54F5A">
        <w:rPr>
          <w:rFonts w:eastAsia="Times New Roman" w:cs="Times New Roman"/>
          <w:b/>
          <w:sz w:val="26"/>
          <w:lang w:val="vi-VN"/>
        </w:rPr>
        <w:t>3.1. Phân bố theo giới tính</w:t>
      </w:r>
    </w:p>
    <w:tbl>
      <w:tblPr>
        <w:tblW w:w="142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87"/>
        <w:gridCol w:w="2994"/>
        <w:gridCol w:w="1079"/>
        <w:gridCol w:w="1080"/>
        <w:gridCol w:w="1080"/>
        <w:gridCol w:w="1080"/>
        <w:gridCol w:w="1080"/>
        <w:gridCol w:w="1080"/>
        <w:gridCol w:w="1080"/>
        <w:gridCol w:w="1080"/>
        <w:gridCol w:w="1080"/>
        <w:gridCol w:w="1080"/>
      </w:tblGrid>
      <w:tr w:rsidR="009F0135" w:rsidRPr="008C62CF" w14:paraId="1C0379D3" w14:textId="77777777" w:rsidTr="00FF5368">
        <w:trPr>
          <w:cantSplit/>
          <w:tblHeader/>
          <w:jc w:val="center"/>
        </w:trPr>
        <w:tc>
          <w:tcPr>
            <w:tcW w:w="487" w:type="dxa"/>
            <w:vMerge w:val="restart"/>
            <w:shd w:val="clear" w:color="auto" w:fill="E7E6E6"/>
            <w:tcMar>
              <w:top w:w="50" w:type="dxa"/>
              <w:left w:w="60" w:type="dxa"/>
              <w:bottom w:w="50" w:type="dxa"/>
              <w:right w:w="60" w:type="dxa"/>
            </w:tcMar>
            <w:vAlign w:val="center"/>
          </w:tcPr>
          <w:p w14:paraId="48014D8F"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TT</w:t>
            </w:r>
          </w:p>
        </w:tc>
        <w:tc>
          <w:tcPr>
            <w:tcW w:w="2994" w:type="dxa"/>
            <w:vMerge w:val="restart"/>
            <w:shd w:val="clear" w:color="auto" w:fill="E7E6E6"/>
            <w:tcMar>
              <w:top w:w="50" w:type="dxa"/>
              <w:left w:w="60" w:type="dxa"/>
              <w:bottom w:w="50" w:type="dxa"/>
              <w:right w:w="60" w:type="dxa"/>
            </w:tcMar>
            <w:vAlign w:val="center"/>
          </w:tcPr>
          <w:p w14:paraId="750949ED" w14:textId="77777777" w:rsidR="009F0135" w:rsidRPr="00F54F5A" w:rsidRDefault="009F0135" w:rsidP="00F54F5A">
            <w:pPr>
              <w:spacing w:after="0" w:line="240" w:lineRule="auto"/>
              <w:jc w:val="center"/>
              <w:rPr>
                <w:rFonts w:cs="Times New Roman"/>
                <w:sz w:val="24"/>
                <w:lang w:val="vi-VN"/>
              </w:rPr>
            </w:pPr>
            <w:r w:rsidRPr="00F54F5A">
              <w:rPr>
                <w:rFonts w:eastAsia="Times New Roman" w:cs="Times New Roman"/>
                <w:b/>
                <w:sz w:val="24"/>
              </w:rPr>
              <w:t>Xã/phường/đặc khu</w:t>
            </w:r>
          </w:p>
        </w:tc>
        <w:tc>
          <w:tcPr>
            <w:tcW w:w="2159" w:type="dxa"/>
            <w:gridSpan w:val="2"/>
            <w:shd w:val="clear" w:color="auto" w:fill="E7E6E6"/>
            <w:tcMar>
              <w:top w:w="50" w:type="dxa"/>
              <w:left w:w="60" w:type="dxa"/>
              <w:bottom w:w="50" w:type="dxa"/>
              <w:right w:w="60" w:type="dxa"/>
            </w:tcMar>
            <w:vAlign w:val="center"/>
          </w:tcPr>
          <w:p w14:paraId="00660748" w14:textId="39DCE289" w:rsidR="009F0135" w:rsidRPr="00F54F5A" w:rsidRDefault="003A21C1" w:rsidP="00F54F5A">
            <w:pPr>
              <w:spacing w:after="0" w:line="240" w:lineRule="auto"/>
              <w:jc w:val="center"/>
              <w:rPr>
                <w:rFonts w:cs="Times New Roman"/>
                <w:b/>
                <w:bCs/>
                <w:sz w:val="24"/>
                <w:lang w:val="vi-VN"/>
              </w:rPr>
            </w:pPr>
            <w:r w:rsidRPr="00F54F5A">
              <w:rPr>
                <w:rFonts w:eastAsia="Times New Roman" w:cs="Times New Roman"/>
                <w:b/>
                <w:bCs/>
                <w:sz w:val="24"/>
                <w:lang w:val="vi-VN"/>
              </w:rPr>
              <w:t>Số trường hợp bệnh</w:t>
            </w:r>
            <w:r w:rsidR="009F0135" w:rsidRPr="00F54F5A">
              <w:rPr>
                <w:rFonts w:eastAsia="Times New Roman" w:cs="Times New Roman"/>
                <w:b/>
                <w:bCs/>
                <w:sz w:val="24"/>
                <w:lang w:val="vi-VN"/>
              </w:rPr>
              <w:t xml:space="preserve"> mắc</w:t>
            </w:r>
          </w:p>
        </w:tc>
        <w:tc>
          <w:tcPr>
            <w:tcW w:w="2160" w:type="dxa"/>
            <w:gridSpan w:val="2"/>
            <w:shd w:val="clear" w:color="auto" w:fill="E7E6E6"/>
            <w:tcMar>
              <w:top w:w="50" w:type="dxa"/>
              <w:left w:w="60" w:type="dxa"/>
              <w:bottom w:w="50" w:type="dxa"/>
              <w:right w:w="60" w:type="dxa"/>
            </w:tcMar>
            <w:vAlign w:val="center"/>
          </w:tcPr>
          <w:p w14:paraId="65320422" w14:textId="37CD9743" w:rsidR="009F0135" w:rsidRPr="00F54F5A" w:rsidRDefault="008F6410" w:rsidP="00F54F5A">
            <w:pPr>
              <w:spacing w:after="0" w:line="240" w:lineRule="auto"/>
              <w:jc w:val="center"/>
              <w:rPr>
                <w:rFonts w:cs="Times New Roman"/>
                <w:b/>
                <w:bCs/>
                <w:sz w:val="24"/>
                <w:lang w:val="vi-VN"/>
              </w:rPr>
            </w:pPr>
            <w:r w:rsidRPr="00F54F5A">
              <w:rPr>
                <w:rFonts w:eastAsia="Times New Roman" w:cs="Times New Roman"/>
                <w:b/>
                <w:bCs/>
                <w:sz w:val="24"/>
                <w:lang w:val="vi-VN"/>
              </w:rPr>
              <w:t>Số trường hợp bệnh</w:t>
            </w:r>
            <w:r w:rsidR="00B6413E" w:rsidRPr="00F54F5A">
              <w:rPr>
                <w:rFonts w:eastAsia="Times New Roman" w:cs="Times New Roman"/>
                <w:b/>
                <w:bCs/>
                <w:sz w:val="24"/>
                <w:lang w:val="vi-VN"/>
              </w:rPr>
              <w:t xml:space="preserve"> nghi ngờ</w:t>
            </w:r>
          </w:p>
        </w:tc>
        <w:tc>
          <w:tcPr>
            <w:tcW w:w="2160" w:type="dxa"/>
            <w:gridSpan w:val="2"/>
            <w:shd w:val="clear" w:color="auto" w:fill="E7E6E6"/>
            <w:tcMar>
              <w:top w:w="50" w:type="dxa"/>
              <w:left w:w="60" w:type="dxa"/>
              <w:bottom w:w="50" w:type="dxa"/>
              <w:right w:w="60" w:type="dxa"/>
            </w:tcMar>
            <w:vAlign w:val="center"/>
          </w:tcPr>
          <w:p w14:paraId="4AD58849" w14:textId="19CB6D5E" w:rsidR="009F0135" w:rsidRPr="00F54F5A" w:rsidRDefault="008F6410" w:rsidP="00F54F5A">
            <w:pPr>
              <w:spacing w:after="0" w:line="240" w:lineRule="auto"/>
              <w:jc w:val="center"/>
              <w:rPr>
                <w:rFonts w:cs="Times New Roman"/>
                <w:b/>
                <w:bCs/>
                <w:sz w:val="24"/>
                <w:lang w:val="vi-VN"/>
              </w:rPr>
            </w:pPr>
            <w:r w:rsidRPr="00F54F5A">
              <w:rPr>
                <w:rFonts w:eastAsia="Times New Roman" w:cs="Times New Roman"/>
                <w:b/>
                <w:bCs/>
                <w:sz w:val="24"/>
                <w:lang w:val="vi-VN"/>
              </w:rPr>
              <w:t>Số trường hợp bệnh</w:t>
            </w:r>
            <w:r w:rsidR="00B6413E" w:rsidRPr="00F54F5A">
              <w:rPr>
                <w:rFonts w:eastAsia="Times New Roman" w:cs="Times New Roman"/>
                <w:b/>
                <w:bCs/>
                <w:sz w:val="24"/>
                <w:lang w:val="vi-VN"/>
              </w:rPr>
              <w:t xml:space="preserve"> xác định</w:t>
            </w:r>
          </w:p>
        </w:tc>
        <w:tc>
          <w:tcPr>
            <w:tcW w:w="2160" w:type="dxa"/>
            <w:gridSpan w:val="2"/>
            <w:shd w:val="clear" w:color="auto" w:fill="E7E6E6"/>
            <w:tcMar>
              <w:top w:w="50" w:type="dxa"/>
              <w:left w:w="60" w:type="dxa"/>
              <w:bottom w:w="50" w:type="dxa"/>
              <w:right w:w="60" w:type="dxa"/>
            </w:tcMar>
            <w:vAlign w:val="center"/>
          </w:tcPr>
          <w:p w14:paraId="7CDA2B03" w14:textId="0ABDF82A" w:rsidR="009F0135" w:rsidRPr="008C62CF" w:rsidRDefault="003A21C1" w:rsidP="00F54F5A">
            <w:pPr>
              <w:spacing w:after="0" w:line="240" w:lineRule="auto"/>
              <w:jc w:val="center"/>
              <w:rPr>
                <w:rFonts w:cs="Times New Roman"/>
                <w:b/>
                <w:bCs/>
                <w:sz w:val="24"/>
                <w:lang w:val="vi-VN"/>
              </w:rPr>
            </w:pPr>
            <w:r w:rsidRPr="008C62CF">
              <w:rPr>
                <w:rFonts w:eastAsia="Times New Roman" w:cs="Times New Roman"/>
                <w:b/>
                <w:bCs/>
                <w:sz w:val="24"/>
                <w:lang w:val="vi-VN"/>
              </w:rPr>
              <w:t>Số trường hợp bệnh</w:t>
            </w:r>
            <w:r w:rsidR="009F0135" w:rsidRPr="008C62CF">
              <w:rPr>
                <w:rFonts w:eastAsia="Times New Roman" w:cs="Times New Roman"/>
                <w:b/>
                <w:bCs/>
                <w:sz w:val="24"/>
                <w:lang w:val="vi-VN"/>
              </w:rPr>
              <w:t xml:space="preserve"> tử vong</w:t>
            </w:r>
          </w:p>
        </w:tc>
        <w:tc>
          <w:tcPr>
            <w:tcW w:w="2160" w:type="dxa"/>
            <w:gridSpan w:val="2"/>
            <w:shd w:val="clear" w:color="auto" w:fill="E7E6E6"/>
            <w:tcMar>
              <w:top w:w="50" w:type="dxa"/>
              <w:left w:w="60" w:type="dxa"/>
              <w:bottom w:w="50" w:type="dxa"/>
              <w:right w:w="60" w:type="dxa"/>
            </w:tcMar>
            <w:vAlign w:val="center"/>
          </w:tcPr>
          <w:p w14:paraId="58B111C4" w14:textId="7C16C40A" w:rsidR="009F0135" w:rsidRPr="008C62CF" w:rsidRDefault="003A21C1" w:rsidP="00F54F5A">
            <w:pPr>
              <w:spacing w:after="0" w:line="240" w:lineRule="auto"/>
              <w:jc w:val="center"/>
              <w:rPr>
                <w:rFonts w:cs="Times New Roman"/>
                <w:b/>
                <w:bCs/>
                <w:sz w:val="24"/>
                <w:lang w:val="vi-VN"/>
              </w:rPr>
            </w:pPr>
            <w:r w:rsidRPr="008C62CF">
              <w:rPr>
                <w:rFonts w:eastAsia="Times New Roman" w:cs="Times New Roman"/>
                <w:b/>
                <w:bCs/>
                <w:sz w:val="24"/>
                <w:lang w:val="vi-VN"/>
              </w:rPr>
              <w:t>Số trường hợp bệnh</w:t>
            </w:r>
            <w:r w:rsidR="009F0135" w:rsidRPr="008C62CF">
              <w:rPr>
                <w:rFonts w:eastAsia="Times New Roman" w:cs="Times New Roman"/>
                <w:b/>
                <w:bCs/>
                <w:sz w:val="24"/>
                <w:lang w:val="vi-VN"/>
              </w:rPr>
              <w:t xml:space="preserve"> có di chứng</w:t>
            </w:r>
          </w:p>
        </w:tc>
      </w:tr>
      <w:tr w:rsidR="009F0135" w:rsidRPr="00F54F5A" w14:paraId="147CC628" w14:textId="77777777" w:rsidTr="00FF5368">
        <w:trPr>
          <w:cantSplit/>
          <w:tblHeader/>
          <w:jc w:val="center"/>
        </w:trPr>
        <w:tc>
          <w:tcPr>
            <w:tcW w:w="487" w:type="dxa"/>
            <w:vMerge/>
          </w:tcPr>
          <w:p w14:paraId="4C656387" w14:textId="77777777" w:rsidR="009F0135" w:rsidRPr="008C62CF" w:rsidRDefault="009F0135" w:rsidP="00F54F5A">
            <w:pPr>
              <w:spacing w:after="0" w:line="240" w:lineRule="auto"/>
              <w:rPr>
                <w:rFonts w:cs="Times New Roman"/>
                <w:sz w:val="24"/>
                <w:lang w:val="vi-VN"/>
              </w:rPr>
            </w:pPr>
          </w:p>
        </w:tc>
        <w:tc>
          <w:tcPr>
            <w:tcW w:w="2994" w:type="dxa"/>
            <w:vMerge/>
          </w:tcPr>
          <w:p w14:paraId="68A7FDA5" w14:textId="77777777" w:rsidR="009F0135" w:rsidRPr="008C62CF" w:rsidRDefault="009F0135" w:rsidP="00F54F5A">
            <w:pPr>
              <w:spacing w:after="0" w:line="240" w:lineRule="auto"/>
              <w:rPr>
                <w:rFonts w:cs="Times New Roman"/>
                <w:sz w:val="24"/>
                <w:lang w:val="vi-VN"/>
              </w:rPr>
            </w:pPr>
          </w:p>
        </w:tc>
        <w:tc>
          <w:tcPr>
            <w:tcW w:w="1079" w:type="dxa"/>
            <w:shd w:val="clear" w:color="auto" w:fill="E7E6E6"/>
            <w:tcMar>
              <w:top w:w="50" w:type="dxa"/>
              <w:left w:w="60" w:type="dxa"/>
              <w:bottom w:w="50" w:type="dxa"/>
              <w:right w:w="60" w:type="dxa"/>
            </w:tcMar>
            <w:vAlign w:val="center"/>
          </w:tcPr>
          <w:p w14:paraId="0FBA8759"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Nam</w:t>
            </w:r>
          </w:p>
        </w:tc>
        <w:tc>
          <w:tcPr>
            <w:tcW w:w="1080" w:type="dxa"/>
            <w:shd w:val="clear" w:color="auto" w:fill="E7E6E6"/>
            <w:tcMar>
              <w:top w:w="50" w:type="dxa"/>
              <w:left w:w="60" w:type="dxa"/>
              <w:bottom w:w="50" w:type="dxa"/>
              <w:right w:w="60" w:type="dxa"/>
            </w:tcMar>
            <w:vAlign w:val="center"/>
          </w:tcPr>
          <w:p w14:paraId="01E72419"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Nữ</w:t>
            </w:r>
          </w:p>
        </w:tc>
        <w:tc>
          <w:tcPr>
            <w:tcW w:w="1080" w:type="dxa"/>
            <w:shd w:val="clear" w:color="auto" w:fill="E7E6E6"/>
            <w:tcMar>
              <w:top w:w="50" w:type="dxa"/>
              <w:left w:w="60" w:type="dxa"/>
              <w:bottom w:w="50" w:type="dxa"/>
              <w:right w:w="60" w:type="dxa"/>
            </w:tcMar>
            <w:vAlign w:val="center"/>
          </w:tcPr>
          <w:p w14:paraId="1B60807E"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Nam</w:t>
            </w:r>
          </w:p>
        </w:tc>
        <w:tc>
          <w:tcPr>
            <w:tcW w:w="1080" w:type="dxa"/>
            <w:shd w:val="clear" w:color="auto" w:fill="E7E6E6"/>
            <w:tcMar>
              <w:top w:w="50" w:type="dxa"/>
              <w:left w:w="60" w:type="dxa"/>
              <w:bottom w:w="50" w:type="dxa"/>
              <w:right w:w="60" w:type="dxa"/>
            </w:tcMar>
            <w:vAlign w:val="center"/>
          </w:tcPr>
          <w:p w14:paraId="602E1819"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Nữ</w:t>
            </w:r>
          </w:p>
        </w:tc>
        <w:tc>
          <w:tcPr>
            <w:tcW w:w="1080" w:type="dxa"/>
            <w:shd w:val="clear" w:color="auto" w:fill="E7E6E6"/>
            <w:tcMar>
              <w:top w:w="50" w:type="dxa"/>
              <w:left w:w="60" w:type="dxa"/>
              <w:bottom w:w="50" w:type="dxa"/>
              <w:right w:w="60" w:type="dxa"/>
            </w:tcMar>
            <w:vAlign w:val="center"/>
          </w:tcPr>
          <w:p w14:paraId="635F5C02"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Nam</w:t>
            </w:r>
          </w:p>
        </w:tc>
        <w:tc>
          <w:tcPr>
            <w:tcW w:w="1080" w:type="dxa"/>
            <w:shd w:val="clear" w:color="auto" w:fill="E7E6E6"/>
            <w:tcMar>
              <w:top w:w="50" w:type="dxa"/>
              <w:left w:w="60" w:type="dxa"/>
              <w:bottom w:w="50" w:type="dxa"/>
              <w:right w:w="60" w:type="dxa"/>
            </w:tcMar>
            <w:vAlign w:val="center"/>
          </w:tcPr>
          <w:p w14:paraId="5C59AC44"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Nữ</w:t>
            </w:r>
          </w:p>
        </w:tc>
        <w:tc>
          <w:tcPr>
            <w:tcW w:w="1080" w:type="dxa"/>
            <w:shd w:val="clear" w:color="auto" w:fill="E7E6E6"/>
            <w:tcMar>
              <w:top w:w="50" w:type="dxa"/>
              <w:left w:w="60" w:type="dxa"/>
              <w:bottom w:w="50" w:type="dxa"/>
              <w:right w:w="60" w:type="dxa"/>
            </w:tcMar>
            <w:vAlign w:val="center"/>
          </w:tcPr>
          <w:p w14:paraId="773289FC"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Nam</w:t>
            </w:r>
          </w:p>
        </w:tc>
        <w:tc>
          <w:tcPr>
            <w:tcW w:w="1080" w:type="dxa"/>
            <w:shd w:val="clear" w:color="auto" w:fill="E7E6E6"/>
            <w:tcMar>
              <w:top w:w="50" w:type="dxa"/>
              <w:left w:w="60" w:type="dxa"/>
              <w:bottom w:w="50" w:type="dxa"/>
              <w:right w:w="60" w:type="dxa"/>
            </w:tcMar>
            <w:vAlign w:val="center"/>
          </w:tcPr>
          <w:p w14:paraId="68E48E37"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Nữ</w:t>
            </w:r>
          </w:p>
        </w:tc>
        <w:tc>
          <w:tcPr>
            <w:tcW w:w="1080" w:type="dxa"/>
            <w:shd w:val="clear" w:color="auto" w:fill="E7E6E6"/>
            <w:tcMar>
              <w:top w:w="50" w:type="dxa"/>
              <w:left w:w="60" w:type="dxa"/>
              <w:bottom w:w="50" w:type="dxa"/>
              <w:right w:w="60" w:type="dxa"/>
            </w:tcMar>
            <w:vAlign w:val="center"/>
          </w:tcPr>
          <w:p w14:paraId="2330D5FC"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Nam</w:t>
            </w:r>
          </w:p>
        </w:tc>
        <w:tc>
          <w:tcPr>
            <w:tcW w:w="1080" w:type="dxa"/>
            <w:shd w:val="clear" w:color="auto" w:fill="E7E6E6"/>
            <w:tcMar>
              <w:top w:w="50" w:type="dxa"/>
              <w:left w:w="60" w:type="dxa"/>
              <w:bottom w:w="50" w:type="dxa"/>
              <w:right w:w="60" w:type="dxa"/>
            </w:tcMar>
            <w:vAlign w:val="center"/>
          </w:tcPr>
          <w:p w14:paraId="238DDDA5"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Nữ</w:t>
            </w:r>
          </w:p>
        </w:tc>
      </w:tr>
      <w:tr w:rsidR="009F0135" w:rsidRPr="00F54F5A" w14:paraId="247A30BA" w14:textId="77777777" w:rsidTr="00FF5368">
        <w:trPr>
          <w:cantSplit/>
          <w:jc w:val="center"/>
        </w:trPr>
        <w:tc>
          <w:tcPr>
            <w:tcW w:w="487" w:type="dxa"/>
            <w:tcMar>
              <w:top w:w="50" w:type="dxa"/>
              <w:left w:w="60" w:type="dxa"/>
              <w:bottom w:w="50" w:type="dxa"/>
              <w:right w:w="60" w:type="dxa"/>
            </w:tcMar>
            <w:vAlign w:val="center"/>
          </w:tcPr>
          <w:p w14:paraId="11CA9D63" w14:textId="77777777" w:rsidR="009F0135" w:rsidRPr="00F54F5A" w:rsidRDefault="009F0135" w:rsidP="00F54F5A">
            <w:pPr>
              <w:spacing w:after="0" w:line="240" w:lineRule="auto"/>
              <w:jc w:val="center"/>
              <w:rPr>
                <w:rFonts w:cs="Times New Roman"/>
                <w:sz w:val="24"/>
              </w:rPr>
            </w:pPr>
            <w:r w:rsidRPr="00F54F5A">
              <w:rPr>
                <w:rFonts w:eastAsia="Times New Roman" w:cs="Times New Roman"/>
                <w:sz w:val="24"/>
              </w:rPr>
              <w:t>1</w:t>
            </w:r>
          </w:p>
        </w:tc>
        <w:tc>
          <w:tcPr>
            <w:tcW w:w="2994" w:type="dxa"/>
            <w:tcMar>
              <w:top w:w="50" w:type="dxa"/>
              <w:left w:w="60" w:type="dxa"/>
              <w:bottom w:w="50" w:type="dxa"/>
              <w:right w:w="60" w:type="dxa"/>
            </w:tcMar>
            <w:vAlign w:val="center"/>
          </w:tcPr>
          <w:p w14:paraId="2504A2ED" w14:textId="77777777" w:rsidR="009F0135" w:rsidRPr="00F54F5A" w:rsidRDefault="009F0135" w:rsidP="00F54F5A">
            <w:pPr>
              <w:spacing w:after="0" w:line="240" w:lineRule="auto"/>
              <w:rPr>
                <w:rFonts w:cs="Times New Roman"/>
                <w:sz w:val="24"/>
              </w:rPr>
            </w:pPr>
          </w:p>
        </w:tc>
        <w:tc>
          <w:tcPr>
            <w:tcW w:w="1079" w:type="dxa"/>
            <w:tcMar>
              <w:top w:w="50" w:type="dxa"/>
              <w:left w:w="60" w:type="dxa"/>
              <w:bottom w:w="50" w:type="dxa"/>
              <w:right w:w="60" w:type="dxa"/>
            </w:tcMar>
            <w:vAlign w:val="center"/>
          </w:tcPr>
          <w:p w14:paraId="3DEB2E45"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025AF48C"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76644C6A"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00D46923"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6FD21A09"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6A3DBF8F"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5DEAB2BB"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0FD78B59"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5B099FE2"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1B47970B" w14:textId="77777777" w:rsidR="009F0135" w:rsidRPr="00F54F5A" w:rsidRDefault="009F0135" w:rsidP="00F54F5A">
            <w:pPr>
              <w:spacing w:after="0" w:line="240" w:lineRule="auto"/>
              <w:jc w:val="center"/>
              <w:rPr>
                <w:rFonts w:cs="Times New Roman"/>
                <w:sz w:val="24"/>
              </w:rPr>
            </w:pPr>
          </w:p>
        </w:tc>
      </w:tr>
      <w:tr w:rsidR="009F0135" w:rsidRPr="00F54F5A" w14:paraId="3E19C553" w14:textId="77777777" w:rsidTr="00FF5368">
        <w:trPr>
          <w:cantSplit/>
          <w:jc w:val="center"/>
        </w:trPr>
        <w:tc>
          <w:tcPr>
            <w:tcW w:w="487" w:type="dxa"/>
            <w:tcMar>
              <w:top w:w="50" w:type="dxa"/>
              <w:left w:w="60" w:type="dxa"/>
              <w:bottom w:w="50" w:type="dxa"/>
              <w:right w:w="60" w:type="dxa"/>
            </w:tcMar>
            <w:vAlign w:val="center"/>
          </w:tcPr>
          <w:p w14:paraId="7EAC1E17" w14:textId="77777777" w:rsidR="009F0135" w:rsidRPr="00F54F5A" w:rsidRDefault="009F0135" w:rsidP="00F54F5A">
            <w:pPr>
              <w:spacing w:after="0" w:line="240" w:lineRule="auto"/>
              <w:jc w:val="center"/>
              <w:rPr>
                <w:rFonts w:cs="Times New Roman"/>
                <w:sz w:val="24"/>
                <w:lang w:val="vi-VN"/>
              </w:rPr>
            </w:pPr>
            <w:r w:rsidRPr="00F54F5A">
              <w:rPr>
                <w:rFonts w:eastAsia="Times New Roman" w:cs="Times New Roman"/>
                <w:sz w:val="24"/>
                <w:lang w:val="vi-VN"/>
              </w:rPr>
              <w:t>2</w:t>
            </w:r>
          </w:p>
        </w:tc>
        <w:tc>
          <w:tcPr>
            <w:tcW w:w="2994" w:type="dxa"/>
            <w:tcMar>
              <w:top w:w="50" w:type="dxa"/>
              <w:left w:w="60" w:type="dxa"/>
              <w:bottom w:w="50" w:type="dxa"/>
              <w:right w:w="60" w:type="dxa"/>
            </w:tcMar>
            <w:vAlign w:val="center"/>
          </w:tcPr>
          <w:p w14:paraId="2C0B6659" w14:textId="77777777" w:rsidR="009F0135" w:rsidRPr="00F54F5A" w:rsidRDefault="009F0135" w:rsidP="00F54F5A">
            <w:pPr>
              <w:spacing w:after="0" w:line="240" w:lineRule="auto"/>
              <w:rPr>
                <w:rFonts w:cs="Times New Roman"/>
                <w:sz w:val="24"/>
              </w:rPr>
            </w:pPr>
          </w:p>
        </w:tc>
        <w:tc>
          <w:tcPr>
            <w:tcW w:w="1079" w:type="dxa"/>
            <w:tcMar>
              <w:top w:w="50" w:type="dxa"/>
              <w:left w:w="60" w:type="dxa"/>
              <w:bottom w:w="50" w:type="dxa"/>
              <w:right w:w="60" w:type="dxa"/>
            </w:tcMar>
            <w:vAlign w:val="center"/>
          </w:tcPr>
          <w:p w14:paraId="4C621FE6"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6B6EA3E7"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0E92BD99"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2E80409E"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093BC36B"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54C4A76D"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1757EC59"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2312CD74"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23609AAF"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4C1AE040" w14:textId="77777777" w:rsidR="009F0135" w:rsidRPr="00F54F5A" w:rsidRDefault="009F0135" w:rsidP="00F54F5A">
            <w:pPr>
              <w:spacing w:after="0" w:line="240" w:lineRule="auto"/>
              <w:jc w:val="center"/>
              <w:rPr>
                <w:rFonts w:cs="Times New Roman"/>
                <w:sz w:val="24"/>
              </w:rPr>
            </w:pPr>
          </w:p>
        </w:tc>
      </w:tr>
      <w:tr w:rsidR="009F0135" w:rsidRPr="00F54F5A" w14:paraId="154B2C37" w14:textId="77777777" w:rsidTr="00FF5368">
        <w:trPr>
          <w:cantSplit/>
          <w:jc w:val="center"/>
        </w:trPr>
        <w:tc>
          <w:tcPr>
            <w:tcW w:w="487" w:type="dxa"/>
            <w:tcMar>
              <w:top w:w="50" w:type="dxa"/>
              <w:left w:w="60" w:type="dxa"/>
              <w:bottom w:w="50" w:type="dxa"/>
              <w:right w:w="60" w:type="dxa"/>
            </w:tcMar>
            <w:vAlign w:val="center"/>
          </w:tcPr>
          <w:p w14:paraId="7DB3E554" w14:textId="77777777" w:rsidR="009F0135" w:rsidRPr="00F54F5A" w:rsidRDefault="009F0135" w:rsidP="00F54F5A">
            <w:pPr>
              <w:spacing w:after="0" w:line="240" w:lineRule="auto"/>
              <w:jc w:val="center"/>
              <w:rPr>
                <w:rFonts w:cs="Times New Roman"/>
                <w:sz w:val="24"/>
                <w:lang w:val="vi-VN"/>
              </w:rPr>
            </w:pPr>
            <w:r w:rsidRPr="00F54F5A">
              <w:rPr>
                <w:rFonts w:eastAsia="Times New Roman" w:cs="Times New Roman"/>
                <w:sz w:val="24"/>
                <w:lang w:val="vi-VN"/>
              </w:rPr>
              <w:t>3</w:t>
            </w:r>
          </w:p>
        </w:tc>
        <w:tc>
          <w:tcPr>
            <w:tcW w:w="2994" w:type="dxa"/>
            <w:tcMar>
              <w:top w:w="50" w:type="dxa"/>
              <w:left w:w="60" w:type="dxa"/>
              <w:bottom w:w="50" w:type="dxa"/>
              <w:right w:w="60" w:type="dxa"/>
            </w:tcMar>
            <w:vAlign w:val="center"/>
          </w:tcPr>
          <w:p w14:paraId="7971C218" w14:textId="77777777" w:rsidR="009F0135" w:rsidRPr="00F54F5A" w:rsidRDefault="009F0135" w:rsidP="00F54F5A">
            <w:pPr>
              <w:spacing w:after="0" w:line="240" w:lineRule="auto"/>
              <w:rPr>
                <w:rFonts w:cs="Times New Roman"/>
                <w:sz w:val="24"/>
              </w:rPr>
            </w:pPr>
          </w:p>
        </w:tc>
        <w:tc>
          <w:tcPr>
            <w:tcW w:w="1079" w:type="dxa"/>
            <w:tcMar>
              <w:top w:w="50" w:type="dxa"/>
              <w:left w:w="60" w:type="dxa"/>
              <w:bottom w:w="50" w:type="dxa"/>
              <w:right w:w="60" w:type="dxa"/>
            </w:tcMar>
            <w:vAlign w:val="center"/>
          </w:tcPr>
          <w:p w14:paraId="1C301938"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7C442E9D"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5EBD42DB"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1DBAB549"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1EC97050"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30E668C8"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124E9195"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6B33BB32"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3AA1649A"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5C9D301A" w14:textId="77777777" w:rsidR="009F0135" w:rsidRPr="00F54F5A" w:rsidRDefault="009F0135" w:rsidP="00F54F5A">
            <w:pPr>
              <w:spacing w:after="0" w:line="240" w:lineRule="auto"/>
              <w:jc w:val="center"/>
              <w:rPr>
                <w:rFonts w:cs="Times New Roman"/>
                <w:sz w:val="24"/>
              </w:rPr>
            </w:pPr>
          </w:p>
        </w:tc>
      </w:tr>
      <w:tr w:rsidR="009F0135" w:rsidRPr="00F54F5A" w14:paraId="34C51AAF" w14:textId="77777777" w:rsidTr="00FF5368">
        <w:trPr>
          <w:cantSplit/>
          <w:jc w:val="center"/>
        </w:trPr>
        <w:tc>
          <w:tcPr>
            <w:tcW w:w="487" w:type="dxa"/>
            <w:tcMar>
              <w:top w:w="50" w:type="dxa"/>
              <w:left w:w="60" w:type="dxa"/>
              <w:bottom w:w="50" w:type="dxa"/>
              <w:right w:w="60" w:type="dxa"/>
            </w:tcMar>
            <w:vAlign w:val="center"/>
          </w:tcPr>
          <w:p w14:paraId="7FEBFA7D" w14:textId="77777777" w:rsidR="009F0135" w:rsidRPr="00F54F5A" w:rsidRDefault="009F0135" w:rsidP="00F54F5A">
            <w:pPr>
              <w:spacing w:after="0" w:line="240" w:lineRule="auto"/>
              <w:jc w:val="center"/>
              <w:rPr>
                <w:rFonts w:cs="Times New Roman"/>
                <w:sz w:val="24"/>
                <w:lang w:val="vi-VN"/>
              </w:rPr>
            </w:pPr>
            <w:r w:rsidRPr="00F54F5A">
              <w:rPr>
                <w:rFonts w:eastAsia="Times New Roman" w:cs="Times New Roman"/>
                <w:sz w:val="24"/>
                <w:lang w:val="vi-VN"/>
              </w:rPr>
              <w:t>4</w:t>
            </w:r>
          </w:p>
        </w:tc>
        <w:tc>
          <w:tcPr>
            <w:tcW w:w="2994" w:type="dxa"/>
            <w:tcMar>
              <w:top w:w="50" w:type="dxa"/>
              <w:left w:w="60" w:type="dxa"/>
              <w:bottom w:w="50" w:type="dxa"/>
              <w:right w:w="60" w:type="dxa"/>
            </w:tcMar>
            <w:vAlign w:val="center"/>
          </w:tcPr>
          <w:p w14:paraId="1AF59CAD" w14:textId="77777777" w:rsidR="009F0135" w:rsidRPr="00F54F5A" w:rsidRDefault="009F0135" w:rsidP="00F54F5A">
            <w:pPr>
              <w:spacing w:after="0" w:line="240" w:lineRule="auto"/>
              <w:rPr>
                <w:rFonts w:cs="Times New Roman"/>
                <w:sz w:val="24"/>
              </w:rPr>
            </w:pPr>
          </w:p>
        </w:tc>
        <w:tc>
          <w:tcPr>
            <w:tcW w:w="1079" w:type="dxa"/>
            <w:tcMar>
              <w:top w:w="50" w:type="dxa"/>
              <w:left w:w="60" w:type="dxa"/>
              <w:bottom w:w="50" w:type="dxa"/>
              <w:right w:w="60" w:type="dxa"/>
            </w:tcMar>
            <w:vAlign w:val="center"/>
          </w:tcPr>
          <w:p w14:paraId="5B8857B6"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1899CA2B"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5EEDA06C"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5D30300A"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1CAFE38D"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22B94BA0"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399703D4"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717AB986"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0C2C3DE6"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184F498B" w14:textId="77777777" w:rsidR="009F0135" w:rsidRPr="00F54F5A" w:rsidRDefault="009F0135" w:rsidP="00F54F5A">
            <w:pPr>
              <w:spacing w:after="0" w:line="240" w:lineRule="auto"/>
              <w:jc w:val="center"/>
              <w:rPr>
                <w:rFonts w:cs="Times New Roman"/>
                <w:sz w:val="24"/>
              </w:rPr>
            </w:pPr>
          </w:p>
        </w:tc>
      </w:tr>
      <w:tr w:rsidR="009F0135" w:rsidRPr="00F54F5A" w14:paraId="7D75F760" w14:textId="77777777" w:rsidTr="00FF5368">
        <w:trPr>
          <w:cantSplit/>
          <w:jc w:val="center"/>
        </w:trPr>
        <w:tc>
          <w:tcPr>
            <w:tcW w:w="487" w:type="dxa"/>
            <w:tcMar>
              <w:top w:w="50" w:type="dxa"/>
              <w:left w:w="60" w:type="dxa"/>
              <w:bottom w:w="50" w:type="dxa"/>
              <w:right w:w="60" w:type="dxa"/>
            </w:tcMar>
            <w:vAlign w:val="center"/>
          </w:tcPr>
          <w:p w14:paraId="089D8677" w14:textId="77777777" w:rsidR="009F0135" w:rsidRPr="00F54F5A" w:rsidRDefault="009F0135" w:rsidP="00F54F5A">
            <w:pPr>
              <w:spacing w:after="0" w:line="240" w:lineRule="auto"/>
              <w:jc w:val="center"/>
              <w:rPr>
                <w:rFonts w:cs="Times New Roman"/>
                <w:sz w:val="24"/>
                <w:lang w:val="vi-VN"/>
              </w:rPr>
            </w:pPr>
            <w:r w:rsidRPr="00F54F5A">
              <w:rPr>
                <w:rFonts w:eastAsia="Times New Roman" w:cs="Times New Roman"/>
                <w:sz w:val="24"/>
                <w:lang w:val="vi-VN"/>
              </w:rPr>
              <w:t>5</w:t>
            </w:r>
          </w:p>
        </w:tc>
        <w:tc>
          <w:tcPr>
            <w:tcW w:w="2994" w:type="dxa"/>
            <w:tcMar>
              <w:top w:w="50" w:type="dxa"/>
              <w:left w:w="60" w:type="dxa"/>
              <w:bottom w:w="50" w:type="dxa"/>
              <w:right w:w="60" w:type="dxa"/>
            </w:tcMar>
            <w:vAlign w:val="center"/>
          </w:tcPr>
          <w:p w14:paraId="1E3C435F" w14:textId="77777777" w:rsidR="009F0135" w:rsidRPr="00F54F5A" w:rsidRDefault="009F0135" w:rsidP="00F54F5A">
            <w:pPr>
              <w:spacing w:after="0" w:line="240" w:lineRule="auto"/>
              <w:rPr>
                <w:rFonts w:cs="Times New Roman"/>
                <w:sz w:val="24"/>
              </w:rPr>
            </w:pPr>
          </w:p>
        </w:tc>
        <w:tc>
          <w:tcPr>
            <w:tcW w:w="1079" w:type="dxa"/>
            <w:tcMar>
              <w:top w:w="50" w:type="dxa"/>
              <w:left w:w="60" w:type="dxa"/>
              <w:bottom w:w="50" w:type="dxa"/>
              <w:right w:w="60" w:type="dxa"/>
            </w:tcMar>
            <w:vAlign w:val="center"/>
          </w:tcPr>
          <w:p w14:paraId="08F15993"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2E060983"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38A7A767"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12CDF8D5"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02CFB1C3"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74E34A06"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4E9BAD42"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4552AF18"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1013F7B3" w14:textId="77777777" w:rsidR="009F0135" w:rsidRPr="00F54F5A" w:rsidRDefault="009F0135" w:rsidP="00F54F5A">
            <w:pPr>
              <w:spacing w:after="0" w:line="240" w:lineRule="auto"/>
              <w:jc w:val="center"/>
              <w:rPr>
                <w:rFonts w:cs="Times New Roman"/>
                <w:sz w:val="24"/>
              </w:rPr>
            </w:pPr>
          </w:p>
        </w:tc>
        <w:tc>
          <w:tcPr>
            <w:tcW w:w="1080" w:type="dxa"/>
            <w:tcMar>
              <w:top w:w="50" w:type="dxa"/>
              <w:left w:w="60" w:type="dxa"/>
              <w:bottom w:w="50" w:type="dxa"/>
              <w:right w:w="60" w:type="dxa"/>
            </w:tcMar>
            <w:vAlign w:val="center"/>
          </w:tcPr>
          <w:p w14:paraId="6912488B" w14:textId="77777777" w:rsidR="009F0135" w:rsidRPr="00F54F5A" w:rsidRDefault="009F0135" w:rsidP="00F54F5A">
            <w:pPr>
              <w:spacing w:after="0" w:line="240" w:lineRule="auto"/>
              <w:jc w:val="center"/>
              <w:rPr>
                <w:rFonts w:cs="Times New Roman"/>
                <w:sz w:val="24"/>
              </w:rPr>
            </w:pPr>
          </w:p>
        </w:tc>
      </w:tr>
    </w:tbl>
    <w:p w14:paraId="660DBE41" w14:textId="77777777" w:rsidR="009F0135" w:rsidRPr="00F54F5A" w:rsidRDefault="009F0135" w:rsidP="00CA634C">
      <w:pPr>
        <w:keepNext/>
        <w:spacing w:before="120" w:after="0" w:line="240" w:lineRule="auto"/>
        <w:rPr>
          <w:rFonts w:eastAsia="Times New Roman" w:cs="Times New Roman"/>
          <w:b/>
          <w:sz w:val="26"/>
          <w:lang w:val="vi-VN"/>
        </w:rPr>
      </w:pPr>
      <w:r w:rsidRPr="00F54F5A">
        <w:rPr>
          <w:rFonts w:eastAsia="Times New Roman" w:cs="Times New Roman"/>
          <w:b/>
          <w:sz w:val="26"/>
          <w:lang w:val="vi-VN"/>
        </w:rPr>
        <w:lastRenderedPageBreak/>
        <w:t>3.2. Phân bố theo nhóm tuổi</w:t>
      </w:r>
    </w:p>
    <w:p w14:paraId="3848A492" w14:textId="77777777" w:rsidR="009F0135" w:rsidRPr="00F54F5A" w:rsidRDefault="009F0135" w:rsidP="00CA634C">
      <w:pPr>
        <w:keepNext/>
        <w:spacing w:before="120" w:after="0" w:line="240" w:lineRule="auto"/>
        <w:rPr>
          <w:rFonts w:eastAsia="Times New Roman" w:cs="Times New Roman"/>
          <w:b/>
          <w:sz w:val="26"/>
          <w:lang w:val="vi-VN"/>
        </w:rPr>
      </w:pPr>
    </w:p>
    <w:tbl>
      <w:tblPr>
        <w:tblW w:w="142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90"/>
        <w:gridCol w:w="3007"/>
        <w:gridCol w:w="1084"/>
        <w:gridCol w:w="1084"/>
        <w:gridCol w:w="1084"/>
        <w:gridCol w:w="1084"/>
        <w:gridCol w:w="1074"/>
        <w:gridCol w:w="1084"/>
        <w:gridCol w:w="1084"/>
        <w:gridCol w:w="1084"/>
        <w:gridCol w:w="1084"/>
        <w:gridCol w:w="1037"/>
      </w:tblGrid>
      <w:tr w:rsidR="009F0135" w:rsidRPr="008C62CF" w14:paraId="2301BD82" w14:textId="77777777" w:rsidTr="00F54F5A">
        <w:trPr>
          <w:cantSplit/>
          <w:tblHeader/>
          <w:jc w:val="center"/>
        </w:trPr>
        <w:tc>
          <w:tcPr>
            <w:tcW w:w="397" w:type="dxa"/>
            <w:vMerge w:val="restart"/>
            <w:shd w:val="clear" w:color="auto" w:fill="E7E6E6"/>
            <w:tcMar>
              <w:top w:w="50" w:type="dxa"/>
              <w:left w:w="60" w:type="dxa"/>
              <w:bottom w:w="50" w:type="dxa"/>
              <w:right w:w="60" w:type="dxa"/>
            </w:tcMar>
            <w:vAlign w:val="center"/>
          </w:tcPr>
          <w:p w14:paraId="55DE5087"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TT</w:t>
            </w:r>
          </w:p>
        </w:tc>
        <w:tc>
          <w:tcPr>
            <w:tcW w:w="2438" w:type="dxa"/>
            <w:vMerge w:val="restart"/>
            <w:shd w:val="clear" w:color="auto" w:fill="E7E6E6"/>
            <w:tcMar>
              <w:top w:w="50" w:type="dxa"/>
              <w:left w:w="60" w:type="dxa"/>
              <w:bottom w:w="50" w:type="dxa"/>
              <w:right w:w="60" w:type="dxa"/>
            </w:tcMar>
            <w:vAlign w:val="center"/>
          </w:tcPr>
          <w:p w14:paraId="4CC41C91" w14:textId="77777777" w:rsidR="009F0135" w:rsidRPr="00F54F5A" w:rsidRDefault="009F0135" w:rsidP="00F54F5A">
            <w:pPr>
              <w:spacing w:after="0" w:line="240" w:lineRule="auto"/>
              <w:jc w:val="center"/>
              <w:rPr>
                <w:rFonts w:cs="Times New Roman"/>
                <w:sz w:val="24"/>
                <w:lang w:val="vi-VN"/>
              </w:rPr>
            </w:pPr>
            <w:r w:rsidRPr="00F54F5A">
              <w:rPr>
                <w:rFonts w:eastAsia="Times New Roman" w:cs="Times New Roman"/>
                <w:b/>
                <w:sz w:val="24"/>
              </w:rPr>
              <w:t>Xã/phường/đặc khu</w:t>
            </w:r>
          </w:p>
        </w:tc>
        <w:tc>
          <w:tcPr>
            <w:tcW w:w="4387" w:type="dxa"/>
            <w:gridSpan w:val="5"/>
            <w:tcBorders>
              <w:right w:val="single" w:sz="4" w:space="0" w:color="auto"/>
            </w:tcBorders>
            <w:shd w:val="clear" w:color="auto" w:fill="E7E6E6"/>
            <w:tcMar>
              <w:top w:w="50" w:type="dxa"/>
              <w:left w:w="60" w:type="dxa"/>
              <w:bottom w:w="50" w:type="dxa"/>
              <w:right w:w="60" w:type="dxa"/>
            </w:tcMar>
            <w:vAlign w:val="center"/>
          </w:tcPr>
          <w:p w14:paraId="1A88B222" w14:textId="0F8882F0" w:rsidR="009F0135" w:rsidRPr="00F54F5A" w:rsidRDefault="003A21C1" w:rsidP="00F54F5A">
            <w:pPr>
              <w:spacing w:after="0" w:line="240" w:lineRule="auto"/>
              <w:jc w:val="center"/>
              <w:rPr>
                <w:rFonts w:cs="Times New Roman"/>
                <w:b/>
                <w:bCs/>
                <w:sz w:val="24"/>
                <w:lang w:val="vi-VN"/>
              </w:rPr>
            </w:pPr>
            <w:r w:rsidRPr="00F54F5A">
              <w:rPr>
                <w:rFonts w:eastAsia="Times New Roman" w:cs="Times New Roman"/>
                <w:b/>
                <w:bCs/>
                <w:sz w:val="24"/>
                <w:lang w:val="vi-VN"/>
              </w:rPr>
              <w:t>Số trường hợp bệnh</w:t>
            </w:r>
            <w:r w:rsidR="009F0135" w:rsidRPr="00F54F5A">
              <w:rPr>
                <w:rFonts w:eastAsia="Times New Roman" w:cs="Times New Roman"/>
                <w:b/>
                <w:bCs/>
                <w:sz w:val="24"/>
                <w:lang w:val="vi-VN"/>
              </w:rPr>
              <w:t xml:space="preserve"> mắc</w:t>
            </w:r>
          </w:p>
        </w:tc>
        <w:tc>
          <w:tcPr>
            <w:tcW w:w="4357" w:type="dxa"/>
            <w:gridSpan w:val="5"/>
            <w:shd w:val="clear" w:color="auto" w:fill="E7E6E6"/>
            <w:tcMar>
              <w:top w:w="50" w:type="dxa"/>
              <w:left w:w="60" w:type="dxa"/>
              <w:bottom w:w="50" w:type="dxa"/>
              <w:right w:w="60" w:type="dxa"/>
            </w:tcMar>
            <w:vAlign w:val="center"/>
          </w:tcPr>
          <w:p w14:paraId="09267276" w14:textId="32F28E43" w:rsidR="009F0135" w:rsidRPr="00F54F5A" w:rsidRDefault="008F6410" w:rsidP="00F54F5A">
            <w:pPr>
              <w:spacing w:after="0" w:line="240" w:lineRule="auto"/>
              <w:jc w:val="center"/>
              <w:rPr>
                <w:rFonts w:eastAsia="Times New Roman" w:cs="Times New Roman"/>
                <w:b/>
                <w:bCs/>
                <w:sz w:val="24"/>
                <w:lang w:val="vi-VN"/>
              </w:rPr>
            </w:pPr>
            <w:r w:rsidRPr="00F54F5A">
              <w:rPr>
                <w:rFonts w:eastAsia="Times New Roman" w:cs="Times New Roman"/>
                <w:b/>
                <w:bCs/>
                <w:sz w:val="24"/>
                <w:lang w:val="vi-VN"/>
              </w:rPr>
              <w:t>Số trường hợp bệnh</w:t>
            </w:r>
            <w:r w:rsidR="00B6413E" w:rsidRPr="00F54F5A">
              <w:rPr>
                <w:rFonts w:eastAsia="Times New Roman" w:cs="Times New Roman"/>
                <w:b/>
                <w:bCs/>
                <w:sz w:val="24"/>
                <w:lang w:val="vi-VN"/>
              </w:rPr>
              <w:t xml:space="preserve"> nghi ngờ</w:t>
            </w:r>
          </w:p>
        </w:tc>
      </w:tr>
      <w:tr w:rsidR="009F0135" w:rsidRPr="00F54F5A" w14:paraId="5DDF57A6" w14:textId="77777777" w:rsidTr="00F54F5A">
        <w:trPr>
          <w:cantSplit/>
          <w:tblHeader/>
          <w:jc w:val="center"/>
        </w:trPr>
        <w:tc>
          <w:tcPr>
            <w:tcW w:w="397" w:type="dxa"/>
            <w:vMerge/>
          </w:tcPr>
          <w:p w14:paraId="14CFF740" w14:textId="77777777" w:rsidR="009F0135" w:rsidRPr="00F54F5A" w:rsidRDefault="009F0135" w:rsidP="00F54F5A">
            <w:pPr>
              <w:spacing w:after="0" w:line="240" w:lineRule="auto"/>
              <w:rPr>
                <w:rFonts w:cs="Times New Roman"/>
                <w:sz w:val="24"/>
                <w:lang w:val="vi-VN"/>
              </w:rPr>
            </w:pPr>
          </w:p>
        </w:tc>
        <w:tc>
          <w:tcPr>
            <w:tcW w:w="2438" w:type="dxa"/>
            <w:vMerge/>
          </w:tcPr>
          <w:p w14:paraId="094D0F9F" w14:textId="77777777" w:rsidR="009F0135" w:rsidRPr="00F54F5A" w:rsidRDefault="009F0135" w:rsidP="00F54F5A">
            <w:pPr>
              <w:spacing w:after="0" w:line="240" w:lineRule="auto"/>
              <w:rPr>
                <w:rFonts w:cs="Times New Roman"/>
                <w:sz w:val="24"/>
                <w:lang w:val="vi-VN"/>
              </w:rPr>
            </w:pPr>
          </w:p>
        </w:tc>
        <w:tc>
          <w:tcPr>
            <w:tcW w:w="879" w:type="dxa"/>
            <w:shd w:val="clear" w:color="auto" w:fill="E7E6E6"/>
            <w:tcMar>
              <w:top w:w="50" w:type="dxa"/>
              <w:left w:w="60" w:type="dxa"/>
              <w:bottom w:w="50" w:type="dxa"/>
              <w:right w:w="60" w:type="dxa"/>
            </w:tcMar>
            <w:vAlign w:val="center"/>
          </w:tcPr>
          <w:p w14:paraId="6C5CF12B"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0 - 4 tuổi</w:t>
            </w:r>
          </w:p>
        </w:tc>
        <w:tc>
          <w:tcPr>
            <w:tcW w:w="879" w:type="dxa"/>
            <w:shd w:val="clear" w:color="auto" w:fill="E7E6E6"/>
            <w:tcMar>
              <w:top w:w="50" w:type="dxa"/>
              <w:left w:w="60" w:type="dxa"/>
              <w:bottom w:w="50" w:type="dxa"/>
              <w:right w:w="60" w:type="dxa"/>
            </w:tcMar>
            <w:vAlign w:val="center"/>
          </w:tcPr>
          <w:p w14:paraId="449CF77B"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5 - &lt;16 tuổi</w:t>
            </w:r>
          </w:p>
        </w:tc>
        <w:tc>
          <w:tcPr>
            <w:tcW w:w="879" w:type="dxa"/>
            <w:shd w:val="clear" w:color="auto" w:fill="E7E6E6"/>
            <w:tcMar>
              <w:top w:w="50" w:type="dxa"/>
              <w:left w:w="60" w:type="dxa"/>
              <w:bottom w:w="50" w:type="dxa"/>
              <w:right w:w="60" w:type="dxa"/>
            </w:tcMar>
            <w:vAlign w:val="center"/>
          </w:tcPr>
          <w:p w14:paraId="54CF0312"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16 - 19 tuổi</w:t>
            </w:r>
          </w:p>
        </w:tc>
        <w:tc>
          <w:tcPr>
            <w:tcW w:w="879" w:type="dxa"/>
            <w:shd w:val="clear" w:color="auto" w:fill="E7E6E6"/>
            <w:tcMar>
              <w:top w:w="50" w:type="dxa"/>
              <w:left w:w="60" w:type="dxa"/>
              <w:bottom w:w="50" w:type="dxa"/>
              <w:right w:w="60" w:type="dxa"/>
            </w:tcMar>
            <w:vAlign w:val="center"/>
          </w:tcPr>
          <w:p w14:paraId="24B5BE21"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20 - 60 tuổi</w:t>
            </w:r>
          </w:p>
        </w:tc>
        <w:tc>
          <w:tcPr>
            <w:tcW w:w="871" w:type="dxa"/>
            <w:tcBorders>
              <w:right w:val="single" w:sz="4" w:space="0" w:color="auto"/>
            </w:tcBorders>
            <w:shd w:val="clear" w:color="auto" w:fill="E7E6E6"/>
            <w:tcMar>
              <w:top w:w="50" w:type="dxa"/>
              <w:left w:w="60" w:type="dxa"/>
              <w:bottom w:w="50" w:type="dxa"/>
              <w:right w:w="60" w:type="dxa"/>
            </w:tcMar>
            <w:vAlign w:val="center"/>
          </w:tcPr>
          <w:p w14:paraId="6B4BC3BD"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&gt;60 tuổi</w:t>
            </w:r>
          </w:p>
        </w:tc>
        <w:tc>
          <w:tcPr>
            <w:tcW w:w="879" w:type="dxa"/>
            <w:shd w:val="clear" w:color="auto" w:fill="E7E6E6"/>
            <w:tcMar>
              <w:top w:w="50" w:type="dxa"/>
              <w:left w:w="60" w:type="dxa"/>
              <w:bottom w:w="50" w:type="dxa"/>
              <w:right w:w="60" w:type="dxa"/>
            </w:tcMar>
            <w:vAlign w:val="center"/>
          </w:tcPr>
          <w:p w14:paraId="54A11C00"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0 - 4 tuổi</w:t>
            </w:r>
          </w:p>
        </w:tc>
        <w:tc>
          <w:tcPr>
            <w:tcW w:w="879" w:type="dxa"/>
            <w:shd w:val="clear" w:color="auto" w:fill="E7E6E6"/>
            <w:tcMar>
              <w:top w:w="50" w:type="dxa"/>
              <w:left w:w="60" w:type="dxa"/>
              <w:bottom w:w="50" w:type="dxa"/>
              <w:right w:w="60" w:type="dxa"/>
            </w:tcMar>
            <w:vAlign w:val="center"/>
          </w:tcPr>
          <w:p w14:paraId="43BC0D08"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5 - &lt;16 tuổi</w:t>
            </w:r>
          </w:p>
        </w:tc>
        <w:tc>
          <w:tcPr>
            <w:tcW w:w="879" w:type="dxa"/>
            <w:shd w:val="clear" w:color="auto" w:fill="E7E6E6"/>
            <w:tcMar>
              <w:top w:w="50" w:type="dxa"/>
              <w:left w:w="60" w:type="dxa"/>
              <w:bottom w:w="50" w:type="dxa"/>
              <w:right w:w="60" w:type="dxa"/>
            </w:tcMar>
            <w:vAlign w:val="center"/>
          </w:tcPr>
          <w:p w14:paraId="204CCE5D"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16 - 19 tuổi</w:t>
            </w:r>
          </w:p>
        </w:tc>
        <w:tc>
          <w:tcPr>
            <w:tcW w:w="879" w:type="dxa"/>
            <w:shd w:val="clear" w:color="auto" w:fill="E7E6E6"/>
            <w:tcMar>
              <w:top w:w="50" w:type="dxa"/>
              <w:left w:w="60" w:type="dxa"/>
              <w:bottom w:w="50" w:type="dxa"/>
              <w:right w:w="60" w:type="dxa"/>
            </w:tcMar>
            <w:vAlign w:val="center"/>
          </w:tcPr>
          <w:p w14:paraId="3D959330"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20 - 60 tuổi</w:t>
            </w:r>
          </w:p>
        </w:tc>
        <w:tc>
          <w:tcPr>
            <w:tcW w:w="841" w:type="dxa"/>
            <w:shd w:val="clear" w:color="auto" w:fill="E7E6E6"/>
            <w:vAlign w:val="center"/>
          </w:tcPr>
          <w:p w14:paraId="2E3C6444" w14:textId="77777777" w:rsidR="009F0135" w:rsidRPr="00F54F5A" w:rsidRDefault="009F0135" w:rsidP="00F54F5A">
            <w:pPr>
              <w:spacing w:after="0" w:line="240" w:lineRule="auto"/>
              <w:jc w:val="center"/>
              <w:rPr>
                <w:rFonts w:eastAsia="Times New Roman" w:cs="Times New Roman"/>
                <w:b/>
                <w:sz w:val="24"/>
              </w:rPr>
            </w:pPr>
            <w:r w:rsidRPr="00F54F5A">
              <w:rPr>
                <w:rFonts w:eastAsia="Times New Roman" w:cs="Times New Roman"/>
                <w:b/>
                <w:sz w:val="24"/>
              </w:rPr>
              <w:t>&gt;60 tuổi</w:t>
            </w:r>
          </w:p>
        </w:tc>
      </w:tr>
      <w:tr w:rsidR="009F0135" w:rsidRPr="00F54F5A" w14:paraId="51DBFF10" w14:textId="77777777" w:rsidTr="00F54F5A">
        <w:trPr>
          <w:cantSplit/>
          <w:jc w:val="center"/>
        </w:trPr>
        <w:tc>
          <w:tcPr>
            <w:tcW w:w="397" w:type="dxa"/>
            <w:tcMar>
              <w:top w:w="50" w:type="dxa"/>
              <w:left w:w="60" w:type="dxa"/>
              <w:bottom w:w="50" w:type="dxa"/>
              <w:right w:w="60" w:type="dxa"/>
            </w:tcMar>
            <w:vAlign w:val="center"/>
          </w:tcPr>
          <w:p w14:paraId="5C325811" w14:textId="77777777" w:rsidR="009F0135" w:rsidRPr="00F54F5A" w:rsidRDefault="009F0135" w:rsidP="00F54F5A">
            <w:pPr>
              <w:spacing w:after="0" w:line="240" w:lineRule="auto"/>
              <w:jc w:val="center"/>
              <w:rPr>
                <w:rFonts w:cs="Times New Roman"/>
                <w:sz w:val="24"/>
              </w:rPr>
            </w:pPr>
            <w:r w:rsidRPr="00F54F5A">
              <w:rPr>
                <w:rFonts w:eastAsia="Times New Roman" w:cs="Times New Roman"/>
                <w:sz w:val="24"/>
              </w:rPr>
              <w:t>1</w:t>
            </w:r>
          </w:p>
        </w:tc>
        <w:tc>
          <w:tcPr>
            <w:tcW w:w="2438" w:type="dxa"/>
            <w:tcMar>
              <w:top w:w="50" w:type="dxa"/>
              <w:left w:w="60" w:type="dxa"/>
              <w:bottom w:w="50" w:type="dxa"/>
              <w:right w:w="60" w:type="dxa"/>
            </w:tcMar>
            <w:vAlign w:val="center"/>
          </w:tcPr>
          <w:p w14:paraId="12695913" w14:textId="77777777" w:rsidR="009F0135" w:rsidRPr="00F54F5A" w:rsidRDefault="009F0135" w:rsidP="00F54F5A">
            <w:pPr>
              <w:spacing w:after="0" w:line="240" w:lineRule="auto"/>
              <w:rPr>
                <w:rFonts w:cs="Times New Roman"/>
                <w:sz w:val="24"/>
              </w:rPr>
            </w:pPr>
          </w:p>
        </w:tc>
        <w:tc>
          <w:tcPr>
            <w:tcW w:w="879" w:type="dxa"/>
            <w:tcMar>
              <w:top w:w="50" w:type="dxa"/>
              <w:left w:w="60" w:type="dxa"/>
              <w:bottom w:w="50" w:type="dxa"/>
              <w:right w:w="60" w:type="dxa"/>
            </w:tcMar>
            <w:vAlign w:val="center"/>
          </w:tcPr>
          <w:p w14:paraId="6E8AD9A8"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FCD053B"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74E845F"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A39057A" w14:textId="77777777" w:rsidR="009F0135" w:rsidRPr="00F54F5A" w:rsidRDefault="009F0135" w:rsidP="00F54F5A">
            <w:pPr>
              <w:spacing w:after="0" w:line="240" w:lineRule="auto"/>
              <w:jc w:val="center"/>
              <w:rPr>
                <w:rFonts w:cs="Times New Roman"/>
                <w:sz w:val="24"/>
              </w:rPr>
            </w:pPr>
          </w:p>
        </w:tc>
        <w:tc>
          <w:tcPr>
            <w:tcW w:w="871" w:type="dxa"/>
            <w:tcMar>
              <w:top w:w="50" w:type="dxa"/>
              <w:left w:w="60" w:type="dxa"/>
              <w:bottom w:w="50" w:type="dxa"/>
              <w:right w:w="60" w:type="dxa"/>
            </w:tcMar>
            <w:vAlign w:val="center"/>
          </w:tcPr>
          <w:p w14:paraId="789418C5"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4873CB8"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3314220"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3C292F4"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A8C5F80" w14:textId="77777777" w:rsidR="009F0135" w:rsidRPr="00F54F5A" w:rsidRDefault="009F0135" w:rsidP="00F54F5A">
            <w:pPr>
              <w:spacing w:after="0" w:line="240" w:lineRule="auto"/>
              <w:jc w:val="center"/>
              <w:rPr>
                <w:rFonts w:cs="Times New Roman"/>
                <w:sz w:val="24"/>
              </w:rPr>
            </w:pPr>
          </w:p>
        </w:tc>
        <w:tc>
          <w:tcPr>
            <w:tcW w:w="841" w:type="dxa"/>
          </w:tcPr>
          <w:p w14:paraId="56388891" w14:textId="77777777" w:rsidR="009F0135" w:rsidRPr="00F54F5A" w:rsidRDefault="009F0135" w:rsidP="00F54F5A">
            <w:pPr>
              <w:spacing w:after="0" w:line="240" w:lineRule="auto"/>
              <w:jc w:val="center"/>
              <w:rPr>
                <w:rFonts w:cs="Times New Roman"/>
                <w:sz w:val="24"/>
              </w:rPr>
            </w:pPr>
          </w:p>
        </w:tc>
      </w:tr>
      <w:tr w:rsidR="009F0135" w:rsidRPr="00F54F5A" w14:paraId="27A4EE9B" w14:textId="77777777" w:rsidTr="00F54F5A">
        <w:trPr>
          <w:cantSplit/>
          <w:jc w:val="center"/>
        </w:trPr>
        <w:tc>
          <w:tcPr>
            <w:tcW w:w="397" w:type="dxa"/>
            <w:tcMar>
              <w:top w:w="50" w:type="dxa"/>
              <w:left w:w="60" w:type="dxa"/>
              <w:bottom w:w="50" w:type="dxa"/>
              <w:right w:w="60" w:type="dxa"/>
            </w:tcMar>
            <w:vAlign w:val="center"/>
          </w:tcPr>
          <w:p w14:paraId="7FD4E139" w14:textId="77777777" w:rsidR="009F0135" w:rsidRPr="00F54F5A" w:rsidRDefault="009F0135" w:rsidP="00F54F5A">
            <w:pPr>
              <w:spacing w:after="0" w:line="240" w:lineRule="auto"/>
              <w:jc w:val="center"/>
              <w:rPr>
                <w:rFonts w:cs="Times New Roman"/>
                <w:sz w:val="24"/>
                <w:lang w:val="vi-VN"/>
              </w:rPr>
            </w:pPr>
            <w:r w:rsidRPr="00F54F5A">
              <w:rPr>
                <w:rFonts w:eastAsia="Times New Roman" w:cs="Times New Roman"/>
                <w:sz w:val="24"/>
                <w:lang w:val="vi-VN"/>
              </w:rPr>
              <w:t>2</w:t>
            </w:r>
          </w:p>
        </w:tc>
        <w:tc>
          <w:tcPr>
            <w:tcW w:w="2438" w:type="dxa"/>
            <w:tcMar>
              <w:top w:w="50" w:type="dxa"/>
              <w:left w:w="60" w:type="dxa"/>
              <w:bottom w:w="50" w:type="dxa"/>
              <w:right w:w="60" w:type="dxa"/>
            </w:tcMar>
            <w:vAlign w:val="center"/>
          </w:tcPr>
          <w:p w14:paraId="24D154CD" w14:textId="77777777" w:rsidR="009F0135" w:rsidRPr="00F54F5A" w:rsidRDefault="009F0135" w:rsidP="00F54F5A">
            <w:pPr>
              <w:spacing w:after="0" w:line="240" w:lineRule="auto"/>
              <w:rPr>
                <w:rFonts w:cs="Times New Roman"/>
                <w:sz w:val="24"/>
              </w:rPr>
            </w:pPr>
          </w:p>
        </w:tc>
        <w:tc>
          <w:tcPr>
            <w:tcW w:w="879" w:type="dxa"/>
            <w:tcMar>
              <w:top w:w="50" w:type="dxa"/>
              <w:left w:w="60" w:type="dxa"/>
              <w:bottom w:w="50" w:type="dxa"/>
              <w:right w:w="60" w:type="dxa"/>
            </w:tcMar>
            <w:vAlign w:val="center"/>
          </w:tcPr>
          <w:p w14:paraId="0DAEF127"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B660CE2"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508F7EA"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41BC698" w14:textId="77777777" w:rsidR="009F0135" w:rsidRPr="00F54F5A" w:rsidRDefault="009F0135" w:rsidP="00F54F5A">
            <w:pPr>
              <w:spacing w:after="0" w:line="240" w:lineRule="auto"/>
              <w:jc w:val="center"/>
              <w:rPr>
                <w:rFonts w:cs="Times New Roman"/>
                <w:sz w:val="24"/>
              </w:rPr>
            </w:pPr>
          </w:p>
        </w:tc>
        <w:tc>
          <w:tcPr>
            <w:tcW w:w="871" w:type="dxa"/>
            <w:tcMar>
              <w:top w:w="50" w:type="dxa"/>
              <w:left w:w="60" w:type="dxa"/>
              <w:bottom w:w="50" w:type="dxa"/>
              <w:right w:w="60" w:type="dxa"/>
            </w:tcMar>
            <w:vAlign w:val="center"/>
          </w:tcPr>
          <w:p w14:paraId="589E6EFD"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114BB79"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368E973"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AD0A81D"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1CE1105" w14:textId="77777777" w:rsidR="009F0135" w:rsidRPr="00F54F5A" w:rsidRDefault="009F0135" w:rsidP="00F54F5A">
            <w:pPr>
              <w:spacing w:after="0" w:line="240" w:lineRule="auto"/>
              <w:jc w:val="center"/>
              <w:rPr>
                <w:rFonts w:cs="Times New Roman"/>
                <w:sz w:val="24"/>
              </w:rPr>
            </w:pPr>
          </w:p>
        </w:tc>
        <w:tc>
          <w:tcPr>
            <w:tcW w:w="841" w:type="dxa"/>
          </w:tcPr>
          <w:p w14:paraId="596F8DEF" w14:textId="77777777" w:rsidR="009F0135" w:rsidRPr="00F54F5A" w:rsidRDefault="009F0135" w:rsidP="00F54F5A">
            <w:pPr>
              <w:spacing w:after="0" w:line="240" w:lineRule="auto"/>
              <w:jc w:val="center"/>
              <w:rPr>
                <w:rFonts w:cs="Times New Roman"/>
                <w:sz w:val="24"/>
              </w:rPr>
            </w:pPr>
          </w:p>
        </w:tc>
      </w:tr>
      <w:tr w:rsidR="009F0135" w:rsidRPr="00F54F5A" w14:paraId="233A9AEC" w14:textId="77777777" w:rsidTr="00F54F5A">
        <w:trPr>
          <w:cantSplit/>
          <w:jc w:val="center"/>
        </w:trPr>
        <w:tc>
          <w:tcPr>
            <w:tcW w:w="397" w:type="dxa"/>
            <w:tcMar>
              <w:top w:w="50" w:type="dxa"/>
              <w:left w:w="60" w:type="dxa"/>
              <w:bottom w:w="50" w:type="dxa"/>
              <w:right w:w="60" w:type="dxa"/>
            </w:tcMar>
            <w:vAlign w:val="center"/>
          </w:tcPr>
          <w:p w14:paraId="7D62868C" w14:textId="77777777" w:rsidR="009F0135" w:rsidRPr="00F54F5A" w:rsidRDefault="009F0135" w:rsidP="00F54F5A">
            <w:pPr>
              <w:spacing w:after="0" w:line="240" w:lineRule="auto"/>
              <w:jc w:val="center"/>
              <w:rPr>
                <w:rFonts w:cs="Times New Roman"/>
                <w:sz w:val="24"/>
                <w:lang w:val="vi-VN"/>
              </w:rPr>
            </w:pPr>
            <w:r w:rsidRPr="00F54F5A">
              <w:rPr>
                <w:rFonts w:eastAsia="Times New Roman" w:cs="Times New Roman"/>
                <w:sz w:val="24"/>
                <w:lang w:val="vi-VN"/>
              </w:rPr>
              <w:t>3</w:t>
            </w:r>
          </w:p>
        </w:tc>
        <w:tc>
          <w:tcPr>
            <w:tcW w:w="2438" w:type="dxa"/>
            <w:tcMar>
              <w:top w:w="50" w:type="dxa"/>
              <w:left w:w="60" w:type="dxa"/>
              <w:bottom w:w="50" w:type="dxa"/>
              <w:right w:w="60" w:type="dxa"/>
            </w:tcMar>
            <w:vAlign w:val="center"/>
          </w:tcPr>
          <w:p w14:paraId="47D0ABAF" w14:textId="77777777" w:rsidR="009F0135" w:rsidRPr="00F54F5A" w:rsidRDefault="009F0135" w:rsidP="00F54F5A">
            <w:pPr>
              <w:spacing w:after="0" w:line="240" w:lineRule="auto"/>
              <w:rPr>
                <w:rFonts w:cs="Times New Roman"/>
                <w:sz w:val="24"/>
              </w:rPr>
            </w:pPr>
          </w:p>
        </w:tc>
        <w:tc>
          <w:tcPr>
            <w:tcW w:w="879" w:type="dxa"/>
            <w:tcMar>
              <w:top w:w="50" w:type="dxa"/>
              <w:left w:w="60" w:type="dxa"/>
              <w:bottom w:w="50" w:type="dxa"/>
              <w:right w:w="60" w:type="dxa"/>
            </w:tcMar>
            <w:vAlign w:val="center"/>
          </w:tcPr>
          <w:p w14:paraId="2B57381C"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C10545A"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980D3CB"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E49D715" w14:textId="77777777" w:rsidR="009F0135" w:rsidRPr="00F54F5A" w:rsidRDefault="009F0135" w:rsidP="00F54F5A">
            <w:pPr>
              <w:spacing w:after="0" w:line="240" w:lineRule="auto"/>
              <w:jc w:val="center"/>
              <w:rPr>
                <w:rFonts w:cs="Times New Roman"/>
                <w:sz w:val="24"/>
              </w:rPr>
            </w:pPr>
          </w:p>
        </w:tc>
        <w:tc>
          <w:tcPr>
            <w:tcW w:w="871" w:type="dxa"/>
            <w:tcMar>
              <w:top w:w="50" w:type="dxa"/>
              <w:left w:w="60" w:type="dxa"/>
              <w:bottom w:w="50" w:type="dxa"/>
              <w:right w:w="60" w:type="dxa"/>
            </w:tcMar>
            <w:vAlign w:val="center"/>
          </w:tcPr>
          <w:p w14:paraId="01CD0D49"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2835607"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3882056"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84D7343"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E4B9A18" w14:textId="77777777" w:rsidR="009F0135" w:rsidRPr="00F54F5A" w:rsidRDefault="009F0135" w:rsidP="00F54F5A">
            <w:pPr>
              <w:spacing w:after="0" w:line="240" w:lineRule="auto"/>
              <w:jc w:val="center"/>
              <w:rPr>
                <w:rFonts w:cs="Times New Roman"/>
                <w:sz w:val="24"/>
              </w:rPr>
            </w:pPr>
          </w:p>
        </w:tc>
        <w:tc>
          <w:tcPr>
            <w:tcW w:w="841" w:type="dxa"/>
          </w:tcPr>
          <w:p w14:paraId="156372DF" w14:textId="77777777" w:rsidR="009F0135" w:rsidRPr="00F54F5A" w:rsidRDefault="009F0135" w:rsidP="00F54F5A">
            <w:pPr>
              <w:spacing w:after="0" w:line="240" w:lineRule="auto"/>
              <w:jc w:val="center"/>
              <w:rPr>
                <w:rFonts w:cs="Times New Roman"/>
                <w:sz w:val="24"/>
              </w:rPr>
            </w:pPr>
          </w:p>
        </w:tc>
      </w:tr>
      <w:tr w:rsidR="009F0135" w:rsidRPr="00F54F5A" w14:paraId="09D953C5" w14:textId="77777777" w:rsidTr="00F54F5A">
        <w:trPr>
          <w:cantSplit/>
          <w:jc w:val="center"/>
        </w:trPr>
        <w:tc>
          <w:tcPr>
            <w:tcW w:w="397" w:type="dxa"/>
            <w:tcMar>
              <w:top w:w="50" w:type="dxa"/>
              <w:left w:w="60" w:type="dxa"/>
              <w:bottom w:w="50" w:type="dxa"/>
              <w:right w:w="60" w:type="dxa"/>
            </w:tcMar>
            <w:vAlign w:val="center"/>
          </w:tcPr>
          <w:p w14:paraId="1A561545" w14:textId="77777777" w:rsidR="009F0135" w:rsidRPr="00F54F5A" w:rsidRDefault="009F0135" w:rsidP="00F54F5A">
            <w:pPr>
              <w:spacing w:after="0" w:line="240" w:lineRule="auto"/>
              <w:jc w:val="center"/>
              <w:rPr>
                <w:rFonts w:cs="Times New Roman"/>
                <w:sz w:val="24"/>
                <w:lang w:val="vi-VN"/>
              </w:rPr>
            </w:pPr>
            <w:r w:rsidRPr="00F54F5A">
              <w:rPr>
                <w:rFonts w:eastAsia="Times New Roman" w:cs="Times New Roman"/>
                <w:sz w:val="24"/>
                <w:lang w:val="vi-VN"/>
              </w:rPr>
              <w:t>4</w:t>
            </w:r>
          </w:p>
        </w:tc>
        <w:tc>
          <w:tcPr>
            <w:tcW w:w="2438" w:type="dxa"/>
            <w:tcMar>
              <w:top w:w="50" w:type="dxa"/>
              <w:left w:w="60" w:type="dxa"/>
              <w:bottom w:w="50" w:type="dxa"/>
              <w:right w:w="60" w:type="dxa"/>
            </w:tcMar>
            <w:vAlign w:val="center"/>
          </w:tcPr>
          <w:p w14:paraId="737AC11E" w14:textId="77777777" w:rsidR="009F0135" w:rsidRPr="00F54F5A" w:rsidRDefault="009F0135" w:rsidP="00F54F5A">
            <w:pPr>
              <w:spacing w:after="0" w:line="240" w:lineRule="auto"/>
              <w:rPr>
                <w:rFonts w:cs="Times New Roman"/>
                <w:sz w:val="24"/>
              </w:rPr>
            </w:pPr>
          </w:p>
        </w:tc>
        <w:tc>
          <w:tcPr>
            <w:tcW w:w="879" w:type="dxa"/>
            <w:tcMar>
              <w:top w:w="50" w:type="dxa"/>
              <w:left w:w="60" w:type="dxa"/>
              <w:bottom w:w="50" w:type="dxa"/>
              <w:right w:w="60" w:type="dxa"/>
            </w:tcMar>
            <w:vAlign w:val="center"/>
          </w:tcPr>
          <w:p w14:paraId="474F9FEC"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4B6FCAC"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B082775"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2DE663B" w14:textId="77777777" w:rsidR="009F0135" w:rsidRPr="00F54F5A" w:rsidRDefault="009F0135" w:rsidP="00F54F5A">
            <w:pPr>
              <w:spacing w:after="0" w:line="240" w:lineRule="auto"/>
              <w:jc w:val="center"/>
              <w:rPr>
                <w:rFonts w:cs="Times New Roman"/>
                <w:sz w:val="24"/>
              </w:rPr>
            </w:pPr>
          </w:p>
        </w:tc>
        <w:tc>
          <w:tcPr>
            <w:tcW w:w="871" w:type="dxa"/>
            <w:tcMar>
              <w:top w:w="50" w:type="dxa"/>
              <w:left w:w="60" w:type="dxa"/>
              <w:bottom w:w="50" w:type="dxa"/>
              <w:right w:w="60" w:type="dxa"/>
            </w:tcMar>
            <w:vAlign w:val="center"/>
          </w:tcPr>
          <w:p w14:paraId="3904BE26"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5FF940C"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8DF347A"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5ECF4ED"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E7D0250" w14:textId="77777777" w:rsidR="009F0135" w:rsidRPr="00F54F5A" w:rsidRDefault="009F0135" w:rsidP="00F54F5A">
            <w:pPr>
              <w:spacing w:after="0" w:line="240" w:lineRule="auto"/>
              <w:jc w:val="center"/>
              <w:rPr>
                <w:rFonts w:cs="Times New Roman"/>
                <w:sz w:val="24"/>
              </w:rPr>
            </w:pPr>
          </w:p>
        </w:tc>
        <w:tc>
          <w:tcPr>
            <w:tcW w:w="841" w:type="dxa"/>
          </w:tcPr>
          <w:p w14:paraId="2CCE8537" w14:textId="77777777" w:rsidR="009F0135" w:rsidRPr="00F54F5A" w:rsidRDefault="009F0135" w:rsidP="00F54F5A">
            <w:pPr>
              <w:spacing w:after="0" w:line="240" w:lineRule="auto"/>
              <w:jc w:val="center"/>
              <w:rPr>
                <w:rFonts w:cs="Times New Roman"/>
                <w:sz w:val="24"/>
              </w:rPr>
            </w:pPr>
          </w:p>
        </w:tc>
      </w:tr>
      <w:tr w:rsidR="009F0135" w:rsidRPr="00F54F5A" w14:paraId="2E853A27" w14:textId="77777777" w:rsidTr="00F54F5A">
        <w:trPr>
          <w:cantSplit/>
          <w:jc w:val="center"/>
        </w:trPr>
        <w:tc>
          <w:tcPr>
            <w:tcW w:w="397" w:type="dxa"/>
            <w:tcMar>
              <w:top w:w="50" w:type="dxa"/>
              <w:left w:w="60" w:type="dxa"/>
              <w:bottom w:w="50" w:type="dxa"/>
              <w:right w:w="60" w:type="dxa"/>
            </w:tcMar>
            <w:vAlign w:val="center"/>
          </w:tcPr>
          <w:p w14:paraId="716F564C" w14:textId="77777777" w:rsidR="009F0135" w:rsidRPr="00F54F5A" w:rsidRDefault="009F0135" w:rsidP="00F54F5A">
            <w:pPr>
              <w:spacing w:after="0" w:line="240" w:lineRule="auto"/>
              <w:jc w:val="center"/>
              <w:rPr>
                <w:rFonts w:cs="Times New Roman"/>
                <w:sz w:val="24"/>
                <w:lang w:val="vi-VN"/>
              </w:rPr>
            </w:pPr>
            <w:r w:rsidRPr="00F54F5A">
              <w:rPr>
                <w:rFonts w:eastAsia="Times New Roman" w:cs="Times New Roman"/>
                <w:sz w:val="24"/>
                <w:lang w:val="vi-VN"/>
              </w:rPr>
              <w:t>5</w:t>
            </w:r>
          </w:p>
        </w:tc>
        <w:tc>
          <w:tcPr>
            <w:tcW w:w="2438" w:type="dxa"/>
            <w:tcMar>
              <w:top w:w="50" w:type="dxa"/>
              <w:left w:w="60" w:type="dxa"/>
              <w:bottom w:w="50" w:type="dxa"/>
              <w:right w:w="60" w:type="dxa"/>
            </w:tcMar>
            <w:vAlign w:val="center"/>
          </w:tcPr>
          <w:p w14:paraId="574EA87B" w14:textId="77777777" w:rsidR="009F0135" w:rsidRPr="00F54F5A" w:rsidRDefault="009F0135" w:rsidP="00F54F5A">
            <w:pPr>
              <w:spacing w:after="0" w:line="240" w:lineRule="auto"/>
              <w:rPr>
                <w:rFonts w:cs="Times New Roman"/>
                <w:sz w:val="24"/>
              </w:rPr>
            </w:pPr>
          </w:p>
        </w:tc>
        <w:tc>
          <w:tcPr>
            <w:tcW w:w="879" w:type="dxa"/>
            <w:tcMar>
              <w:top w:w="50" w:type="dxa"/>
              <w:left w:w="60" w:type="dxa"/>
              <w:bottom w:w="50" w:type="dxa"/>
              <w:right w:w="60" w:type="dxa"/>
            </w:tcMar>
            <w:vAlign w:val="center"/>
          </w:tcPr>
          <w:p w14:paraId="7FA24EB9"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0B2F975"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D18C6DC"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A91B917" w14:textId="77777777" w:rsidR="009F0135" w:rsidRPr="00F54F5A" w:rsidRDefault="009F0135" w:rsidP="00F54F5A">
            <w:pPr>
              <w:spacing w:after="0" w:line="240" w:lineRule="auto"/>
              <w:jc w:val="center"/>
              <w:rPr>
                <w:rFonts w:cs="Times New Roman"/>
                <w:sz w:val="24"/>
              </w:rPr>
            </w:pPr>
          </w:p>
        </w:tc>
        <w:tc>
          <w:tcPr>
            <w:tcW w:w="871" w:type="dxa"/>
            <w:tcMar>
              <w:top w:w="50" w:type="dxa"/>
              <w:left w:w="60" w:type="dxa"/>
              <w:bottom w:w="50" w:type="dxa"/>
              <w:right w:w="60" w:type="dxa"/>
            </w:tcMar>
            <w:vAlign w:val="center"/>
          </w:tcPr>
          <w:p w14:paraId="43769906"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7D943C9"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50A503C"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7B4DBF3"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066BE11" w14:textId="77777777" w:rsidR="009F0135" w:rsidRPr="00F54F5A" w:rsidRDefault="009F0135" w:rsidP="00F54F5A">
            <w:pPr>
              <w:spacing w:after="0" w:line="240" w:lineRule="auto"/>
              <w:jc w:val="center"/>
              <w:rPr>
                <w:rFonts w:cs="Times New Roman"/>
                <w:sz w:val="24"/>
              </w:rPr>
            </w:pPr>
          </w:p>
        </w:tc>
        <w:tc>
          <w:tcPr>
            <w:tcW w:w="841" w:type="dxa"/>
          </w:tcPr>
          <w:p w14:paraId="50963BE9" w14:textId="77777777" w:rsidR="009F0135" w:rsidRPr="00F54F5A" w:rsidRDefault="009F0135" w:rsidP="00F54F5A">
            <w:pPr>
              <w:spacing w:after="0" w:line="240" w:lineRule="auto"/>
              <w:jc w:val="center"/>
              <w:rPr>
                <w:rFonts w:cs="Times New Roman"/>
                <w:sz w:val="24"/>
              </w:rPr>
            </w:pPr>
          </w:p>
        </w:tc>
      </w:tr>
    </w:tbl>
    <w:p w14:paraId="4814C235" w14:textId="77777777" w:rsidR="009F0135" w:rsidRPr="00F54F5A" w:rsidRDefault="009F0135" w:rsidP="00CA634C">
      <w:pPr>
        <w:keepNext/>
        <w:spacing w:before="120" w:after="0" w:line="240" w:lineRule="auto"/>
        <w:rPr>
          <w:rFonts w:eastAsia="Times New Roman" w:cs="Times New Roman"/>
          <w:b/>
          <w:sz w:val="26"/>
          <w:lang w:val="vi-VN"/>
        </w:rPr>
      </w:pPr>
    </w:p>
    <w:tbl>
      <w:tblPr>
        <w:tblW w:w="142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62"/>
        <w:gridCol w:w="2112"/>
        <w:gridCol w:w="774"/>
        <w:gridCol w:w="774"/>
        <w:gridCol w:w="774"/>
        <w:gridCol w:w="774"/>
        <w:gridCol w:w="767"/>
        <w:gridCol w:w="774"/>
        <w:gridCol w:w="774"/>
        <w:gridCol w:w="774"/>
        <w:gridCol w:w="774"/>
        <w:gridCol w:w="755"/>
        <w:gridCol w:w="917"/>
        <w:gridCol w:w="764"/>
        <w:gridCol w:w="885"/>
        <w:gridCol w:w="763"/>
        <w:gridCol w:w="763"/>
      </w:tblGrid>
      <w:tr w:rsidR="009F0135" w:rsidRPr="008C62CF" w14:paraId="7833C8BB" w14:textId="77777777" w:rsidTr="00F54F5A">
        <w:trPr>
          <w:cantSplit/>
          <w:tblHeader/>
          <w:jc w:val="center"/>
        </w:trPr>
        <w:tc>
          <w:tcPr>
            <w:tcW w:w="397" w:type="dxa"/>
            <w:vMerge w:val="restart"/>
            <w:shd w:val="clear" w:color="auto" w:fill="E7E6E6"/>
            <w:tcMar>
              <w:top w:w="50" w:type="dxa"/>
              <w:left w:w="60" w:type="dxa"/>
              <w:bottom w:w="50" w:type="dxa"/>
              <w:right w:w="60" w:type="dxa"/>
            </w:tcMar>
            <w:vAlign w:val="center"/>
          </w:tcPr>
          <w:p w14:paraId="5F6B5580"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TT</w:t>
            </w:r>
          </w:p>
        </w:tc>
        <w:tc>
          <w:tcPr>
            <w:tcW w:w="2438" w:type="dxa"/>
            <w:vMerge w:val="restart"/>
            <w:shd w:val="clear" w:color="auto" w:fill="E7E6E6"/>
            <w:tcMar>
              <w:top w:w="50" w:type="dxa"/>
              <w:left w:w="60" w:type="dxa"/>
              <w:bottom w:w="50" w:type="dxa"/>
              <w:right w:w="60" w:type="dxa"/>
            </w:tcMar>
            <w:vAlign w:val="center"/>
          </w:tcPr>
          <w:p w14:paraId="33BBFF12" w14:textId="77777777" w:rsidR="009F0135" w:rsidRPr="00F54F5A" w:rsidRDefault="009F0135" w:rsidP="00F54F5A">
            <w:pPr>
              <w:spacing w:after="0" w:line="240" w:lineRule="auto"/>
              <w:jc w:val="center"/>
              <w:rPr>
                <w:rFonts w:cs="Times New Roman"/>
                <w:sz w:val="24"/>
                <w:lang w:val="vi-VN"/>
              </w:rPr>
            </w:pPr>
            <w:r w:rsidRPr="00F54F5A">
              <w:rPr>
                <w:rFonts w:eastAsia="Times New Roman" w:cs="Times New Roman"/>
                <w:b/>
                <w:sz w:val="24"/>
              </w:rPr>
              <w:t>Xã/phường/đặc khu</w:t>
            </w:r>
          </w:p>
        </w:tc>
        <w:tc>
          <w:tcPr>
            <w:tcW w:w="4387" w:type="dxa"/>
            <w:gridSpan w:val="5"/>
            <w:tcBorders>
              <w:right w:val="single" w:sz="4" w:space="0" w:color="auto"/>
            </w:tcBorders>
            <w:shd w:val="clear" w:color="auto" w:fill="E7E6E6"/>
            <w:tcMar>
              <w:top w:w="50" w:type="dxa"/>
              <w:left w:w="60" w:type="dxa"/>
              <w:bottom w:w="50" w:type="dxa"/>
              <w:right w:w="60" w:type="dxa"/>
            </w:tcMar>
            <w:vAlign w:val="center"/>
          </w:tcPr>
          <w:p w14:paraId="4E351AC6" w14:textId="2D4C3E87" w:rsidR="009F0135" w:rsidRPr="00F54F5A" w:rsidRDefault="003A21C1" w:rsidP="00F54F5A">
            <w:pPr>
              <w:spacing w:after="0" w:line="240" w:lineRule="auto"/>
              <w:jc w:val="center"/>
              <w:rPr>
                <w:rFonts w:cs="Times New Roman"/>
                <w:b/>
                <w:bCs/>
                <w:sz w:val="24"/>
                <w:lang w:val="vi-VN"/>
              </w:rPr>
            </w:pPr>
            <w:r w:rsidRPr="00F54F5A">
              <w:rPr>
                <w:rFonts w:eastAsia="Times New Roman" w:cs="Times New Roman"/>
                <w:b/>
                <w:bCs/>
                <w:sz w:val="24"/>
                <w:lang w:val="vi-VN"/>
              </w:rPr>
              <w:t>Số trường hợp bệnh</w:t>
            </w:r>
            <w:r w:rsidR="009F0135" w:rsidRPr="00F54F5A">
              <w:rPr>
                <w:rFonts w:eastAsia="Times New Roman" w:cs="Times New Roman"/>
                <w:b/>
                <w:bCs/>
                <w:sz w:val="24"/>
                <w:lang w:val="vi-VN"/>
              </w:rPr>
              <w:t xml:space="preserve"> xác định</w:t>
            </w:r>
          </w:p>
        </w:tc>
        <w:tc>
          <w:tcPr>
            <w:tcW w:w="4357" w:type="dxa"/>
            <w:gridSpan w:val="5"/>
            <w:shd w:val="clear" w:color="auto" w:fill="E7E6E6"/>
            <w:tcMar>
              <w:top w:w="50" w:type="dxa"/>
              <w:left w:w="60" w:type="dxa"/>
              <w:bottom w:w="50" w:type="dxa"/>
              <w:right w:w="60" w:type="dxa"/>
            </w:tcMar>
            <w:vAlign w:val="center"/>
          </w:tcPr>
          <w:p w14:paraId="6650F179" w14:textId="5A482DA1" w:rsidR="009F0135" w:rsidRPr="00F54F5A" w:rsidRDefault="008F6410" w:rsidP="00F54F5A">
            <w:pPr>
              <w:spacing w:after="0" w:line="240" w:lineRule="auto"/>
              <w:jc w:val="center"/>
              <w:rPr>
                <w:rFonts w:eastAsia="Times New Roman" w:cs="Times New Roman"/>
                <w:b/>
                <w:bCs/>
                <w:sz w:val="24"/>
                <w:lang w:val="vi-VN"/>
              </w:rPr>
            </w:pPr>
            <w:r w:rsidRPr="00F54F5A">
              <w:rPr>
                <w:rFonts w:eastAsia="Times New Roman" w:cs="Times New Roman"/>
                <w:b/>
                <w:bCs/>
                <w:sz w:val="24"/>
                <w:lang w:val="vi-VN"/>
              </w:rPr>
              <w:t>Số trường hợp bệnh</w:t>
            </w:r>
            <w:r w:rsidR="00B6413E" w:rsidRPr="00F54F5A">
              <w:rPr>
                <w:rFonts w:eastAsia="Times New Roman" w:cs="Times New Roman"/>
                <w:b/>
                <w:bCs/>
                <w:sz w:val="24"/>
                <w:lang w:val="vi-VN"/>
              </w:rPr>
              <w:t xml:space="preserve"> tử vong</w:t>
            </w:r>
          </w:p>
        </w:tc>
        <w:tc>
          <w:tcPr>
            <w:tcW w:w="4572" w:type="dxa"/>
            <w:gridSpan w:val="5"/>
            <w:shd w:val="clear" w:color="auto" w:fill="E7E6E6"/>
          </w:tcPr>
          <w:p w14:paraId="4A4C9D1A" w14:textId="7769CB57" w:rsidR="009F0135" w:rsidRPr="00F54F5A" w:rsidRDefault="003A21C1" w:rsidP="00F54F5A">
            <w:pPr>
              <w:spacing w:after="0" w:line="240" w:lineRule="auto"/>
              <w:jc w:val="center"/>
              <w:rPr>
                <w:rFonts w:eastAsia="Times New Roman" w:cs="Times New Roman"/>
                <w:b/>
                <w:bCs/>
                <w:sz w:val="24"/>
                <w:lang w:val="vi-VN"/>
              </w:rPr>
            </w:pPr>
            <w:r w:rsidRPr="00F54F5A">
              <w:rPr>
                <w:rFonts w:eastAsia="Times New Roman" w:cs="Times New Roman"/>
                <w:b/>
                <w:bCs/>
                <w:sz w:val="24"/>
                <w:lang w:val="vi-VN"/>
              </w:rPr>
              <w:t>Số trường hợp bệnh</w:t>
            </w:r>
            <w:r w:rsidR="009F0135" w:rsidRPr="00F54F5A">
              <w:rPr>
                <w:rFonts w:eastAsia="Times New Roman" w:cs="Times New Roman"/>
                <w:b/>
                <w:bCs/>
                <w:sz w:val="24"/>
                <w:lang w:val="vi-VN"/>
              </w:rPr>
              <w:t xml:space="preserve"> di chứng</w:t>
            </w:r>
          </w:p>
        </w:tc>
      </w:tr>
      <w:tr w:rsidR="009F0135" w:rsidRPr="00F54F5A" w14:paraId="29FBDBCC" w14:textId="77777777" w:rsidTr="00F54F5A">
        <w:trPr>
          <w:cantSplit/>
          <w:tblHeader/>
          <w:jc w:val="center"/>
        </w:trPr>
        <w:tc>
          <w:tcPr>
            <w:tcW w:w="397" w:type="dxa"/>
            <w:vMerge/>
          </w:tcPr>
          <w:p w14:paraId="75A8A96A" w14:textId="77777777" w:rsidR="009F0135" w:rsidRPr="00F54F5A" w:rsidRDefault="009F0135" w:rsidP="00F54F5A">
            <w:pPr>
              <w:spacing w:after="0" w:line="240" w:lineRule="auto"/>
              <w:rPr>
                <w:rFonts w:cs="Times New Roman"/>
                <w:sz w:val="24"/>
                <w:lang w:val="vi-VN"/>
              </w:rPr>
            </w:pPr>
          </w:p>
        </w:tc>
        <w:tc>
          <w:tcPr>
            <w:tcW w:w="2438" w:type="dxa"/>
            <w:vMerge/>
          </w:tcPr>
          <w:p w14:paraId="62782E88" w14:textId="77777777" w:rsidR="009F0135" w:rsidRPr="00F54F5A" w:rsidRDefault="009F0135" w:rsidP="00F54F5A">
            <w:pPr>
              <w:spacing w:after="0" w:line="240" w:lineRule="auto"/>
              <w:rPr>
                <w:rFonts w:cs="Times New Roman"/>
                <w:sz w:val="24"/>
                <w:lang w:val="vi-VN"/>
              </w:rPr>
            </w:pPr>
          </w:p>
        </w:tc>
        <w:tc>
          <w:tcPr>
            <w:tcW w:w="879" w:type="dxa"/>
            <w:shd w:val="clear" w:color="auto" w:fill="E7E6E6"/>
            <w:tcMar>
              <w:top w:w="50" w:type="dxa"/>
              <w:left w:w="60" w:type="dxa"/>
              <w:bottom w:w="50" w:type="dxa"/>
              <w:right w:w="60" w:type="dxa"/>
            </w:tcMar>
            <w:vAlign w:val="center"/>
          </w:tcPr>
          <w:p w14:paraId="379E0E51"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0 - 4 tuổi</w:t>
            </w:r>
          </w:p>
        </w:tc>
        <w:tc>
          <w:tcPr>
            <w:tcW w:w="879" w:type="dxa"/>
            <w:shd w:val="clear" w:color="auto" w:fill="E7E6E6"/>
            <w:tcMar>
              <w:top w:w="50" w:type="dxa"/>
              <w:left w:w="60" w:type="dxa"/>
              <w:bottom w:w="50" w:type="dxa"/>
              <w:right w:w="60" w:type="dxa"/>
            </w:tcMar>
            <w:vAlign w:val="center"/>
          </w:tcPr>
          <w:p w14:paraId="45981D61"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5 - &lt;16 tuổi</w:t>
            </w:r>
          </w:p>
        </w:tc>
        <w:tc>
          <w:tcPr>
            <w:tcW w:w="879" w:type="dxa"/>
            <w:shd w:val="clear" w:color="auto" w:fill="E7E6E6"/>
            <w:tcMar>
              <w:top w:w="50" w:type="dxa"/>
              <w:left w:w="60" w:type="dxa"/>
              <w:bottom w:w="50" w:type="dxa"/>
              <w:right w:w="60" w:type="dxa"/>
            </w:tcMar>
            <w:vAlign w:val="center"/>
          </w:tcPr>
          <w:p w14:paraId="77ABF7EA"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16 - 19 tuổi</w:t>
            </w:r>
          </w:p>
        </w:tc>
        <w:tc>
          <w:tcPr>
            <w:tcW w:w="879" w:type="dxa"/>
            <w:shd w:val="clear" w:color="auto" w:fill="E7E6E6"/>
            <w:tcMar>
              <w:top w:w="50" w:type="dxa"/>
              <w:left w:w="60" w:type="dxa"/>
              <w:bottom w:w="50" w:type="dxa"/>
              <w:right w:w="60" w:type="dxa"/>
            </w:tcMar>
            <w:vAlign w:val="center"/>
          </w:tcPr>
          <w:p w14:paraId="1B52B882"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20 - 60 tuổi</w:t>
            </w:r>
          </w:p>
        </w:tc>
        <w:tc>
          <w:tcPr>
            <w:tcW w:w="871" w:type="dxa"/>
            <w:tcBorders>
              <w:right w:val="single" w:sz="4" w:space="0" w:color="auto"/>
            </w:tcBorders>
            <w:shd w:val="clear" w:color="auto" w:fill="E7E6E6"/>
            <w:tcMar>
              <w:top w:w="50" w:type="dxa"/>
              <w:left w:w="60" w:type="dxa"/>
              <w:bottom w:w="50" w:type="dxa"/>
              <w:right w:w="60" w:type="dxa"/>
            </w:tcMar>
            <w:vAlign w:val="center"/>
          </w:tcPr>
          <w:p w14:paraId="4F7D074D"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&gt;60 tuổi</w:t>
            </w:r>
          </w:p>
        </w:tc>
        <w:tc>
          <w:tcPr>
            <w:tcW w:w="879" w:type="dxa"/>
            <w:shd w:val="clear" w:color="auto" w:fill="E7E6E6"/>
            <w:tcMar>
              <w:top w:w="50" w:type="dxa"/>
              <w:left w:w="60" w:type="dxa"/>
              <w:bottom w:w="50" w:type="dxa"/>
              <w:right w:w="60" w:type="dxa"/>
            </w:tcMar>
            <w:vAlign w:val="center"/>
          </w:tcPr>
          <w:p w14:paraId="0A8DF808"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0 - 4 tuổi</w:t>
            </w:r>
          </w:p>
        </w:tc>
        <w:tc>
          <w:tcPr>
            <w:tcW w:w="879" w:type="dxa"/>
            <w:shd w:val="clear" w:color="auto" w:fill="E7E6E6"/>
            <w:tcMar>
              <w:top w:w="50" w:type="dxa"/>
              <w:left w:w="60" w:type="dxa"/>
              <w:bottom w:w="50" w:type="dxa"/>
              <w:right w:w="60" w:type="dxa"/>
            </w:tcMar>
            <w:vAlign w:val="center"/>
          </w:tcPr>
          <w:p w14:paraId="03710355"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5 - &lt;16 tuổi</w:t>
            </w:r>
          </w:p>
        </w:tc>
        <w:tc>
          <w:tcPr>
            <w:tcW w:w="879" w:type="dxa"/>
            <w:shd w:val="clear" w:color="auto" w:fill="E7E6E6"/>
            <w:tcMar>
              <w:top w:w="50" w:type="dxa"/>
              <w:left w:w="60" w:type="dxa"/>
              <w:bottom w:w="50" w:type="dxa"/>
              <w:right w:w="60" w:type="dxa"/>
            </w:tcMar>
            <w:vAlign w:val="center"/>
          </w:tcPr>
          <w:p w14:paraId="21997EBD"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16 - 19 tuổi</w:t>
            </w:r>
          </w:p>
        </w:tc>
        <w:tc>
          <w:tcPr>
            <w:tcW w:w="879" w:type="dxa"/>
            <w:shd w:val="clear" w:color="auto" w:fill="E7E6E6"/>
            <w:tcMar>
              <w:top w:w="50" w:type="dxa"/>
              <w:left w:w="60" w:type="dxa"/>
              <w:bottom w:w="50" w:type="dxa"/>
              <w:right w:w="60" w:type="dxa"/>
            </w:tcMar>
            <w:vAlign w:val="center"/>
          </w:tcPr>
          <w:p w14:paraId="189FEE9B"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20 - 60 tuổi</w:t>
            </w:r>
          </w:p>
        </w:tc>
        <w:tc>
          <w:tcPr>
            <w:tcW w:w="841" w:type="dxa"/>
            <w:shd w:val="clear" w:color="auto" w:fill="E7E6E6"/>
            <w:vAlign w:val="center"/>
          </w:tcPr>
          <w:p w14:paraId="4A9170E5" w14:textId="77777777" w:rsidR="009F0135" w:rsidRPr="00F54F5A" w:rsidRDefault="009F0135" w:rsidP="00F54F5A">
            <w:pPr>
              <w:spacing w:after="0" w:line="240" w:lineRule="auto"/>
              <w:jc w:val="center"/>
              <w:rPr>
                <w:rFonts w:eastAsia="Times New Roman" w:cs="Times New Roman"/>
                <w:b/>
                <w:sz w:val="24"/>
              </w:rPr>
            </w:pPr>
            <w:r w:rsidRPr="00F54F5A">
              <w:rPr>
                <w:rFonts w:eastAsia="Times New Roman" w:cs="Times New Roman"/>
                <w:b/>
                <w:sz w:val="24"/>
              </w:rPr>
              <w:t>&gt;60 tuổi</w:t>
            </w:r>
          </w:p>
        </w:tc>
        <w:tc>
          <w:tcPr>
            <w:tcW w:w="1029" w:type="dxa"/>
            <w:shd w:val="clear" w:color="auto" w:fill="E7E6E6"/>
            <w:vAlign w:val="center"/>
          </w:tcPr>
          <w:p w14:paraId="48A4F10F" w14:textId="77777777" w:rsidR="009F0135" w:rsidRPr="00F54F5A" w:rsidRDefault="009F0135" w:rsidP="00F54F5A">
            <w:pPr>
              <w:spacing w:after="0" w:line="240" w:lineRule="auto"/>
              <w:jc w:val="center"/>
              <w:rPr>
                <w:rFonts w:eastAsia="Times New Roman" w:cs="Times New Roman"/>
                <w:b/>
                <w:sz w:val="24"/>
              </w:rPr>
            </w:pPr>
            <w:r w:rsidRPr="00F54F5A">
              <w:rPr>
                <w:rFonts w:eastAsia="Times New Roman" w:cs="Times New Roman"/>
                <w:b/>
                <w:sz w:val="24"/>
              </w:rPr>
              <w:t>0 - 4 tuổi</w:t>
            </w:r>
          </w:p>
        </w:tc>
        <w:tc>
          <w:tcPr>
            <w:tcW w:w="851" w:type="dxa"/>
            <w:shd w:val="clear" w:color="auto" w:fill="E7E6E6"/>
            <w:vAlign w:val="center"/>
          </w:tcPr>
          <w:p w14:paraId="7AC0AD8E" w14:textId="77777777" w:rsidR="009F0135" w:rsidRPr="00F54F5A" w:rsidRDefault="009F0135" w:rsidP="00F54F5A">
            <w:pPr>
              <w:spacing w:after="0" w:line="240" w:lineRule="auto"/>
              <w:jc w:val="center"/>
              <w:rPr>
                <w:rFonts w:eastAsia="Times New Roman" w:cs="Times New Roman"/>
                <w:b/>
                <w:sz w:val="24"/>
              </w:rPr>
            </w:pPr>
            <w:r w:rsidRPr="00F54F5A">
              <w:rPr>
                <w:rFonts w:eastAsia="Times New Roman" w:cs="Times New Roman"/>
                <w:b/>
                <w:sz w:val="24"/>
              </w:rPr>
              <w:t>5 - &lt;16 tuổi</w:t>
            </w:r>
          </w:p>
        </w:tc>
        <w:tc>
          <w:tcPr>
            <w:tcW w:w="992" w:type="dxa"/>
            <w:shd w:val="clear" w:color="auto" w:fill="E7E6E6"/>
            <w:vAlign w:val="center"/>
          </w:tcPr>
          <w:p w14:paraId="4CCF0A02" w14:textId="77777777" w:rsidR="009F0135" w:rsidRPr="00F54F5A" w:rsidRDefault="009F0135" w:rsidP="00F54F5A">
            <w:pPr>
              <w:spacing w:after="0" w:line="240" w:lineRule="auto"/>
              <w:jc w:val="center"/>
              <w:rPr>
                <w:rFonts w:eastAsia="Times New Roman" w:cs="Times New Roman"/>
                <w:b/>
                <w:sz w:val="24"/>
              </w:rPr>
            </w:pPr>
            <w:r w:rsidRPr="00F54F5A">
              <w:rPr>
                <w:rFonts w:eastAsia="Times New Roman" w:cs="Times New Roman"/>
                <w:b/>
                <w:sz w:val="24"/>
              </w:rPr>
              <w:t>16 - 19 tuổi</w:t>
            </w:r>
          </w:p>
        </w:tc>
        <w:tc>
          <w:tcPr>
            <w:tcW w:w="850" w:type="dxa"/>
            <w:shd w:val="clear" w:color="auto" w:fill="E7E6E6"/>
            <w:vAlign w:val="center"/>
          </w:tcPr>
          <w:p w14:paraId="3DBFDE72" w14:textId="77777777" w:rsidR="009F0135" w:rsidRPr="00F54F5A" w:rsidRDefault="009F0135" w:rsidP="00F54F5A">
            <w:pPr>
              <w:spacing w:after="0" w:line="240" w:lineRule="auto"/>
              <w:jc w:val="center"/>
              <w:rPr>
                <w:rFonts w:eastAsia="Times New Roman" w:cs="Times New Roman"/>
                <w:b/>
                <w:sz w:val="24"/>
              </w:rPr>
            </w:pPr>
            <w:r w:rsidRPr="00F54F5A">
              <w:rPr>
                <w:rFonts w:eastAsia="Times New Roman" w:cs="Times New Roman"/>
                <w:b/>
                <w:sz w:val="24"/>
              </w:rPr>
              <w:t>20 - 60 tuổi</w:t>
            </w:r>
          </w:p>
        </w:tc>
        <w:tc>
          <w:tcPr>
            <w:tcW w:w="850" w:type="dxa"/>
            <w:shd w:val="clear" w:color="auto" w:fill="E7E6E6"/>
            <w:vAlign w:val="center"/>
          </w:tcPr>
          <w:p w14:paraId="04C58E97" w14:textId="77777777" w:rsidR="009F0135" w:rsidRPr="00F54F5A" w:rsidRDefault="009F0135" w:rsidP="00F54F5A">
            <w:pPr>
              <w:spacing w:after="0" w:line="240" w:lineRule="auto"/>
              <w:jc w:val="center"/>
              <w:rPr>
                <w:rFonts w:eastAsia="Times New Roman" w:cs="Times New Roman"/>
                <w:b/>
                <w:sz w:val="24"/>
              </w:rPr>
            </w:pPr>
            <w:r w:rsidRPr="00F54F5A">
              <w:rPr>
                <w:rFonts w:eastAsia="Times New Roman" w:cs="Times New Roman"/>
                <w:b/>
                <w:sz w:val="24"/>
              </w:rPr>
              <w:t>&gt;60 tuổi</w:t>
            </w:r>
          </w:p>
        </w:tc>
      </w:tr>
      <w:tr w:rsidR="009F0135" w:rsidRPr="00F54F5A" w14:paraId="5436DF4B" w14:textId="77777777" w:rsidTr="00F54F5A">
        <w:trPr>
          <w:cantSplit/>
          <w:jc w:val="center"/>
        </w:trPr>
        <w:tc>
          <w:tcPr>
            <w:tcW w:w="397" w:type="dxa"/>
            <w:tcMar>
              <w:top w:w="50" w:type="dxa"/>
              <w:left w:w="60" w:type="dxa"/>
              <w:bottom w:w="50" w:type="dxa"/>
              <w:right w:w="60" w:type="dxa"/>
            </w:tcMar>
            <w:vAlign w:val="center"/>
          </w:tcPr>
          <w:p w14:paraId="3E2BE9A4" w14:textId="77777777" w:rsidR="009F0135" w:rsidRPr="00F54F5A" w:rsidRDefault="009F0135" w:rsidP="00F54F5A">
            <w:pPr>
              <w:spacing w:after="0" w:line="240" w:lineRule="auto"/>
              <w:jc w:val="center"/>
              <w:rPr>
                <w:rFonts w:cs="Times New Roman"/>
                <w:sz w:val="24"/>
              </w:rPr>
            </w:pPr>
            <w:r w:rsidRPr="00F54F5A">
              <w:rPr>
                <w:rFonts w:eastAsia="Times New Roman" w:cs="Times New Roman"/>
                <w:sz w:val="24"/>
              </w:rPr>
              <w:t>1</w:t>
            </w:r>
          </w:p>
        </w:tc>
        <w:tc>
          <w:tcPr>
            <w:tcW w:w="2438" w:type="dxa"/>
            <w:tcMar>
              <w:top w:w="50" w:type="dxa"/>
              <w:left w:w="60" w:type="dxa"/>
              <w:bottom w:w="50" w:type="dxa"/>
              <w:right w:w="60" w:type="dxa"/>
            </w:tcMar>
            <w:vAlign w:val="center"/>
          </w:tcPr>
          <w:p w14:paraId="35AF0BD3" w14:textId="77777777" w:rsidR="009F0135" w:rsidRPr="00F54F5A" w:rsidRDefault="009F0135" w:rsidP="00F54F5A">
            <w:pPr>
              <w:spacing w:after="0" w:line="240" w:lineRule="auto"/>
              <w:rPr>
                <w:rFonts w:cs="Times New Roman"/>
                <w:sz w:val="24"/>
              </w:rPr>
            </w:pPr>
          </w:p>
        </w:tc>
        <w:tc>
          <w:tcPr>
            <w:tcW w:w="879" w:type="dxa"/>
            <w:tcMar>
              <w:top w:w="50" w:type="dxa"/>
              <w:left w:w="60" w:type="dxa"/>
              <w:bottom w:w="50" w:type="dxa"/>
              <w:right w:w="60" w:type="dxa"/>
            </w:tcMar>
            <w:vAlign w:val="center"/>
          </w:tcPr>
          <w:p w14:paraId="17656FED"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9839B82"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8F19DD9"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8415C95" w14:textId="77777777" w:rsidR="009F0135" w:rsidRPr="00F54F5A" w:rsidRDefault="009F0135" w:rsidP="00F54F5A">
            <w:pPr>
              <w:spacing w:after="0" w:line="240" w:lineRule="auto"/>
              <w:jc w:val="center"/>
              <w:rPr>
                <w:rFonts w:cs="Times New Roman"/>
                <w:sz w:val="24"/>
              </w:rPr>
            </w:pPr>
          </w:p>
        </w:tc>
        <w:tc>
          <w:tcPr>
            <w:tcW w:w="871" w:type="dxa"/>
            <w:tcMar>
              <w:top w:w="50" w:type="dxa"/>
              <w:left w:w="60" w:type="dxa"/>
              <w:bottom w:w="50" w:type="dxa"/>
              <w:right w:w="60" w:type="dxa"/>
            </w:tcMar>
            <w:vAlign w:val="center"/>
          </w:tcPr>
          <w:p w14:paraId="6E89964B"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F57B71B"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3184406"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4F68361"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01AFAFA" w14:textId="77777777" w:rsidR="009F0135" w:rsidRPr="00F54F5A" w:rsidRDefault="009F0135" w:rsidP="00F54F5A">
            <w:pPr>
              <w:spacing w:after="0" w:line="240" w:lineRule="auto"/>
              <w:jc w:val="center"/>
              <w:rPr>
                <w:rFonts w:cs="Times New Roman"/>
                <w:sz w:val="24"/>
              </w:rPr>
            </w:pPr>
          </w:p>
        </w:tc>
        <w:tc>
          <w:tcPr>
            <w:tcW w:w="841" w:type="dxa"/>
          </w:tcPr>
          <w:p w14:paraId="061B2164" w14:textId="77777777" w:rsidR="009F0135" w:rsidRPr="00F54F5A" w:rsidRDefault="009F0135" w:rsidP="00F54F5A">
            <w:pPr>
              <w:spacing w:after="0" w:line="240" w:lineRule="auto"/>
              <w:jc w:val="center"/>
              <w:rPr>
                <w:rFonts w:cs="Times New Roman"/>
                <w:sz w:val="24"/>
              </w:rPr>
            </w:pPr>
          </w:p>
        </w:tc>
        <w:tc>
          <w:tcPr>
            <w:tcW w:w="1029" w:type="dxa"/>
          </w:tcPr>
          <w:p w14:paraId="59DCA143" w14:textId="77777777" w:rsidR="009F0135" w:rsidRPr="00F54F5A" w:rsidRDefault="009F0135" w:rsidP="00F54F5A">
            <w:pPr>
              <w:spacing w:after="0" w:line="240" w:lineRule="auto"/>
              <w:jc w:val="center"/>
              <w:rPr>
                <w:rFonts w:cs="Times New Roman"/>
                <w:sz w:val="24"/>
              </w:rPr>
            </w:pPr>
          </w:p>
        </w:tc>
        <w:tc>
          <w:tcPr>
            <w:tcW w:w="851" w:type="dxa"/>
          </w:tcPr>
          <w:p w14:paraId="0023806E" w14:textId="77777777" w:rsidR="009F0135" w:rsidRPr="00F54F5A" w:rsidRDefault="009F0135" w:rsidP="00F54F5A">
            <w:pPr>
              <w:spacing w:after="0" w:line="240" w:lineRule="auto"/>
              <w:jc w:val="center"/>
              <w:rPr>
                <w:rFonts w:cs="Times New Roman"/>
                <w:sz w:val="24"/>
              </w:rPr>
            </w:pPr>
          </w:p>
        </w:tc>
        <w:tc>
          <w:tcPr>
            <w:tcW w:w="992" w:type="dxa"/>
          </w:tcPr>
          <w:p w14:paraId="6D029D74" w14:textId="77777777" w:rsidR="009F0135" w:rsidRPr="00F54F5A" w:rsidRDefault="009F0135" w:rsidP="00F54F5A">
            <w:pPr>
              <w:spacing w:after="0" w:line="240" w:lineRule="auto"/>
              <w:jc w:val="center"/>
              <w:rPr>
                <w:rFonts w:cs="Times New Roman"/>
                <w:sz w:val="24"/>
              </w:rPr>
            </w:pPr>
          </w:p>
        </w:tc>
        <w:tc>
          <w:tcPr>
            <w:tcW w:w="850" w:type="dxa"/>
          </w:tcPr>
          <w:p w14:paraId="185F4C67" w14:textId="77777777" w:rsidR="009F0135" w:rsidRPr="00F54F5A" w:rsidRDefault="009F0135" w:rsidP="00F54F5A">
            <w:pPr>
              <w:spacing w:after="0" w:line="240" w:lineRule="auto"/>
              <w:jc w:val="center"/>
              <w:rPr>
                <w:rFonts w:cs="Times New Roman"/>
                <w:sz w:val="24"/>
              </w:rPr>
            </w:pPr>
          </w:p>
        </w:tc>
        <w:tc>
          <w:tcPr>
            <w:tcW w:w="850" w:type="dxa"/>
          </w:tcPr>
          <w:p w14:paraId="1B02C471" w14:textId="77777777" w:rsidR="009F0135" w:rsidRPr="00F54F5A" w:rsidRDefault="009F0135" w:rsidP="00F54F5A">
            <w:pPr>
              <w:spacing w:after="0" w:line="240" w:lineRule="auto"/>
              <w:jc w:val="center"/>
              <w:rPr>
                <w:rFonts w:cs="Times New Roman"/>
                <w:sz w:val="24"/>
              </w:rPr>
            </w:pPr>
          </w:p>
        </w:tc>
      </w:tr>
      <w:tr w:rsidR="009F0135" w:rsidRPr="00F54F5A" w14:paraId="7B962B66" w14:textId="77777777" w:rsidTr="00F54F5A">
        <w:trPr>
          <w:cantSplit/>
          <w:jc w:val="center"/>
        </w:trPr>
        <w:tc>
          <w:tcPr>
            <w:tcW w:w="397" w:type="dxa"/>
            <w:tcMar>
              <w:top w:w="50" w:type="dxa"/>
              <w:left w:w="60" w:type="dxa"/>
              <w:bottom w:w="50" w:type="dxa"/>
              <w:right w:w="60" w:type="dxa"/>
            </w:tcMar>
            <w:vAlign w:val="center"/>
          </w:tcPr>
          <w:p w14:paraId="58211B95" w14:textId="77777777" w:rsidR="009F0135" w:rsidRPr="00F54F5A" w:rsidRDefault="009F0135" w:rsidP="00F54F5A">
            <w:pPr>
              <w:spacing w:after="0" w:line="240" w:lineRule="auto"/>
              <w:jc w:val="center"/>
              <w:rPr>
                <w:rFonts w:cs="Times New Roman"/>
                <w:sz w:val="24"/>
                <w:lang w:val="vi-VN"/>
              </w:rPr>
            </w:pPr>
            <w:r w:rsidRPr="00F54F5A">
              <w:rPr>
                <w:rFonts w:eastAsia="Times New Roman" w:cs="Times New Roman"/>
                <w:sz w:val="24"/>
                <w:lang w:val="vi-VN"/>
              </w:rPr>
              <w:t>2</w:t>
            </w:r>
          </w:p>
        </w:tc>
        <w:tc>
          <w:tcPr>
            <w:tcW w:w="2438" w:type="dxa"/>
            <w:tcMar>
              <w:top w:w="50" w:type="dxa"/>
              <w:left w:w="60" w:type="dxa"/>
              <w:bottom w:w="50" w:type="dxa"/>
              <w:right w:w="60" w:type="dxa"/>
            </w:tcMar>
            <w:vAlign w:val="center"/>
          </w:tcPr>
          <w:p w14:paraId="092C0D15" w14:textId="77777777" w:rsidR="009F0135" w:rsidRPr="00F54F5A" w:rsidRDefault="009F0135" w:rsidP="00F54F5A">
            <w:pPr>
              <w:spacing w:after="0" w:line="240" w:lineRule="auto"/>
              <w:rPr>
                <w:rFonts w:cs="Times New Roman"/>
                <w:sz w:val="24"/>
              </w:rPr>
            </w:pPr>
          </w:p>
        </w:tc>
        <w:tc>
          <w:tcPr>
            <w:tcW w:w="879" w:type="dxa"/>
            <w:tcMar>
              <w:top w:w="50" w:type="dxa"/>
              <w:left w:w="60" w:type="dxa"/>
              <w:bottom w:w="50" w:type="dxa"/>
              <w:right w:w="60" w:type="dxa"/>
            </w:tcMar>
            <w:vAlign w:val="center"/>
          </w:tcPr>
          <w:p w14:paraId="79FE8BF5"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54C3216"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72A480A"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C1A7D80" w14:textId="77777777" w:rsidR="009F0135" w:rsidRPr="00F54F5A" w:rsidRDefault="009F0135" w:rsidP="00F54F5A">
            <w:pPr>
              <w:spacing w:after="0" w:line="240" w:lineRule="auto"/>
              <w:jc w:val="center"/>
              <w:rPr>
                <w:rFonts w:cs="Times New Roman"/>
                <w:sz w:val="24"/>
              </w:rPr>
            </w:pPr>
          </w:p>
        </w:tc>
        <w:tc>
          <w:tcPr>
            <w:tcW w:w="871" w:type="dxa"/>
            <w:tcMar>
              <w:top w:w="50" w:type="dxa"/>
              <w:left w:w="60" w:type="dxa"/>
              <w:bottom w:w="50" w:type="dxa"/>
              <w:right w:w="60" w:type="dxa"/>
            </w:tcMar>
            <w:vAlign w:val="center"/>
          </w:tcPr>
          <w:p w14:paraId="5F4D777B"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9ED9DAC"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BC6B037"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0631AED"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50CD422" w14:textId="77777777" w:rsidR="009F0135" w:rsidRPr="00F54F5A" w:rsidRDefault="009F0135" w:rsidP="00F54F5A">
            <w:pPr>
              <w:spacing w:after="0" w:line="240" w:lineRule="auto"/>
              <w:jc w:val="center"/>
              <w:rPr>
                <w:rFonts w:cs="Times New Roman"/>
                <w:sz w:val="24"/>
              </w:rPr>
            </w:pPr>
          </w:p>
        </w:tc>
        <w:tc>
          <w:tcPr>
            <w:tcW w:w="841" w:type="dxa"/>
          </w:tcPr>
          <w:p w14:paraId="4832F49E" w14:textId="77777777" w:rsidR="009F0135" w:rsidRPr="00F54F5A" w:rsidRDefault="009F0135" w:rsidP="00F54F5A">
            <w:pPr>
              <w:spacing w:after="0" w:line="240" w:lineRule="auto"/>
              <w:jc w:val="center"/>
              <w:rPr>
                <w:rFonts w:cs="Times New Roman"/>
                <w:sz w:val="24"/>
              </w:rPr>
            </w:pPr>
          </w:p>
        </w:tc>
        <w:tc>
          <w:tcPr>
            <w:tcW w:w="1029" w:type="dxa"/>
          </w:tcPr>
          <w:p w14:paraId="65DF2A30" w14:textId="77777777" w:rsidR="009F0135" w:rsidRPr="00F54F5A" w:rsidRDefault="009F0135" w:rsidP="00F54F5A">
            <w:pPr>
              <w:spacing w:after="0" w:line="240" w:lineRule="auto"/>
              <w:jc w:val="center"/>
              <w:rPr>
                <w:rFonts w:cs="Times New Roman"/>
                <w:sz w:val="24"/>
              </w:rPr>
            </w:pPr>
          </w:p>
        </w:tc>
        <w:tc>
          <w:tcPr>
            <w:tcW w:w="851" w:type="dxa"/>
          </w:tcPr>
          <w:p w14:paraId="3D6256A5" w14:textId="77777777" w:rsidR="009F0135" w:rsidRPr="00F54F5A" w:rsidRDefault="009F0135" w:rsidP="00F54F5A">
            <w:pPr>
              <w:spacing w:after="0" w:line="240" w:lineRule="auto"/>
              <w:jc w:val="center"/>
              <w:rPr>
                <w:rFonts w:cs="Times New Roman"/>
                <w:sz w:val="24"/>
              </w:rPr>
            </w:pPr>
          </w:p>
        </w:tc>
        <w:tc>
          <w:tcPr>
            <w:tcW w:w="992" w:type="dxa"/>
          </w:tcPr>
          <w:p w14:paraId="00A2BE4E" w14:textId="77777777" w:rsidR="009F0135" w:rsidRPr="00F54F5A" w:rsidRDefault="009F0135" w:rsidP="00F54F5A">
            <w:pPr>
              <w:spacing w:after="0" w:line="240" w:lineRule="auto"/>
              <w:jc w:val="center"/>
              <w:rPr>
                <w:rFonts w:cs="Times New Roman"/>
                <w:sz w:val="24"/>
              </w:rPr>
            </w:pPr>
          </w:p>
        </w:tc>
        <w:tc>
          <w:tcPr>
            <w:tcW w:w="850" w:type="dxa"/>
          </w:tcPr>
          <w:p w14:paraId="7E6B58F3" w14:textId="77777777" w:rsidR="009F0135" w:rsidRPr="00F54F5A" w:rsidRDefault="009F0135" w:rsidP="00F54F5A">
            <w:pPr>
              <w:spacing w:after="0" w:line="240" w:lineRule="auto"/>
              <w:jc w:val="center"/>
              <w:rPr>
                <w:rFonts w:cs="Times New Roman"/>
                <w:sz w:val="24"/>
              </w:rPr>
            </w:pPr>
          </w:p>
        </w:tc>
        <w:tc>
          <w:tcPr>
            <w:tcW w:w="850" w:type="dxa"/>
          </w:tcPr>
          <w:p w14:paraId="77405F55" w14:textId="77777777" w:rsidR="009F0135" w:rsidRPr="00F54F5A" w:rsidRDefault="009F0135" w:rsidP="00F54F5A">
            <w:pPr>
              <w:spacing w:after="0" w:line="240" w:lineRule="auto"/>
              <w:jc w:val="center"/>
              <w:rPr>
                <w:rFonts w:cs="Times New Roman"/>
                <w:sz w:val="24"/>
              </w:rPr>
            </w:pPr>
          </w:p>
        </w:tc>
      </w:tr>
      <w:tr w:rsidR="009F0135" w:rsidRPr="00F54F5A" w14:paraId="249B87F9" w14:textId="77777777" w:rsidTr="00F54F5A">
        <w:trPr>
          <w:cantSplit/>
          <w:jc w:val="center"/>
        </w:trPr>
        <w:tc>
          <w:tcPr>
            <w:tcW w:w="397" w:type="dxa"/>
            <w:tcMar>
              <w:top w:w="50" w:type="dxa"/>
              <w:left w:w="60" w:type="dxa"/>
              <w:bottom w:w="50" w:type="dxa"/>
              <w:right w:w="60" w:type="dxa"/>
            </w:tcMar>
            <w:vAlign w:val="center"/>
          </w:tcPr>
          <w:p w14:paraId="4B0BDB12" w14:textId="77777777" w:rsidR="009F0135" w:rsidRPr="00F54F5A" w:rsidRDefault="009F0135" w:rsidP="00F54F5A">
            <w:pPr>
              <w:spacing w:after="0" w:line="240" w:lineRule="auto"/>
              <w:jc w:val="center"/>
              <w:rPr>
                <w:rFonts w:cs="Times New Roman"/>
                <w:sz w:val="24"/>
                <w:lang w:val="vi-VN"/>
              </w:rPr>
            </w:pPr>
            <w:r w:rsidRPr="00F54F5A">
              <w:rPr>
                <w:rFonts w:eastAsia="Times New Roman" w:cs="Times New Roman"/>
                <w:sz w:val="24"/>
                <w:lang w:val="vi-VN"/>
              </w:rPr>
              <w:t>3</w:t>
            </w:r>
          </w:p>
        </w:tc>
        <w:tc>
          <w:tcPr>
            <w:tcW w:w="2438" w:type="dxa"/>
            <w:tcMar>
              <w:top w:w="50" w:type="dxa"/>
              <w:left w:w="60" w:type="dxa"/>
              <w:bottom w:w="50" w:type="dxa"/>
              <w:right w:w="60" w:type="dxa"/>
            </w:tcMar>
            <w:vAlign w:val="center"/>
          </w:tcPr>
          <w:p w14:paraId="20E0147D" w14:textId="77777777" w:rsidR="009F0135" w:rsidRPr="00F54F5A" w:rsidRDefault="009F0135" w:rsidP="00F54F5A">
            <w:pPr>
              <w:spacing w:after="0" w:line="240" w:lineRule="auto"/>
              <w:rPr>
                <w:rFonts w:cs="Times New Roman"/>
                <w:sz w:val="24"/>
              </w:rPr>
            </w:pPr>
          </w:p>
        </w:tc>
        <w:tc>
          <w:tcPr>
            <w:tcW w:w="879" w:type="dxa"/>
            <w:tcMar>
              <w:top w:w="50" w:type="dxa"/>
              <w:left w:w="60" w:type="dxa"/>
              <w:bottom w:w="50" w:type="dxa"/>
              <w:right w:w="60" w:type="dxa"/>
            </w:tcMar>
            <w:vAlign w:val="center"/>
          </w:tcPr>
          <w:p w14:paraId="4F7EB5CF"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B119B18"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D77B9D6" w14:textId="77777777" w:rsidR="009F0135" w:rsidRPr="00F54F5A" w:rsidRDefault="009F0135" w:rsidP="00F54F5A">
            <w:pPr>
              <w:spacing w:after="0" w:line="240" w:lineRule="auto"/>
              <w:jc w:val="center"/>
              <w:rPr>
                <w:rFonts w:cs="Times New Roman"/>
                <w:sz w:val="24"/>
                <w:lang w:val="vi-VN"/>
              </w:rPr>
            </w:pPr>
          </w:p>
        </w:tc>
        <w:tc>
          <w:tcPr>
            <w:tcW w:w="879" w:type="dxa"/>
            <w:tcMar>
              <w:top w:w="50" w:type="dxa"/>
              <w:left w:w="60" w:type="dxa"/>
              <w:bottom w:w="50" w:type="dxa"/>
              <w:right w:w="60" w:type="dxa"/>
            </w:tcMar>
            <w:vAlign w:val="center"/>
          </w:tcPr>
          <w:p w14:paraId="752149F0" w14:textId="77777777" w:rsidR="009F0135" w:rsidRPr="00F54F5A" w:rsidRDefault="009F0135" w:rsidP="00F54F5A">
            <w:pPr>
              <w:spacing w:after="0" w:line="240" w:lineRule="auto"/>
              <w:jc w:val="center"/>
              <w:rPr>
                <w:rFonts w:cs="Times New Roman"/>
                <w:sz w:val="24"/>
              </w:rPr>
            </w:pPr>
          </w:p>
        </w:tc>
        <w:tc>
          <w:tcPr>
            <w:tcW w:w="871" w:type="dxa"/>
            <w:tcMar>
              <w:top w:w="50" w:type="dxa"/>
              <w:left w:w="60" w:type="dxa"/>
              <w:bottom w:w="50" w:type="dxa"/>
              <w:right w:w="60" w:type="dxa"/>
            </w:tcMar>
            <w:vAlign w:val="center"/>
          </w:tcPr>
          <w:p w14:paraId="191E7E7E"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1E75674"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2EC8032"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5FEF920"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1A7F6E0" w14:textId="77777777" w:rsidR="009F0135" w:rsidRPr="00F54F5A" w:rsidRDefault="009F0135" w:rsidP="00F54F5A">
            <w:pPr>
              <w:spacing w:after="0" w:line="240" w:lineRule="auto"/>
              <w:jc w:val="center"/>
              <w:rPr>
                <w:rFonts w:cs="Times New Roman"/>
                <w:sz w:val="24"/>
              </w:rPr>
            </w:pPr>
          </w:p>
        </w:tc>
        <w:tc>
          <w:tcPr>
            <w:tcW w:w="841" w:type="dxa"/>
          </w:tcPr>
          <w:p w14:paraId="63B6B655" w14:textId="77777777" w:rsidR="009F0135" w:rsidRPr="00F54F5A" w:rsidRDefault="009F0135" w:rsidP="00F54F5A">
            <w:pPr>
              <w:spacing w:after="0" w:line="240" w:lineRule="auto"/>
              <w:jc w:val="center"/>
              <w:rPr>
                <w:rFonts w:cs="Times New Roman"/>
                <w:sz w:val="24"/>
              </w:rPr>
            </w:pPr>
          </w:p>
        </w:tc>
        <w:tc>
          <w:tcPr>
            <w:tcW w:w="1029" w:type="dxa"/>
          </w:tcPr>
          <w:p w14:paraId="737DB53D" w14:textId="77777777" w:rsidR="009F0135" w:rsidRPr="00F54F5A" w:rsidRDefault="009F0135" w:rsidP="00F54F5A">
            <w:pPr>
              <w:spacing w:after="0" w:line="240" w:lineRule="auto"/>
              <w:jc w:val="center"/>
              <w:rPr>
                <w:rFonts w:cs="Times New Roman"/>
                <w:sz w:val="24"/>
              </w:rPr>
            </w:pPr>
          </w:p>
        </w:tc>
        <w:tc>
          <w:tcPr>
            <w:tcW w:w="851" w:type="dxa"/>
          </w:tcPr>
          <w:p w14:paraId="389EE79C" w14:textId="77777777" w:rsidR="009F0135" w:rsidRPr="00F54F5A" w:rsidRDefault="009F0135" w:rsidP="00F54F5A">
            <w:pPr>
              <w:spacing w:after="0" w:line="240" w:lineRule="auto"/>
              <w:jc w:val="center"/>
              <w:rPr>
                <w:rFonts w:cs="Times New Roman"/>
                <w:sz w:val="24"/>
              </w:rPr>
            </w:pPr>
          </w:p>
        </w:tc>
        <w:tc>
          <w:tcPr>
            <w:tcW w:w="992" w:type="dxa"/>
          </w:tcPr>
          <w:p w14:paraId="43282EA7" w14:textId="77777777" w:rsidR="009F0135" w:rsidRPr="00F54F5A" w:rsidRDefault="009F0135" w:rsidP="00F54F5A">
            <w:pPr>
              <w:spacing w:after="0" w:line="240" w:lineRule="auto"/>
              <w:jc w:val="center"/>
              <w:rPr>
                <w:rFonts w:cs="Times New Roman"/>
                <w:sz w:val="24"/>
              </w:rPr>
            </w:pPr>
          </w:p>
        </w:tc>
        <w:tc>
          <w:tcPr>
            <w:tcW w:w="850" w:type="dxa"/>
          </w:tcPr>
          <w:p w14:paraId="7792947B" w14:textId="77777777" w:rsidR="009F0135" w:rsidRPr="00F54F5A" w:rsidRDefault="009F0135" w:rsidP="00F54F5A">
            <w:pPr>
              <w:spacing w:after="0" w:line="240" w:lineRule="auto"/>
              <w:jc w:val="center"/>
              <w:rPr>
                <w:rFonts w:cs="Times New Roman"/>
                <w:sz w:val="24"/>
              </w:rPr>
            </w:pPr>
          </w:p>
        </w:tc>
        <w:tc>
          <w:tcPr>
            <w:tcW w:w="850" w:type="dxa"/>
          </w:tcPr>
          <w:p w14:paraId="4D572E64" w14:textId="77777777" w:rsidR="009F0135" w:rsidRPr="00F54F5A" w:rsidRDefault="009F0135" w:rsidP="00F54F5A">
            <w:pPr>
              <w:spacing w:after="0" w:line="240" w:lineRule="auto"/>
              <w:jc w:val="center"/>
              <w:rPr>
                <w:rFonts w:cs="Times New Roman"/>
                <w:sz w:val="24"/>
              </w:rPr>
            </w:pPr>
          </w:p>
        </w:tc>
      </w:tr>
      <w:tr w:rsidR="009F0135" w:rsidRPr="00F54F5A" w14:paraId="028B80C4" w14:textId="77777777" w:rsidTr="00F54F5A">
        <w:trPr>
          <w:cantSplit/>
          <w:jc w:val="center"/>
        </w:trPr>
        <w:tc>
          <w:tcPr>
            <w:tcW w:w="397" w:type="dxa"/>
            <w:tcMar>
              <w:top w:w="50" w:type="dxa"/>
              <w:left w:w="60" w:type="dxa"/>
              <w:bottom w:w="50" w:type="dxa"/>
              <w:right w:w="60" w:type="dxa"/>
            </w:tcMar>
            <w:vAlign w:val="center"/>
          </w:tcPr>
          <w:p w14:paraId="7DBC2688" w14:textId="77777777" w:rsidR="009F0135" w:rsidRPr="00F54F5A" w:rsidRDefault="009F0135" w:rsidP="00F54F5A">
            <w:pPr>
              <w:spacing w:after="0" w:line="240" w:lineRule="auto"/>
              <w:jc w:val="center"/>
              <w:rPr>
                <w:rFonts w:cs="Times New Roman"/>
                <w:sz w:val="24"/>
                <w:lang w:val="vi-VN"/>
              </w:rPr>
            </w:pPr>
            <w:r w:rsidRPr="00F54F5A">
              <w:rPr>
                <w:rFonts w:eastAsia="Times New Roman" w:cs="Times New Roman"/>
                <w:sz w:val="24"/>
                <w:lang w:val="vi-VN"/>
              </w:rPr>
              <w:t>4</w:t>
            </w:r>
          </w:p>
        </w:tc>
        <w:tc>
          <w:tcPr>
            <w:tcW w:w="2438" w:type="dxa"/>
            <w:tcMar>
              <w:top w:w="50" w:type="dxa"/>
              <w:left w:w="60" w:type="dxa"/>
              <w:bottom w:w="50" w:type="dxa"/>
              <w:right w:w="60" w:type="dxa"/>
            </w:tcMar>
            <w:vAlign w:val="center"/>
          </w:tcPr>
          <w:p w14:paraId="361F2FC2" w14:textId="77777777" w:rsidR="009F0135" w:rsidRPr="00F54F5A" w:rsidRDefault="009F0135" w:rsidP="00F54F5A">
            <w:pPr>
              <w:spacing w:after="0" w:line="240" w:lineRule="auto"/>
              <w:rPr>
                <w:rFonts w:cs="Times New Roman"/>
                <w:sz w:val="24"/>
              </w:rPr>
            </w:pPr>
          </w:p>
        </w:tc>
        <w:tc>
          <w:tcPr>
            <w:tcW w:w="879" w:type="dxa"/>
            <w:tcMar>
              <w:top w:w="50" w:type="dxa"/>
              <w:left w:w="60" w:type="dxa"/>
              <w:bottom w:w="50" w:type="dxa"/>
              <w:right w:w="60" w:type="dxa"/>
            </w:tcMar>
            <w:vAlign w:val="center"/>
          </w:tcPr>
          <w:p w14:paraId="65780528"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86ACE03"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46E13F1"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DFFEFFF" w14:textId="77777777" w:rsidR="009F0135" w:rsidRPr="00F54F5A" w:rsidRDefault="009F0135" w:rsidP="00F54F5A">
            <w:pPr>
              <w:spacing w:after="0" w:line="240" w:lineRule="auto"/>
              <w:jc w:val="center"/>
              <w:rPr>
                <w:rFonts w:cs="Times New Roman"/>
                <w:sz w:val="24"/>
              </w:rPr>
            </w:pPr>
          </w:p>
        </w:tc>
        <w:tc>
          <w:tcPr>
            <w:tcW w:w="871" w:type="dxa"/>
            <w:tcMar>
              <w:top w:w="50" w:type="dxa"/>
              <w:left w:w="60" w:type="dxa"/>
              <w:bottom w:w="50" w:type="dxa"/>
              <w:right w:w="60" w:type="dxa"/>
            </w:tcMar>
            <w:vAlign w:val="center"/>
          </w:tcPr>
          <w:p w14:paraId="6EA6F59B"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62931B3"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5645334"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4D8CE0E"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C65B298" w14:textId="77777777" w:rsidR="009F0135" w:rsidRPr="00F54F5A" w:rsidRDefault="009F0135" w:rsidP="00F54F5A">
            <w:pPr>
              <w:spacing w:after="0" w:line="240" w:lineRule="auto"/>
              <w:jc w:val="center"/>
              <w:rPr>
                <w:rFonts w:cs="Times New Roman"/>
                <w:sz w:val="24"/>
              </w:rPr>
            </w:pPr>
          </w:p>
        </w:tc>
        <w:tc>
          <w:tcPr>
            <w:tcW w:w="841" w:type="dxa"/>
          </w:tcPr>
          <w:p w14:paraId="6481644F" w14:textId="77777777" w:rsidR="009F0135" w:rsidRPr="00F54F5A" w:rsidRDefault="009F0135" w:rsidP="00F54F5A">
            <w:pPr>
              <w:spacing w:after="0" w:line="240" w:lineRule="auto"/>
              <w:jc w:val="center"/>
              <w:rPr>
                <w:rFonts w:cs="Times New Roman"/>
                <w:sz w:val="24"/>
              </w:rPr>
            </w:pPr>
          </w:p>
        </w:tc>
        <w:tc>
          <w:tcPr>
            <w:tcW w:w="1029" w:type="dxa"/>
          </w:tcPr>
          <w:p w14:paraId="52F2048A" w14:textId="77777777" w:rsidR="009F0135" w:rsidRPr="00F54F5A" w:rsidRDefault="009F0135" w:rsidP="00F54F5A">
            <w:pPr>
              <w:spacing w:after="0" w:line="240" w:lineRule="auto"/>
              <w:jc w:val="center"/>
              <w:rPr>
                <w:rFonts w:cs="Times New Roman"/>
                <w:sz w:val="24"/>
              </w:rPr>
            </w:pPr>
          </w:p>
        </w:tc>
        <w:tc>
          <w:tcPr>
            <w:tcW w:w="851" w:type="dxa"/>
          </w:tcPr>
          <w:p w14:paraId="29A4F3CE" w14:textId="77777777" w:rsidR="009F0135" w:rsidRPr="00F54F5A" w:rsidRDefault="009F0135" w:rsidP="00F54F5A">
            <w:pPr>
              <w:spacing w:after="0" w:line="240" w:lineRule="auto"/>
              <w:jc w:val="center"/>
              <w:rPr>
                <w:rFonts w:cs="Times New Roman"/>
                <w:sz w:val="24"/>
              </w:rPr>
            </w:pPr>
          </w:p>
        </w:tc>
        <w:tc>
          <w:tcPr>
            <w:tcW w:w="992" w:type="dxa"/>
          </w:tcPr>
          <w:p w14:paraId="3829FF3A" w14:textId="77777777" w:rsidR="009F0135" w:rsidRPr="00F54F5A" w:rsidRDefault="009F0135" w:rsidP="00F54F5A">
            <w:pPr>
              <w:spacing w:after="0" w:line="240" w:lineRule="auto"/>
              <w:jc w:val="center"/>
              <w:rPr>
                <w:rFonts w:cs="Times New Roman"/>
                <w:sz w:val="24"/>
              </w:rPr>
            </w:pPr>
          </w:p>
        </w:tc>
        <w:tc>
          <w:tcPr>
            <w:tcW w:w="850" w:type="dxa"/>
          </w:tcPr>
          <w:p w14:paraId="3E31224C" w14:textId="77777777" w:rsidR="009F0135" w:rsidRPr="00F54F5A" w:rsidRDefault="009F0135" w:rsidP="00F54F5A">
            <w:pPr>
              <w:spacing w:after="0" w:line="240" w:lineRule="auto"/>
              <w:jc w:val="center"/>
              <w:rPr>
                <w:rFonts w:cs="Times New Roman"/>
                <w:sz w:val="24"/>
              </w:rPr>
            </w:pPr>
          </w:p>
        </w:tc>
        <w:tc>
          <w:tcPr>
            <w:tcW w:w="850" w:type="dxa"/>
          </w:tcPr>
          <w:p w14:paraId="7DFD895C" w14:textId="77777777" w:rsidR="009F0135" w:rsidRPr="00F54F5A" w:rsidRDefault="009F0135" w:rsidP="00F54F5A">
            <w:pPr>
              <w:spacing w:after="0" w:line="240" w:lineRule="auto"/>
              <w:jc w:val="center"/>
              <w:rPr>
                <w:rFonts w:cs="Times New Roman"/>
                <w:sz w:val="24"/>
              </w:rPr>
            </w:pPr>
          </w:p>
        </w:tc>
      </w:tr>
      <w:tr w:rsidR="009F0135" w:rsidRPr="00F54F5A" w14:paraId="37498094" w14:textId="77777777" w:rsidTr="00F54F5A">
        <w:trPr>
          <w:cantSplit/>
          <w:jc w:val="center"/>
        </w:trPr>
        <w:tc>
          <w:tcPr>
            <w:tcW w:w="397" w:type="dxa"/>
            <w:tcMar>
              <w:top w:w="50" w:type="dxa"/>
              <w:left w:w="60" w:type="dxa"/>
              <w:bottom w:w="50" w:type="dxa"/>
              <w:right w:w="60" w:type="dxa"/>
            </w:tcMar>
            <w:vAlign w:val="center"/>
          </w:tcPr>
          <w:p w14:paraId="3CD799DF" w14:textId="77777777" w:rsidR="009F0135" w:rsidRPr="00F54F5A" w:rsidRDefault="009F0135" w:rsidP="00F54F5A">
            <w:pPr>
              <w:spacing w:after="0" w:line="240" w:lineRule="auto"/>
              <w:jc w:val="center"/>
              <w:rPr>
                <w:rFonts w:cs="Times New Roman"/>
                <w:sz w:val="24"/>
                <w:lang w:val="vi-VN"/>
              </w:rPr>
            </w:pPr>
            <w:r w:rsidRPr="00F54F5A">
              <w:rPr>
                <w:rFonts w:eastAsia="Times New Roman" w:cs="Times New Roman"/>
                <w:sz w:val="24"/>
                <w:lang w:val="vi-VN"/>
              </w:rPr>
              <w:t>5</w:t>
            </w:r>
          </w:p>
        </w:tc>
        <w:tc>
          <w:tcPr>
            <w:tcW w:w="2438" w:type="dxa"/>
            <w:tcMar>
              <w:top w:w="50" w:type="dxa"/>
              <w:left w:w="60" w:type="dxa"/>
              <w:bottom w:w="50" w:type="dxa"/>
              <w:right w:w="60" w:type="dxa"/>
            </w:tcMar>
            <w:vAlign w:val="center"/>
          </w:tcPr>
          <w:p w14:paraId="3636E279" w14:textId="77777777" w:rsidR="009F0135" w:rsidRPr="00F54F5A" w:rsidRDefault="009F0135" w:rsidP="00F54F5A">
            <w:pPr>
              <w:spacing w:after="0" w:line="240" w:lineRule="auto"/>
              <w:rPr>
                <w:rFonts w:cs="Times New Roman"/>
                <w:sz w:val="24"/>
              </w:rPr>
            </w:pPr>
          </w:p>
        </w:tc>
        <w:tc>
          <w:tcPr>
            <w:tcW w:w="879" w:type="dxa"/>
            <w:tcMar>
              <w:top w:w="50" w:type="dxa"/>
              <w:left w:w="60" w:type="dxa"/>
              <w:bottom w:w="50" w:type="dxa"/>
              <w:right w:w="60" w:type="dxa"/>
            </w:tcMar>
            <w:vAlign w:val="center"/>
          </w:tcPr>
          <w:p w14:paraId="729AF9FF"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E7594C3"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FD8D0AF"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BCAAD3A" w14:textId="77777777" w:rsidR="009F0135" w:rsidRPr="00F54F5A" w:rsidRDefault="009F0135" w:rsidP="00F54F5A">
            <w:pPr>
              <w:spacing w:after="0" w:line="240" w:lineRule="auto"/>
              <w:jc w:val="center"/>
              <w:rPr>
                <w:rFonts w:cs="Times New Roman"/>
                <w:sz w:val="24"/>
              </w:rPr>
            </w:pPr>
          </w:p>
        </w:tc>
        <w:tc>
          <w:tcPr>
            <w:tcW w:w="871" w:type="dxa"/>
            <w:tcMar>
              <w:top w:w="50" w:type="dxa"/>
              <w:left w:w="60" w:type="dxa"/>
              <w:bottom w:w="50" w:type="dxa"/>
              <w:right w:w="60" w:type="dxa"/>
            </w:tcMar>
            <w:vAlign w:val="center"/>
          </w:tcPr>
          <w:p w14:paraId="29647A3D"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EB24CDB"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93B271A"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D57FD78" w14:textId="77777777" w:rsidR="009F0135" w:rsidRPr="00F54F5A" w:rsidRDefault="009F0135"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3A3A315" w14:textId="77777777" w:rsidR="009F0135" w:rsidRPr="00F54F5A" w:rsidRDefault="009F0135" w:rsidP="00F54F5A">
            <w:pPr>
              <w:spacing w:after="0" w:line="240" w:lineRule="auto"/>
              <w:jc w:val="center"/>
              <w:rPr>
                <w:rFonts w:cs="Times New Roman"/>
                <w:sz w:val="24"/>
              </w:rPr>
            </w:pPr>
          </w:p>
        </w:tc>
        <w:tc>
          <w:tcPr>
            <w:tcW w:w="841" w:type="dxa"/>
          </w:tcPr>
          <w:p w14:paraId="47B44933" w14:textId="77777777" w:rsidR="009F0135" w:rsidRPr="00F54F5A" w:rsidRDefault="009F0135" w:rsidP="00F54F5A">
            <w:pPr>
              <w:spacing w:after="0" w:line="240" w:lineRule="auto"/>
              <w:jc w:val="center"/>
              <w:rPr>
                <w:rFonts w:cs="Times New Roman"/>
                <w:sz w:val="24"/>
              </w:rPr>
            </w:pPr>
          </w:p>
        </w:tc>
        <w:tc>
          <w:tcPr>
            <w:tcW w:w="1029" w:type="dxa"/>
          </w:tcPr>
          <w:p w14:paraId="6A690AEF" w14:textId="77777777" w:rsidR="009F0135" w:rsidRPr="00F54F5A" w:rsidRDefault="009F0135" w:rsidP="00F54F5A">
            <w:pPr>
              <w:spacing w:after="0" w:line="240" w:lineRule="auto"/>
              <w:jc w:val="center"/>
              <w:rPr>
                <w:rFonts w:cs="Times New Roman"/>
                <w:sz w:val="24"/>
              </w:rPr>
            </w:pPr>
          </w:p>
        </w:tc>
        <w:tc>
          <w:tcPr>
            <w:tcW w:w="851" w:type="dxa"/>
          </w:tcPr>
          <w:p w14:paraId="5AD551C2" w14:textId="77777777" w:rsidR="009F0135" w:rsidRPr="00F54F5A" w:rsidRDefault="009F0135" w:rsidP="00F54F5A">
            <w:pPr>
              <w:spacing w:after="0" w:line="240" w:lineRule="auto"/>
              <w:jc w:val="center"/>
              <w:rPr>
                <w:rFonts w:cs="Times New Roman"/>
                <w:sz w:val="24"/>
              </w:rPr>
            </w:pPr>
          </w:p>
        </w:tc>
        <w:tc>
          <w:tcPr>
            <w:tcW w:w="992" w:type="dxa"/>
          </w:tcPr>
          <w:p w14:paraId="44AE5EA3" w14:textId="77777777" w:rsidR="009F0135" w:rsidRPr="00F54F5A" w:rsidRDefault="009F0135" w:rsidP="00F54F5A">
            <w:pPr>
              <w:spacing w:after="0" w:line="240" w:lineRule="auto"/>
              <w:jc w:val="center"/>
              <w:rPr>
                <w:rFonts w:cs="Times New Roman"/>
                <w:sz w:val="24"/>
              </w:rPr>
            </w:pPr>
          </w:p>
        </w:tc>
        <w:tc>
          <w:tcPr>
            <w:tcW w:w="850" w:type="dxa"/>
          </w:tcPr>
          <w:p w14:paraId="707160EA" w14:textId="77777777" w:rsidR="009F0135" w:rsidRPr="00F54F5A" w:rsidRDefault="009F0135" w:rsidP="00F54F5A">
            <w:pPr>
              <w:spacing w:after="0" w:line="240" w:lineRule="auto"/>
              <w:jc w:val="center"/>
              <w:rPr>
                <w:rFonts w:cs="Times New Roman"/>
                <w:sz w:val="24"/>
              </w:rPr>
            </w:pPr>
          </w:p>
        </w:tc>
        <w:tc>
          <w:tcPr>
            <w:tcW w:w="850" w:type="dxa"/>
          </w:tcPr>
          <w:p w14:paraId="489FD8B5" w14:textId="77777777" w:rsidR="009F0135" w:rsidRPr="00F54F5A" w:rsidRDefault="009F0135" w:rsidP="00F54F5A">
            <w:pPr>
              <w:spacing w:after="0" w:line="240" w:lineRule="auto"/>
              <w:jc w:val="center"/>
              <w:rPr>
                <w:rFonts w:cs="Times New Roman"/>
                <w:sz w:val="24"/>
              </w:rPr>
            </w:pPr>
          </w:p>
        </w:tc>
      </w:tr>
    </w:tbl>
    <w:p w14:paraId="19D68C07" w14:textId="77777777" w:rsidR="009F0135" w:rsidRPr="00F54F5A" w:rsidRDefault="009F0135" w:rsidP="00CA634C">
      <w:pPr>
        <w:keepNext/>
        <w:spacing w:before="120" w:after="0" w:line="240" w:lineRule="auto"/>
        <w:rPr>
          <w:rFonts w:cs="Times New Roman"/>
          <w:sz w:val="26"/>
          <w:lang w:val="vi-VN"/>
        </w:rPr>
      </w:pPr>
    </w:p>
    <w:p w14:paraId="19CEDAD7" w14:textId="77777777" w:rsidR="00FF5368" w:rsidRDefault="00FF5368">
      <w:pPr>
        <w:rPr>
          <w:rFonts w:cs="Times New Roman"/>
          <w:b/>
          <w:bCs/>
          <w:sz w:val="26"/>
          <w:lang w:val="vi-VN"/>
        </w:rPr>
      </w:pPr>
      <w:r>
        <w:rPr>
          <w:rFonts w:cs="Times New Roman"/>
          <w:b/>
          <w:bCs/>
          <w:sz w:val="26"/>
          <w:lang w:val="vi-VN"/>
        </w:rPr>
        <w:br w:type="page"/>
      </w:r>
    </w:p>
    <w:p w14:paraId="56C6AF59" w14:textId="151D22DB" w:rsidR="009F0135" w:rsidRPr="00F54F5A" w:rsidRDefault="009F0135" w:rsidP="00CA634C">
      <w:pPr>
        <w:spacing w:before="120" w:after="0" w:line="240" w:lineRule="auto"/>
        <w:rPr>
          <w:rFonts w:cs="Times New Roman"/>
          <w:b/>
          <w:bCs/>
          <w:sz w:val="26"/>
          <w:lang w:val="vi-VN"/>
        </w:rPr>
      </w:pPr>
      <w:r w:rsidRPr="00F54F5A">
        <w:rPr>
          <w:rFonts w:cs="Times New Roman"/>
          <w:b/>
          <w:bCs/>
          <w:sz w:val="26"/>
          <w:lang w:val="vi-VN"/>
        </w:rPr>
        <w:lastRenderedPageBreak/>
        <w:t>3.3. phân bố theo dân tộc/nhóm đặc thù</w:t>
      </w:r>
    </w:p>
    <w:tbl>
      <w:tblPr>
        <w:tblW w:w="142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33"/>
        <w:gridCol w:w="3277"/>
        <w:gridCol w:w="1181"/>
        <w:gridCol w:w="1182"/>
        <w:gridCol w:w="1248"/>
        <w:gridCol w:w="1116"/>
        <w:gridCol w:w="1171"/>
        <w:gridCol w:w="1143"/>
        <w:gridCol w:w="1143"/>
        <w:gridCol w:w="1143"/>
        <w:gridCol w:w="1143"/>
      </w:tblGrid>
      <w:tr w:rsidR="009F0135" w:rsidRPr="008C62CF" w14:paraId="37ACCAFA" w14:textId="77777777" w:rsidTr="00FF5368">
        <w:trPr>
          <w:cantSplit/>
          <w:tblHeader/>
          <w:jc w:val="center"/>
        </w:trPr>
        <w:tc>
          <w:tcPr>
            <w:tcW w:w="533" w:type="dxa"/>
            <w:vMerge w:val="restart"/>
            <w:shd w:val="clear" w:color="auto" w:fill="E7E6E6"/>
            <w:tcMar>
              <w:top w:w="50" w:type="dxa"/>
              <w:left w:w="60" w:type="dxa"/>
              <w:bottom w:w="50" w:type="dxa"/>
              <w:right w:w="60" w:type="dxa"/>
            </w:tcMar>
            <w:vAlign w:val="center"/>
          </w:tcPr>
          <w:p w14:paraId="3CA67597" w14:textId="77777777" w:rsidR="009F0135" w:rsidRPr="00F54F5A" w:rsidRDefault="009F0135" w:rsidP="00F54F5A">
            <w:pPr>
              <w:spacing w:after="0" w:line="240" w:lineRule="auto"/>
              <w:jc w:val="center"/>
              <w:rPr>
                <w:rFonts w:cs="Times New Roman"/>
                <w:sz w:val="24"/>
              </w:rPr>
            </w:pPr>
            <w:r w:rsidRPr="00F54F5A">
              <w:rPr>
                <w:rFonts w:eastAsia="Times New Roman" w:cs="Times New Roman"/>
                <w:b/>
                <w:sz w:val="24"/>
              </w:rPr>
              <w:t>TT</w:t>
            </w:r>
          </w:p>
        </w:tc>
        <w:tc>
          <w:tcPr>
            <w:tcW w:w="3277" w:type="dxa"/>
            <w:vMerge w:val="restart"/>
            <w:shd w:val="clear" w:color="auto" w:fill="E7E6E6"/>
            <w:tcMar>
              <w:top w:w="50" w:type="dxa"/>
              <w:left w:w="60" w:type="dxa"/>
              <w:bottom w:w="50" w:type="dxa"/>
              <w:right w:w="60" w:type="dxa"/>
            </w:tcMar>
            <w:vAlign w:val="center"/>
          </w:tcPr>
          <w:p w14:paraId="58FA0403" w14:textId="77777777" w:rsidR="009F0135" w:rsidRPr="00F54F5A" w:rsidRDefault="009F0135" w:rsidP="00F54F5A">
            <w:pPr>
              <w:spacing w:after="0" w:line="240" w:lineRule="auto"/>
              <w:jc w:val="center"/>
              <w:rPr>
                <w:rFonts w:cs="Times New Roman"/>
                <w:sz w:val="24"/>
                <w:lang w:val="vi-VN"/>
              </w:rPr>
            </w:pPr>
            <w:r w:rsidRPr="00F54F5A">
              <w:rPr>
                <w:rFonts w:eastAsia="Times New Roman" w:cs="Times New Roman"/>
                <w:b/>
                <w:sz w:val="24"/>
              </w:rPr>
              <w:t>Xã/phường/đặc khu</w:t>
            </w:r>
          </w:p>
        </w:tc>
        <w:tc>
          <w:tcPr>
            <w:tcW w:w="3611" w:type="dxa"/>
            <w:gridSpan w:val="3"/>
            <w:tcBorders>
              <w:right w:val="single" w:sz="4" w:space="0" w:color="auto"/>
            </w:tcBorders>
            <w:shd w:val="clear" w:color="auto" w:fill="E7E6E6"/>
            <w:tcMar>
              <w:top w:w="50" w:type="dxa"/>
              <w:left w:w="60" w:type="dxa"/>
              <w:bottom w:w="50" w:type="dxa"/>
              <w:right w:w="60" w:type="dxa"/>
            </w:tcMar>
            <w:vAlign w:val="center"/>
          </w:tcPr>
          <w:p w14:paraId="0A78BEFC" w14:textId="217C4F3E" w:rsidR="009F0135" w:rsidRPr="00F54F5A" w:rsidRDefault="003A21C1" w:rsidP="00F54F5A">
            <w:pPr>
              <w:spacing w:after="0" w:line="240" w:lineRule="auto"/>
              <w:jc w:val="center"/>
              <w:rPr>
                <w:rFonts w:cs="Times New Roman"/>
                <w:b/>
                <w:bCs/>
                <w:sz w:val="24"/>
                <w:lang w:val="vi-VN"/>
              </w:rPr>
            </w:pPr>
            <w:r w:rsidRPr="00F54F5A">
              <w:rPr>
                <w:rFonts w:eastAsia="Times New Roman" w:cs="Times New Roman"/>
                <w:b/>
                <w:sz w:val="24"/>
                <w:lang w:val="vi-VN"/>
              </w:rPr>
              <w:t>Số trường hợp bệnh</w:t>
            </w:r>
            <w:r w:rsidR="009F0135" w:rsidRPr="00F54F5A">
              <w:rPr>
                <w:rFonts w:eastAsia="Times New Roman" w:cs="Times New Roman"/>
                <w:b/>
                <w:sz w:val="24"/>
                <w:lang w:val="vi-VN"/>
              </w:rPr>
              <w:t xml:space="preserve"> mắc</w:t>
            </w:r>
          </w:p>
        </w:tc>
        <w:tc>
          <w:tcPr>
            <w:tcW w:w="3430" w:type="dxa"/>
            <w:gridSpan w:val="3"/>
            <w:tcBorders>
              <w:left w:val="single" w:sz="4" w:space="0" w:color="auto"/>
              <w:right w:val="single" w:sz="4" w:space="0" w:color="auto"/>
            </w:tcBorders>
            <w:shd w:val="clear" w:color="auto" w:fill="E7E6E6"/>
            <w:vAlign w:val="center"/>
          </w:tcPr>
          <w:p w14:paraId="55437F7F" w14:textId="3BB8CFFC" w:rsidR="009F0135" w:rsidRPr="00F54F5A" w:rsidRDefault="003A21C1" w:rsidP="00F54F5A">
            <w:pPr>
              <w:spacing w:after="0" w:line="240" w:lineRule="auto"/>
              <w:jc w:val="center"/>
              <w:rPr>
                <w:rFonts w:cs="Times New Roman"/>
                <w:b/>
                <w:bCs/>
                <w:sz w:val="24"/>
                <w:lang w:val="vi-VN"/>
              </w:rPr>
            </w:pPr>
            <w:r w:rsidRPr="00F54F5A">
              <w:rPr>
                <w:rFonts w:eastAsia="Times New Roman" w:cs="Times New Roman"/>
                <w:b/>
                <w:sz w:val="24"/>
                <w:lang w:val="vi-VN"/>
              </w:rPr>
              <w:t>Số trường hợp bệnh</w:t>
            </w:r>
            <w:r w:rsidR="009F0135" w:rsidRPr="00F54F5A">
              <w:rPr>
                <w:rFonts w:eastAsia="Times New Roman" w:cs="Times New Roman"/>
                <w:b/>
                <w:sz w:val="24"/>
                <w:lang w:val="vi-VN"/>
              </w:rPr>
              <w:t xml:space="preserve"> tử vong</w:t>
            </w:r>
          </w:p>
        </w:tc>
        <w:tc>
          <w:tcPr>
            <w:tcW w:w="3429" w:type="dxa"/>
            <w:gridSpan w:val="3"/>
            <w:tcBorders>
              <w:left w:val="single" w:sz="4" w:space="0" w:color="auto"/>
              <w:right w:val="single" w:sz="4" w:space="0" w:color="auto"/>
            </w:tcBorders>
            <w:shd w:val="clear" w:color="auto" w:fill="E7E6E6"/>
            <w:vAlign w:val="center"/>
          </w:tcPr>
          <w:p w14:paraId="197EFC96" w14:textId="46EDC9CC" w:rsidR="009F0135" w:rsidRPr="00F54F5A" w:rsidRDefault="003A21C1" w:rsidP="00F54F5A">
            <w:pPr>
              <w:spacing w:after="0" w:line="240" w:lineRule="auto"/>
              <w:jc w:val="center"/>
              <w:rPr>
                <w:rFonts w:cs="Times New Roman"/>
                <w:b/>
                <w:bCs/>
                <w:sz w:val="24"/>
                <w:lang w:val="vi-VN"/>
              </w:rPr>
            </w:pPr>
            <w:r w:rsidRPr="00F54F5A">
              <w:rPr>
                <w:rFonts w:eastAsia="Times New Roman" w:cs="Times New Roman"/>
                <w:b/>
                <w:sz w:val="24"/>
                <w:lang w:val="vi-VN"/>
              </w:rPr>
              <w:t>Số trường hợp bệnh</w:t>
            </w:r>
            <w:r w:rsidR="009F0135" w:rsidRPr="00F54F5A">
              <w:rPr>
                <w:rFonts w:eastAsia="Times New Roman" w:cs="Times New Roman"/>
                <w:b/>
                <w:sz w:val="24"/>
                <w:lang w:val="vi-VN"/>
              </w:rPr>
              <w:t xml:space="preserve"> có di chứng</w:t>
            </w:r>
          </w:p>
        </w:tc>
      </w:tr>
      <w:tr w:rsidR="009F0135" w:rsidRPr="00F54F5A" w14:paraId="61C80442" w14:textId="77777777" w:rsidTr="00FF5368">
        <w:trPr>
          <w:cantSplit/>
          <w:tblHeader/>
          <w:jc w:val="center"/>
        </w:trPr>
        <w:tc>
          <w:tcPr>
            <w:tcW w:w="533" w:type="dxa"/>
            <w:vMerge/>
          </w:tcPr>
          <w:p w14:paraId="7AF3B368" w14:textId="77777777" w:rsidR="009F0135" w:rsidRPr="00F54F5A" w:rsidRDefault="009F0135" w:rsidP="00F54F5A">
            <w:pPr>
              <w:spacing w:after="0" w:line="240" w:lineRule="auto"/>
              <w:rPr>
                <w:rFonts w:cs="Times New Roman"/>
                <w:sz w:val="24"/>
                <w:lang w:val="vi-VN"/>
              </w:rPr>
            </w:pPr>
          </w:p>
        </w:tc>
        <w:tc>
          <w:tcPr>
            <w:tcW w:w="3277" w:type="dxa"/>
            <w:vMerge/>
          </w:tcPr>
          <w:p w14:paraId="72368DC5" w14:textId="77777777" w:rsidR="009F0135" w:rsidRPr="00F54F5A" w:rsidRDefault="009F0135" w:rsidP="00F54F5A">
            <w:pPr>
              <w:spacing w:after="0" w:line="240" w:lineRule="auto"/>
              <w:rPr>
                <w:rFonts w:cs="Times New Roman"/>
                <w:sz w:val="24"/>
                <w:lang w:val="vi-VN"/>
              </w:rPr>
            </w:pPr>
          </w:p>
        </w:tc>
        <w:tc>
          <w:tcPr>
            <w:tcW w:w="1181" w:type="dxa"/>
            <w:shd w:val="clear" w:color="auto" w:fill="E7E6E6"/>
            <w:tcMar>
              <w:top w:w="50" w:type="dxa"/>
              <w:left w:w="60" w:type="dxa"/>
              <w:bottom w:w="50" w:type="dxa"/>
              <w:right w:w="60" w:type="dxa"/>
            </w:tcMar>
            <w:vAlign w:val="center"/>
          </w:tcPr>
          <w:p w14:paraId="31E9BB79" w14:textId="77777777" w:rsidR="009F0135" w:rsidRPr="00F54F5A" w:rsidRDefault="009F0135" w:rsidP="00F54F5A">
            <w:pPr>
              <w:spacing w:after="0" w:line="240" w:lineRule="auto"/>
              <w:jc w:val="center"/>
              <w:rPr>
                <w:rFonts w:eastAsia="Times New Roman" w:cs="Times New Roman"/>
                <w:b/>
                <w:sz w:val="24"/>
              </w:rPr>
            </w:pPr>
            <w:r w:rsidRPr="00F54F5A">
              <w:rPr>
                <w:rFonts w:eastAsia="Times New Roman" w:cs="Times New Roman"/>
                <w:b/>
                <w:sz w:val="24"/>
              </w:rPr>
              <w:t>Dân</w:t>
            </w:r>
            <w:r w:rsidRPr="00F54F5A">
              <w:rPr>
                <w:rFonts w:eastAsia="Times New Roman" w:cs="Times New Roman"/>
                <w:b/>
                <w:sz w:val="24"/>
                <w:lang w:val="vi-VN"/>
              </w:rPr>
              <w:t xml:space="preserve"> tộc </w:t>
            </w:r>
            <w:r w:rsidRPr="00F54F5A">
              <w:rPr>
                <w:rFonts w:eastAsia="Times New Roman" w:cs="Times New Roman"/>
                <w:b/>
                <w:sz w:val="24"/>
              </w:rPr>
              <w:t>Kinh</w:t>
            </w:r>
          </w:p>
        </w:tc>
        <w:tc>
          <w:tcPr>
            <w:tcW w:w="1182" w:type="dxa"/>
            <w:shd w:val="clear" w:color="auto" w:fill="E7E6E6"/>
            <w:tcMar>
              <w:top w:w="50" w:type="dxa"/>
              <w:left w:w="60" w:type="dxa"/>
              <w:bottom w:w="50" w:type="dxa"/>
              <w:right w:w="60" w:type="dxa"/>
            </w:tcMar>
            <w:vAlign w:val="center"/>
          </w:tcPr>
          <w:p w14:paraId="6EC9E300" w14:textId="77777777" w:rsidR="009F0135" w:rsidRPr="00F54F5A" w:rsidRDefault="009F0135" w:rsidP="00F54F5A">
            <w:pPr>
              <w:spacing w:after="0" w:line="240" w:lineRule="auto"/>
              <w:jc w:val="center"/>
              <w:rPr>
                <w:rFonts w:eastAsia="Times New Roman" w:cs="Times New Roman"/>
                <w:b/>
                <w:sz w:val="24"/>
                <w:lang w:val="vi-VN"/>
              </w:rPr>
            </w:pPr>
            <w:r w:rsidRPr="00F54F5A">
              <w:rPr>
                <w:rFonts w:eastAsia="Times New Roman" w:cs="Times New Roman"/>
                <w:b/>
                <w:sz w:val="24"/>
                <w:lang w:val="vi-VN"/>
              </w:rPr>
              <w:t>Dân tộc khác</w:t>
            </w:r>
          </w:p>
        </w:tc>
        <w:tc>
          <w:tcPr>
            <w:tcW w:w="1248" w:type="dxa"/>
            <w:tcBorders>
              <w:right w:val="single" w:sz="4" w:space="0" w:color="auto"/>
            </w:tcBorders>
            <w:shd w:val="clear" w:color="auto" w:fill="E7E6E6"/>
            <w:tcMar>
              <w:top w:w="50" w:type="dxa"/>
              <w:left w:w="60" w:type="dxa"/>
              <w:bottom w:w="50" w:type="dxa"/>
              <w:right w:w="60" w:type="dxa"/>
            </w:tcMar>
            <w:vAlign w:val="center"/>
          </w:tcPr>
          <w:p w14:paraId="5216733B" w14:textId="77777777" w:rsidR="009F0135" w:rsidRPr="00F54F5A" w:rsidRDefault="009F0135" w:rsidP="00F54F5A">
            <w:pPr>
              <w:spacing w:after="0" w:line="240" w:lineRule="auto"/>
              <w:jc w:val="center"/>
              <w:rPr>
                <w:rFonts w:eastAsia="Times New Roman" w:cs="Times New Roman"/>
                <w:b/>
                <w:sz w:val="24"/>
                <w:lang w:val="vi-VN"/>
              </w:rPr>
            </w:pPr>
            <w:r w:rsidRPr="00F54F5A">
              <w:rPr>
                <w:rFonts w:eastAsia="Times New Roman" w:cs="Times New Roman"/>
                <w:b/>
                <w:sz w:val="24"/>
                <w:lang w:val="vi-VN"/>
              </w:rPr>
              <w:t>Nhân viên y tế</w:t>
            </w:r>
          </w:p>
        </w:tc>
        <w:tc>
          <w:tcPr>
            <w:tcW w:w="1116" w:type="dxa"/>
            <w:tcBorders>
              <w:left w:val="single" w:sz="4" w:space="0" w:color="auto"/>
            </w:tcBorders>
            <w:shd w:val="clear" w:color="auto" w:fill="E7E6E6"/>
            <w:tcMar>
              <w:top w:w="50" w:type="dxa"/>
              <w:left w:w="60" w:type="dxa"/>
              <w:bottom w:w="50" w:type="dxa"/>
              <w:right w:w="60" w:type="dxa"/>
            </w:tcMar>
            <w:vAlign w:val="center"/>
          </w:tcPr>
          <w:p w14:paraId="424F7E91" w14:textId="77777777" w:rsidR="009F0135" w:rsidRPr="00F54F5A" w:rsidRDefault="009F0135" w:rsidP="00F54F5A">
            <w:pPr>
              <w:spacing w:after="0" w:line="240" w:lineRule="auto"/>
              <w:jc w:val="center"/>
              <w:rPr>
                <w:rFonts w:eastAsia="Times New Roman" w:cs="Times New Roman"/>
                <w:b/>
                <w:sz w:val="24"/>
              </w:rPr>
            </w:pPr>
            <w:r w:rsidRPr="00F54F5A">
              <w:rPr>
                <w:rFonts w:eastAsia="Times New Roman" w:cs="Times New Roman"/>
                <w:b/>
                <w:sz w:val="24"/>
              </w:rPr>
              <w:t>Dân</w:t>
            </w:r>
            <w:r w:rsidRPr="00F54F5A">
              <w:rPr>
                <w:rFonts w:eastAsia="Times New Roman" w:cs="Times New Roman"/>
                <w:b/>
                <w:sz w:val="24"/>
                <w:lang w:val="vi-VN"/>
              </w:rPr>
              <w:t xml:space="preserve"> tộc </w:t>
            </w:r>
            <w:r w:rsidRPr="00F54F5A">
              <w:rPr>
                <w:rFonts w:eastAsia="Times New Roman" w:cs="Times New Roman"/>
                <w:b/>
                <w:sz w:val="24"/>
              </w:rPr>
              <w:t>Kinh</w:t>
            </w:r>
          </w:p>
        </w:tc>
        <w:tc>
          <w:tcPr>
            <w:tcW w:w="1171" w:type="dxa"/>
            <w:tcBorders>
              <w:right w:val="single" w:sz="4" w:space="0" w:color="auto"/>
            </w:tcBorders>
            <w:shd w:val="clear" w:color="auto" w:fill="E7E6E6"/>
            <w:tcMar>
              <w:top w:w="50" w:type="dxa"/>
              <w:left w:w="60" w:type="dxa"/>
              <w:bottom w:w="50" w:type="dxa"/>
              <w:right w:w="60" w:type="dxa"/>
            </w:tcMar>
            <w:vAlign w:val="center"/>
          </w:tcPr>
          <w:p w14:paraId="7EB75C3C" w14:textId="77777777" w:rsidR="009F0135" w:rsidRPr="00F54F5A" w:rsidRDefault="009F0135" w:rsidP="00F54F5A">
            <w:pPr>
              <w:spacing w:after="0" w:line="240" w:lineRule="auto"/>
              <w:jc w:val="center"/>
              <w:rPr>
                <w:rFonts w:eastAsia="Times New Roman" w:cs="Times New Roman"/>
                <w:b/>
                <w:sz w:val="24"/>
              </w:rPr>
            </w:pPr>
            <w:r w:rsidRPr="00F54F5A">
              <w:rPr>
                <w:rFonts w:eastAsia="Times New Roman" w:cs="Times New Roman"/>
                <w:b/>
                <w:sz w:val="24"/>
                <w:lang w:val="vi-VN"/>
              </w:rPr>
              <w:t>Dân tộc khác</w:t>
            </w:r>
          </w:p>
        </w:tc>
        <w:tc>
          <w:tcPr>
            <w:tcW w:w="1143" w:type="dxa"/>
            <w:tcBorders>
              <w:right w:val="single" w:sz="4" w:space="0" w:color="auto"/>
            </w:tcBorders>
            <w:shd w:val="clear" w:color="auto" w:fill="E7E6E6"/>
            <w:vAlign w:val="center"/>
          </w:tcPr>
          <w:p w14:paraId="5B5A68A6" w14:textId="77777777" w:rsidR="009F0135" w:rsidRPr="00F54F5A" w:rsidRDefault="009F0135" w:rsidP="00F54F5A">
            <w:pPr>
              <w:spacing w:after="0" w:line="240" w:lineRule="auto"/>
              <w:jc w:val="center"/>
              <w:rPr>
                <w:rFonts w:eastAsia="Times New Roman" w:cs="Times New Roman"/>
                <w:b/>
                <w:sz w:val="24"/>
              </w:rPr>
            </w:pPr>
            <w:r w:rsidRPr="00F54F5A">
              <w:rPr>
                <w:rFonts w:eastAsia="Times New Roman" w:cs="Times New Roman"/>
                <w:b/>
                <w:sz w:val="24"/>
                <w:lang w:val="vi-VN"/>
              </w:rPr>
              <w:t>Nhân viên y tế</w:t>
            </w:r>
          </w:p>
        </w:tc>
        <w:tc>
          <w:tcPr>
            <w:tcW w:w="1143" w:type="dxa"/>
            <w:tcBorders>
              <w:right w:val="single" w:sz="4" w:space="0" w:color="auto"/>
            </w:tcBorders>
            <w:shd w:val="clear" w:color="auto" w:fill="E7E6E6"/>
            <w:vAlign w:val="center"/>
          </w:tcPr>
          <w:p w14:paraId="366D9613" w14:textId="77777777" w:rsidR="009F0135" w:rsidRPr="00F54F5A" w:rsidRDefault="009F0135" w:rsidP="00F54F5A">
            <w:pPr>
              <w:spacing w:after="0" w:line="240" w:lineRule="auto"/>
              <w:jc w:val="center"/>
              <w:rPr>
                <w:rFonts w:eastAsia="Times New Roman" w:cs="Times New Roman"/>
                <w:b/>
                <w:sz w:val="24"/>
              </w:rPr>
            </w:pPr>
            <w:r w:rsidRPr="00F54F5A">
              <w:rPr>
                <w:rFonts w:eastAsia="Times New Roman" w:cs="Times New Roman"/>
                <w:b/>
                <w:sz w:val="24"/>
              </w:rPr>
              <w:t>Dân</w:t>
            </w:r>
            <w:r w:rsidRPr="00F54F5A">
              <w:rPr>
                <w:rFonts w:eastAsia="Times New Roman" w:cs="Times New Roman"/>
                <w:b/>
                <w:sz w:val="24"/>
                <w:lang w:val="vi-VN"/>
              </w:rPr>
              <w:t xml:space="preserve"> tộc </w:t>
            </w:r>
            <w:r w:rsidRPr="00F54F5A">
              <w:rPr>
                <w:rFonts w:eastAsia="Times New Roman" w:cs="Times New Roman"/>
                <w:b/>
                <w:sz w:val="24"/>
              </w:rPr>
              <w:t>Kinh</w:t>
            </w:r>
          </w:p>
        </w:tc>
        <w:tc>
          <w:tcPr>
            <w:tcW w:w="1143" w:type="dxa"/>
            <w:tcBorders>
              <w:right w:val="single" w:sz="4" w:space="0" w:color="auto"/>
            </w:tcBorders>
            <w:shd w:val="clear" w:color="auto" w:fill="E7E6E6"/>
            <w:vAlign w:val="center"/>
          </w:tcPr>
          <w:p w14:paraId="252334B7" w14:textId="77777777" w:rsidR="009F0135" w:rsidRPr="00F54F5A" w:rsidRDefault="009F0135" w:rsidP="00F54F5A">
            <w:pPr>
              <w:spacing w:after="0" w:line="240" w:lineRule="auto"/>
              <w:jc w:val="center"/>
              <w:rPr>
                <w:rFonts w:eastAsia="Times New Roman" w:cs="Times New Roman"/>
                <w:b/>
                <w:sz w:val="24"/>
              </w:rPr>
            </w:pPr>
            <w:r w:rsidRPr="00F54F5A">
              <w:rPr>
                <w:rFonts w:eastAsia="Times New Roman" w:cs="Times New Roman"/>
                <w:b/>
                <w:sz w:val="24"/>
                <w:lang w:val="vi-VN"/>
              </w:rPr>
              <w:t>Dân tộc khác</w:t>
            </w:r>
          </w:p>
        </w:tc>
        <w:tc>
          <w:tcPr>
            <w:tcW w:w="1143" w:type="dxa"/>
            <w:tcBorders>
              <w:right w:val="single" w:sz="4" w:space="0" w:color="auto"/>
            </w:tcBorders>
            <w:shd w:val="clear" w:color="auto" w:fill="E7E6E6"/>
            <w:vAlign w:val="center"/>
          </w:tcPr>
          <w:p w14:paraId="52AA13D7" w14:textId="77777777" w:rsidR="009F0135" w:rsidRPr="00F54F5A" w:rsidRDefault="009F0135" w:rsidP="00F54F5A">
            <w:pPr>
              <w:spacing w:after="0" w:line="240" w:lineRule="auto"/>
              <w:jc w:val="center"/>
              <w:rPr>
                <w:rFonts w:eastAsia="Times New Roman" w:cs="Times New Roman"/>
                <w:b/>
                <w:sz w:val="24"/>
              </w:rPr>
            </w:pPr>
            <w:r w:rsidRPr="00F54F5A">
              <w:rPr>
                <w:rFonts w:eastAsia="Times New Roman" w:cs="Times New Roman"/>
                <w:b/>
                <w:sz w:val="24"/>
                <w:lang w:val="vi-VN"/>
              </w:rPr>
              <w:t>Nhân viên y tế</w:t>
            </w:r>
          </w:p>
        </w:tc>
      </w:tr>
      <w:tr w:rsidR="009F0135" w:rsidRPr="00F54F5A" w14:paraId="3A626BE0" w14:textId="77777777" w:rsidTr="00FF5368">
        <w:trPr>
          <w:cantSplit/>
          <w:jc w:val="center"/>
        </w:trPr>
        <w:tc>
          <w:tcPr>
            <w:tcW w:w="533" w:type="dxa"/>
            <w:tcMar>
              <w:top w:w="50" w:type="dxa"/>
              <w:left w:w="60" w:type="dxa"/>
              <w:bottom w:w="50" w:type="dxa"/>
              <w:right w:w="60" w:type="dxa"/>
            </w:tcMar>
            <w:vAlign w:val="center"/>
          </w:tcPr>
          <w:p w14:paraId="51583A0F" w14:textId="77777777" w:rsidR="009F0135" w:rsidRPr="00F54F5A" w:rsidRDefault="009F0135" w:rsidP="00F54F5A">
            <w:pPr>
              <w:spacing w:after="0" w:line="240" w:lineRule="auto"/>
              <w:jc w:val="center"/>
              <w:rPr>
                <w:rFonts w:cs="Times New Roman"/>
                <w:sz w:val="24"/>
              </w:rPr>
            </w:pPr>
            <w:r w:rsidRPr="00F54F5A">
              <w:rPr>
                <w:rFonts w:eastAsia="Times New Roman" w:cs="Times New Roman"/>
                <w:sz w:val="24"/>
              </w:rPr>
              <w:t>1</w:t>
            </w:r>
          </w:p>
        </w:tc>
        <w:tc>
          <w:tcPr>
            <w:tcW w:w="3277" w:type="dxa"/>
            <w:tcMar>
              <w:top w:w="50" w:type="dxa"/>
              <w:left w:w="60" w:type="dxa"/>
              <w:bottom w:w="50" w:type="dxa"/>
              <w:right w:w="60" w:type="dxa"/>
            </w:tcMar>
            <w:vAlign w:val="center"/>
          </w:tcPr>
          <w:p w14:paraId="40B8225F" w14:textId="77777777" w:rsidR="009F0135" w:rsidRPr="00F54F5A" w:rsidRDefault="009F0135" w:rsidP="00F54F5A">
            <w:pPr>
              <w:spacing w:after="0" w:line="240" w:lineRule="auto"/>
              <w:rPr>
                <w:rFonts w:cs="Times New Roman"/>
                <w:sz w:val="24"/>
              </w:rPr>
            </w:pPr>
          </w:p>
        </w:tc>
        <w:tc>
          <w:tcPr>
            <w:tcW w:w="1181" w:type="dxa"/>
            <w:tcMar>
              <w:top w:w="50" w:type="dxa"/>
              <w:left w:w="60" w:type="dxa"/>
              <w:bottom w:w="50" w:type="dxa"/>
              <w:right w:w="60" w:type="dxa"/>
            </w:tcMar>
            <w:vAlign w:val="center"/>
          </w:tcPr>
          <w:p w14:paraId="730B76F1" w14:textId="77777777" w:rsidR="009F0135" w:rsidRPr="00F54F5A" w:rsidRDefault="009F0135" w:rsidP="00F54F5A">
            <w:pPr>
              <w:spacing w:after="0" w:line="240" w:lineRule="auto"/>
              <w:jc w:val="center"/>
              <w:rPr>
                <w:rFonts w:cs="Times New Roman"/>
                <w:sz w:val="24"/>
              </w:rPr>
            </w:pPr>
          </w:p>
        </w:tc>
        <w:tc>
          <w:tcPr>
            <w:tcW w:w="1182" w:type="dxa"/>
            <w:tcMar>
              <w:top w:w="50" w:type="dxa"/>
              <w:left w:w="60" w:type="dxa"/>
              <w:bottom w:w="50" w:type="dxa"/>
              <w:right w:w="60" w:type="dxa"/>
            </w:tcMar>
            <w:vAlign w:val="center"/>
          </w:tcPr>
          <w:p w14:paraId="19DEF2FD" w14:textId="77777777" w:rsidR="009F0135" w:rsidRPr="00F54F5A" w:rsidRDefault="009F0135" w:rsidP="00F54F5A">
            <w:pPr>
              <w:spacing w:after="0" w:line="240" w:lineRule="auto"/>
              <w:jc w:val="center"/>
              <w:rPr>
                <w:rFonts w:cs="Times New Roman"/>
                <w:sz w:val="24"/>
              </w:rPr>
            </w:pPr>
          </w:p>
        </w:tc>
        <w:tc>
          <w:tcPr>
            <w:tcW w:w="1248" w:type="dxa"/>
            <w:tcMar>
              <w:top w:w="50" w:type="dxa"/>
              <w:left w:w="60" w:type="dxa"/>
              <w:bottom w:w="50" w:type="dxa"/>
              <w:right w:w="60" w:type="dxa"/>
            </w:tcMar>
            <w:vAlign w:val="center"/>
          </w:tcPr>
          <w:p w14:paraId="191C9C12" w14:textId="77777777" w:rsidR="009F0135" w:rsidRPr="00F54F5A" w:rsidRDefault="009F0135" w:rsidP="00F54F5A">
            <w:pPr>
              <w:spacing w:after="0" w:line="240" w:lineRule="auto"/>
              <w:jc w:val="center"/>
              <w:rPr>
                <w:rFonts w:cs="Times New Roman"/>
                <w:sz w:val="24"/>
              </w:rPr>
            </w:pPr>
          </w:p>
        </w:tc>
        <w:tc>
          <w:tcPr>
            <w:tcW w:w="1116" w:type="dxa"/>
            <w:tcMar>
              <w:top w:w="50" w:type="dxa"/>
              <w:left w:w="60" w:type="dxa"/>
              <w:bottom w:w="50" w:type="dxa"/>
              <w:right w:w="60" w:type="dxa"/>
            </w:tcMar>
            <w:vAlign w:val="center"/>
          </w:tcPr>
          <w:p w14:paraId="799C0EF1" w14:textId="77777777" w:rsidR="009F0135" w:rsidRPr="00F54F5A" w:rsidRDefault="009F0135" w:rsidP="00F54F5A">
            <w:pPr>
              <w:spacing w:after="0" w:line="240" w:lineRule="auto"/>
              <w:jc w:val="center"/>
              <w:rPr>
                <w:rFonts w:cs="Times New Roman"/>
                <w:sz w:val="24"/>
              </w:rPr>
            </w:pPr>
          </w:p>
        </w:tc>
        <w:tc>
          <w:tcPr>
            <w:tcW w:w="1171" w:type="dxa"/>
            <w:tcMar>
              <w:top w:w="50" w:type="dxa"/>
              <w:left w:w="60" w:type="dxa"/>
              <w:bottom w:w="50" w:type="dxa"/>
              <w:right w:w="60" w:type="dxa"/>
            </w:tcMar>
            <w:vAlign w:val="center"/>
          </w:tcPr>
          <w:p w14:paraId="72F61A6D" w14:textId="77777777" w:rsidR="009F0135" w:rsidRPr="00F54F5A" w:rsidRDefault="009F0135" w:rsidP="00F54F5A">
            <w:pPr>
              <w:spacing w:after="0" w:line="240" w:lineRule="auto"/>
              <w:jc w:val="center"/>
              <w:rPr>
                <w:rFonts w:cs="Times New Roman"/>
                <w:sz w:val="24"/>
              </w:rPr>
            </w:pPr>
          </w:p>
        </w:tc>
        <w:tc>
          <w:tcPr>
            <w:tcW w:w="1143" w:type="dxa"/>
          </w:tcPr>
          <w:p w14:paraId="6660B092" w14:textId="77777777" w:rsidR="009F0135" w:rsidRPr="00F54F5A" w:rsidRDefault="009F0135" w:rsidP="00F54F5A">
            <w:pPr>
              <w:spacing w:after="0" w:line="240" w:lineRule="auto"/>
              <w:jc w:val="center"/>
              <w:rPr>
                <w:rFonts w:cs="Times New Roman"/>
                <w:sz w:val="24"/>
              </w:rPr>
            </w:pPr>
          </w:p>
        </w:tc>
        <w:tc>
          <w:tcPr>
            <w:tcW w:w="1143" w:type="dxa"/>
          </w:tcPr>
          <w:p w14:paraId="2662BD50" w14:textId="77777777" w:rsidR="009F0135" w:rsidRPr="00F54F5A" w:rsidRDefault="009F0135" w:rsidP="00F54F5A">
            <w:pPr>
              <w:spacing w:after="0" w:line="240" w:lineRule="auto"/>
              <w:jc w:val="center"/>
              <w:rPr>
                <w:rFonts w:cs="Times New Roman"/>
                <w:sz w:val="24"/>
              </w:rPr>
            </w:pPr>
          </w:p>
        </w:tc>
        <w:tc>
          <w:tcPr>
            <w:tcW w:w="1143" w:type="dxa"/>
          </w:tcPr>
          <w:p w14:paraId="35056B99" w14:textId="77777777" w:rsidR="009F0135" w:rsidRPr="00F54F5A" w:rsidRDefault="009F0135" w:rsidP="00F54F5A">
            <w:pPr>
              <w:spacing w:after="0" w:line="240" w:lineRule="auto"/>
              <w:jc w:val="center"/>
              <w:rPr>
                <w:rFonts w:cs="Times New Roman"/>
                <w:sz w:val="24"/>
              </w:rPr>
            </w:pPr>
          </w:p>
        </w:tc>
        <w:tc>
          <w:tcPr>
            <w:tcW w:w="1143" w:type="dxa"/>
          </w:tcPr>
          <w:p w14:paraId="2BFD95A3" w14:textId="77777777" w:rsidR="009F0135" w:rsidRPr="00F54F5A" w:rsidRDefault="009F0135" w:rsidP="00F54F5A">
            <w:pPr>
              <w:spacing w:after="0" w:line="240" w:lineRule="auto"/>
              <w:jc w:val="center"/>
              <w:rPr>
                <w:rFonts w:cs="Times New Roman"/>
                <w:sz w:val="24"/>
              </w:rPr>
            </w:pPr>
          </w:p>
        </w:tc>
      </w:tr>
      <w:tr w:rsidR="009F0135" w:rsidRPr="00F54F5A" w14:paraId="24C09829" w14:textId="77777777" w:rsidTr="00FF5368">
        <w:trPr>
          <w:cantSplit/>
          <w:jc w:val="center"/>
        </w:trPr>
        <w:tc>
          <w:tcPr>
            <w:tcW w:w="533" w:type="dxa"/>
            <w:tcMar>
              <w:top w:w="50" w:type="dxa"/>
              <w:left w:w="60" w:type="dxa"/>
              <w:bottom w:w="50" w:type="dxa"/>
              <w:right w:w="60" w:type="dxa"/>
            </w:tcMar>
            <w:vAlign w:val="center"/>
          </w:tcPr>
          <w:p w14:paraId="6CD14C29" w14:textId="77777777" w:rsidR="009F0135" w:rsidRPr="00F54F5A" w:rsidRDefault="009F0135" w:rsidP="00F54F5A">
            <w:pPr>
              <w:spacing w:after="0" w:line="240" w:lineRule="auto"/>
              <w:jc w:val="center"/>
              <w:rPr>
                <w:rFonts w:cs="Times New Roman"/>
                <w:sz w:val="24"/>
                <w:lang w:val="vi-VN"/>
              </w:rPr>
            </w:pPr>
            <w:r w:rsidRPr="00F54F5A">
              <w:rPr>
                <w:rFonts w:eastAsia="Times New Roman" w:cs="Times New Roman"/>
                <w:sz w:val="24"/>
                <w:lang w:val="vi-VN"/>
              </w:rPr>
              <w:t>2</w:t>
            </w:r>
          </w:p>
        </w:tc>
        <w:tc>
          <w:tcPr>
            <w:tcW w:w="3277" w:type="dxa"/>
            <w:tcMar>
              <w:top w:w="50" w:type="dxa"/>
              <w:left w:w="60" w:type="dxa"/>
              <w:bottom w:w="50" w:type="dxa"/>
              <w:right w:w="60" w:type="dxa"/>
            </w:tcMar>
            <w:vAlign w:val="center"/>
          </w:tcPr>
          <w:p w14:paraId="3463AE4A" w14:textId="77777777" w:rsidR="009F0135" w:rsidRPr="00F54F5A" w:rsidRDefault="009F0135" w:rsidP="00F54F5A">
            <w:pPr>
              <w:spacing w:after="0" w:line="240" w:lineRule="auto"/>
              <w:rPr>
                <w:rFonts w:cs="Times New Roman"/>
                <w:sz w:val="24"/>
              </w:rPr>
            </w:pPr>
          </w:p>
        </w:tc>
        <w:tc>
          <w:tcPr>
            <w:tcW w:w="1181" w:type="dxa"/>
            <w:tcMar>
              <w:top w:w="50" w:type="dxa"/>
              <w:left w:w="60" w:type="dxa"/>
              <w:bottom w:w="50" w:type="dxa"/>
              <w:right w:w="60" w:type="dxa"/>
            </w:tcMar>
            <w:vAlign w:val="center"/>
          </w:tcPr>
          <w:p w14:paraId="6F222E36" w14:textId="77777777" w:rsidR="009F0135" w:rsidRPr="00F54F5A" w:rsidRDefault="009F0135" w:rsidP="00F54F5A">
            <w:pPr>
              <w:spacing w:after="0" w:line="240" w:lineRule="auto"/>
              <w:jc w:val="center"/>
              <w:rPr>
                <w:rFonts w:cs="Times New Roman"/>
                <w:sz w:val="24"/>
              </w:rPr>
            </w:pPr>
          </w:p>
        </w:tc>
        <w:tc>
          <w:tcPr>
            <w:tcW w:w="1182" w:type="dxa"/>
            <w:tcMar>
              <w:top w:w="50" w:type="dxa"/>
              <w:left w:w="60" w:type="dxa"/>
              <w:bottom w:w="50" w:type="dxa"/>
              <w:right w:w="60" w:type="dxa"/>
            </w:tcMar>
            <w:vAlign w:val="center"/>
          </w:tcPr>
          <w:p w14:paraId="0D53CBF3" w14:textId="77777777" w:rsidR="009F0135" w:rsidRPr="00F54F5A" w:rsidRDefault="009F0135" w:rsidP="00F54F5A">
            <w:pPr>
              <w:spacing w:after="0" w:line="240" w:lineRule="auto"/>
              <w:jc w:val="center"/>
              <w:rPr>
                <w:rFonts w:cs="Times New Roman"/>
                <w:sz w:val="24"/>
              </w:rPr>
            </w:pPr>
          </w:p>
        </w:tc>
        <w:tc>
          <w:tcPr>
            <w:tcW w:w="1248" w:type="dxa"/>
            <w:tcMar>
              <w:top w:w="50" w:type="dxa"/>
              <w:left w:w="60" w:type="dxa"/>
              <w:bottom w:w="50" w:type="dxa"/>
              <w:right w:w="60" w:type="dxa"/>
            </w:tcMar>
            <w:vAlign w:val="center"/>
          </w:tcPr>
          <w:p w14:paraId="62C3E658" w14:textId="77777777" w:rsidR="009F0135" w:rsidRPr="00F54F5A" w:rsidRDefault="009F0135" w:rsidP="00F54F5A">
            <w:pPr>
              <w:spacing w:after="0" w:line="240" w:lineRule="auto"/>
              <w:jc w:val="center"/>
              <w:rPr>
                <w:rFonts w:cs="Times New Roman"/>
                <w:sz w:val="24"/>
              </w:rPr>
            </w:pPr>
          </w:p>
        </w:tc>
        <w:tc>
          <w:tcPr>
            <w:tcW w:w="1116" w:type="dxa"/>
            <w:tcMar>
              <w:top w:w="50" w:type="dxa"/>
              <w:left w:w="60" w:type="dxa"/>
              <w:bottom w:w="50" w:type="dxa"/>
              <w:right w:w="60" w:type="dxa"/>
            </w:tcMar>
            <w:vAlign w:val="center"/>
          </w:tcPr>
          <w:p w14:paraId="1068993C" w14:textId="77777777" w:rsidR="009F0135" w:rsidRPr="00F54F5A" w:rsidRDefault="009F0135" w:rsidP="00F54F5A">
            <w:pPr>
              <w:spacing w:after="0" w:line="240" w:lineRule="auto"/>
              <w:jc w:val="center"/>
              <w:rPr>
                <w:rFonts w:cs="Times New Roman"/>
                <w:sz w:val="24"/>
              </w:rPr>
            </w:pPr>
          </w:p>
        </w:tc>
        <w:tc>
          <w:tcPr>
            <w:tcW w:w="1171" w:type="dxa"/>
            <w:tcMar>
              <w:top w:w="50" w:type="dxa"/>
              <w:left w:w="60" w:type="dxa"/>
              <w:bottom w:w="50" w:type="dxa"/>
              <w:right w:w="60" w:type="dxa"/>
            </w:tcMar>
            <w:vAlign w:val="center"/>
          </w:tcPr>
          <w:p w14:paraId="17CB4F6B" w14:textId="77777777" w:rsidR="009F0135" w:rsidRPr="00F54F5A" w:rsidRDefault="009F0135" w:rsidP="00F54F5A">
            <w:pPr>
              <w:spacing w:after="0" w:line="240" w:lineRule="auto"/>
              <w:jc w:val="center"/>
              <w:rPr>
                <w:rFonts w:cs="Times New Roman"/>
                <w:sz w:val="24"/>
              </w:rPr>
            </w:pPr>
          </w:p>
        </w:tc>
        <w:tc>
          <w:tcPr>
            <w:tcW w:w="1143" w:type="dxa"/>
          </w:tcPr>
          <w:p w14:paraId="6DB26D52" w14:textId="77777777" w:rsidR="009F0135" w:rsidRPr="00F54F5A" w:rsidRDefault="009F0135" w:rsidP="00F54F5A">
            <w:pPr>
              <w:spacing w:after="0" w:line="240" w:lineRule="auto"/>
              <w:jc w:val="center"/>
              <w:rPr>
                <w:rFonts w:cs="Times New Roman"/>
                <w:sz w:val="24"/>
              </w:rPr>
            </w:pPr>
          </w:p>
        </w:tc>
        <w:tc>
          <w:tcPr>
            <w:tcW w:w="1143" w:type="dxa"/>
          </w:tcPr>
          <w:p w14:paraId="7118DE7E" w14:textId="77777777" w:rsidR="009F0135" w:rsidRPr="00F54F5A" w:rsidRDefault="009F0135" w:rsidP="00F54F5A">
            <w:pPr>
              <w:spacing w:after="0" w:line="240" w:lineRule="auto"/>
              <w:jc w:val="center"/>
              <w:rPr>
                <w:rFonts w:cs="Times New Roman"/>
                <w:sz w:val="24"/>
              </w:rPr>
            </w:pPr>
          </w:p>
        </w:tc>
        <w:tc>
          <w:tcPr>
            <w:tcW w:w="1143" w:type="dxa"/>
          </w:tcPr>
          <w:p w14:paraId="621C83C7" w14:textId="77777777" w:rsidR="009F0135" w:rsidRPr="00F54F5A" w:rsidRDefault="009F0135" w:rsidP="00F54F5A">
            <w:pPr>
              <w:spacing w:after="0" w:line="240" w:lineRule="auto"/>
              <w:jc w:val="center"/>
              <w:rPr>
                <w:rFonts w:cs="Times New Roman"/>
                <w:sz w:val="24"/>
              </w:rPr>
            </w:pPr>
          </w:p>
        </w:tc>
        <w:tc>
          <w:tcPr>
            <w:tcW w:w="1143" w:type="dxa"/>
          </w:tcPr>
          <w:p w14:paraId="7AF85ACE" w14:textId="77777777" w:rsidR="009F0135" w:rsidRPr="00F54F5A" w:rsidRDefault="009F0135" w:rsidP="00F54F5A">
            <w:pPr>
              <w:spacing w:after="0" w:line="240" w:lineRule="auto"/>
              <w:jc w:val="center"/>
              <w:rPr>
                <w:rFonts w:cs="Times New Roman"/>
                <w:sz w:val="24"/>
              </w:rPr>
            </w:pPr>
          </w:p>
        </w:tc>
      </w:tr>
      <w:tr w:rsidR="009F0135" w:rsidRPr="00F54F5A" w14:paraId="6BC3EDB1" w14:textId="77777777" w:rsidTr="00FF5368">
        <w:trPr>
          <w:cantSplit/>
          <w:jc w:val="center"/>
        </w:trPr>
        <w:tc>
          <w:tcPr>
            <w:tcW w:w="533" w:type="dxa"/>
            <w:tcMar>
              <w:top w:w="50" w:type="dxa"/>
              <w:left w:w="60" w:type="dxa"/>
              <w:bottom w:w="50" w:type="dxa"/>
              <w:right w:w="60" w:type="dxa"/>
            </w:tcMar>
            <w:vAlign w:val="center"/>
          </w:tcPr>
          <w:p w14:paraId="0B9A122C" w14:textId="77777777" w:rsidR="009F0135" w:rsidRPr="00F54F5A" w:rsidRDefault="009F0135" w:rsidP="00F54F5A">
            <w:pPr>
              <w:spacing w:after="0" w:line="240" w:lineRule="auto"/>
              <w:jc w:val="center"/>
              <w:rPr>
                <w:rFonts w:cs="Times New Roman"/>
                <w:sz w:val="24"/>
                <w:lang w:val="vi-VN"/>
              </w:rPr>
            </w:pPr>
            <w:r w:rsidRPr="00F54F5A">
              <w:rPr>
                <w:rFonts w:eastAsia="Times New Roman" w:cs="Times New Roman"/>
                <w:sz w:val="24"/>
                <w:lang w:val="vi-VN"/>
              </w:rPr>
              <w:t>3</w:t>
            </w:r>
          </w:p>
        </w:tc>
        <w:tc>
          <w:tcPr>
            <w:tcW w:w="3277" w:type="dxa"/>
            <w:tcMar>
              <w:top w:w="50" w:type="dxa"/>
              <w:left w:w="60" w:type="dxa"/>
              <w:bottom w:w="50" w:type="dxa"/>
              <w:right w:w="60" w:type="dxa"/>
            </w:tcMar>
            <w:vAlign w:val="center"/>
          </w:tcPr>
          <w:p w14:paraId="30B7DB15" w14:textId="77777777" w:rsidR="009F0135" w:rsidRPr="00F54F5A" w:rsidRDefault="009F0135" w:rsidP="00F54F5A">
            <w:pPr>
              <w:spacing w:after="0" w:line="240" w:lineRule="auto"/>
              <w:rPr>
                <w:rFonts w:cs="Times New Roman"/>
                <w:sz w:val="24"/>
              </w:rPr>
            </w:pPr>
          </w:p>
        </w:tc>
        <w:tc>
          <w:tcPr>
            <w:tcW w:w="1181" w:type="dxa"/>
            <w:tcMar>
              <w:top w:w="50" w:type="dxa"/>
              <w:left w:w="60" w:type="dxa"/>
              <w:bottom w:w="50" w:type="dxa"/>
              <w:right w:w="60" w:type="dxa"/>
            </w:tcMar>
            <w:vAlign w:val="center"/>
          </w:tcPr>
          <w:p w14:paraId="185C77D8" w14:textId="77777777" w:rsidR="009F0135" w:rsidRPr="00F54F5A" w:rsidRDefault="009F0135" w:rsidP="00F54F5A">
            <w:pPr>
              <w:spacing w:after="0" w:line="240" w:lineRule="auto"/>
              <w:jc w:val="center"/>
              <w:rPr>
                <w:rFonts w:cs="Times New Roman"/>
                <w:sz w:val="24"/>
              </w:rPr>
            </w:pPr>
          </w:p>
        </w:tc>
        <w:tc>
          <w:tcPr>
            <w:tcW w:w="1182" w:type="dxa"/>
            <w:tcMar>
              <w:top w:w="50" w:type="dxa"/>
              <w:left w:w="60" w:type="dxa"/>
              <w:bottom w:w="50" w:type="dxa"/>
              <w:right w:w="60" w:type="dxa"/>
            </w:tcMar>
            <w:vAlign w:val="center"/>
          </w:tcPr>
          <w:p w14:paraId="2E6E4A53" w14:textId="77777777" w:rsidR="009F0135" w:rsidRPr="00F54F5A" w:rsidRDefault="009F0135" w:rsidP="00F54F5A">
            <w:pPr>
              <w:spacing w:after="0" w:line="240" w:lineRule="auto"/>
              <w:jc w:val="center"/>
              <w:rPr>
                <w:rFonts w:cs="Times New Roman"/>
                <w:sz w:val="24"/>
              </w:rPr>
            </w:pPr>
          </w:p>
        </w:tc>
        <w:tc>
          <w:tcPr>
            <w:tcW w:w="1248" w:type="dxa"/>
            <w:tcMar>
              <w:top w:w="50" w:type="dxa"/>
              <w:left w:w="60" w:type="dxa"/>
              <w:bottom w:w="50" w:type="dxa"/>
              <w:right w:w="60" w:type="dxa"/>
            </w:tcMar>
            <w:vAlign w:val="center"/>
          </w:tcPr>
          <w:p w14:paraId="5826161C" w14:textId="77777777" w:rsidR="009F0135" w:rsidRPr="00F54F5A" w:rsidRDefault="009F0135" w:rsidP="00F54F5A">
            <w:pPr>
              <w:spacing w:after="0" w:line="240" w:lineRule="auto"/>
              <w:jc w:val="center"/>
              <w:rPr>
                <w:rFonts w:cs="Times New Roman"/>
                <w:sz w:val="24"/>
                <w:lang w:val="vi-VN"/>
              </w:rPr>
            </w:pPr>
          </w:p>
        </w:tc>
        <w:tc>
          <w:tcPr>
            <w:tcW w:w="1116" w:type="dxa"/>
            <w:tcMar>
              <w:top w:w="50" w:type="dxa"/>
              <w:left w:w="60" w:type="dxa"/>
              <w:bottom w:w="50" w:type="dxa"/>
              <w:right w:w="60" w:type="dxa"/>
            </w:tcMar>
            <w:vAlign w:val="center"/>
          </w:tcPr>
          <w:p w14:paraId="482B26B5" w14:textId="77777777" w:rsidR="009F0135" w:rsidRPr="00F54F5A" w:rsidRDefault="009F0135" w:rsidP="00F54F5A">
            <w:pPr>
              <w:spacing w:after="0" w:line="240" w:lineRule="auto"/>
              <w:jc w:val="center"/>
              <w:rPr>
                <w:rFonts w:cs="Times New Roman"/>
                <w:sz w:val="24"/>
              </w:rPr>
            </w:pPr>
          </w:p>
        </w:tc>
        <w:tc>
          <w:tcPr>
            <w:tcW w:w="1171" w:type="dxa"/>
            <w:tcMar>
              <w:top w:w="50" w:type="dxa"/>
              <w:left w:w="60" w:type="dxa"/>
              <w:bottom w:w="50" w:type="dxa"/>
              <w:right w:w="60" w:type="dxa"/>
            </w:tcMar>
            <w:vAlign w:val="center"/>
          </w:tcPr>
          <w:p w14:paraId="3A78D53B" w14:textId="77777777" w:rsidR="009F0135" w:rsidRPr="00F54F5A" w:rsidRDefault="009F0135" w:rsidP="00F54F5A">
            <w:pPr>
              <w:spacing w:after="0" w:line="240" w:lineRule="auto"/>
              <w:jc w:val="center"/>
              <w:rPr>
                <w:rFonts w:cs="Times New Roman"/>
                <w:sz w:val="24"/>
              </w:rPr>
            </w:pPr>
          </w:p>
        </w:tc>
        <w:tc>
          <w:tcPr>
            <w:tcW w:w="1143" w:type="dxa"/>
          </w:tcPr>
          <w:p w14:paraId="48990C5A" w14:textId="77777777" w:rsidR="009F0135" w:rsidRPr="00F54F5A" w:rsidRDefault="009F0135" w:rsidP="00F54F5A">
            <w:pPr>
              <w:spacing w:after="0" w:line="240" w:lineRule="auto"/>
              <w:jc w:val="center"/>
              <w:rPr>
                <w:rFonts w:cs="Times New Roman"/>
                <w:sz w:val="24"/>
              </w:rPr>
            </w:pPr>
          </w:p>
        </w:tc>
        <w:tc>
          <w:tcPr>
            <w:tcW w:w="1143" w:type="dxa"/>
          </w:tcPr>
          <w:p w14:paraId="327BC352" w14:textId="77777777" w:rsidR="009F0135" w:rsidRPr="00F54F5A" w:rsidRDefault="009F0135" w:rsidP="00F54F5A">
            <w:pPr>
              <w:spacing w:after="0" w:line="240" w:lineRule="auto"/>
              <w:jc w:val="center"/>
              <w:rPr>
                <w:rFonts w:cs="Times New Roman"/>
                <w:sz w:val="24"/>
              </w:rPr>
            </w:pPr>
          </w:p>
        </w:tc>
        <w:tc>
          <w:tcPr>
            <w:tcW w:w="1143" w:type="dxa"/>
          </w:tcPr>
          <w:p w14:paraId="5100E679" w14:textId="77777777" w:rsidR="009F0135" w:rsidRPr="00F54F5A" w:rsidRDefault="009F0135" w:rsidP="00F54F5A">
            <w:pPr>
              <w:spacing w:after="0" w:line="240" w:lineRule="auto"/>
              <w:jc w:val="center"/>
              <w:rPr>
                <w:rFonts w:cs="Times New Roman"/>
                <w:sz w:val="24"/>
              </w:rPr>
            </w:pPr>
          </w:p>
        </w:tc>
        <w:tc>
          <w:tcPr>
            <w:tcW w:w="1143" w:type="dxa"/>
          </w:tcPr>
          <w:p w14:paraId="2A9686F3" w14:textId="77777777" w:rsidR="009F0135" w:rsidRPr="00F54F5A" w:rsidRDefault="009F0135" w:rsidP="00F54F5A">
            <w:pPr>
              <w:spacing w:after="0" w:line="240" w:lineRule="auto"/>
              <w:jc w:val="center"/>
              <w:rPr>
                <w:rFonts w:cs="Times New Roman"/>
                <w:sz w:val="24"/>
              </w:rPr>
            </w:pPr>
          </w:p>
        </w:tc>
      </w:tr>
      <w:tr w:rsidR="009F0135" w:rsidRPr="00F54F5A" w14:paraId="332E5833" w14:textId="77777777" w:rsidTr="00FF5368">
        <w:trPr>
          <w:cantSplit/>
          <w:jc w:val="center"/>
        </w:trPr>
        <w:tc>
          <w:tcPr>
            <w:tcW w:w="533" w:type="dxa"/>
            <w:tcMar>
              <w:top w:w="50" w:type="dxa"/>
              <w:left w:w="60" w:type="dxa"/>
              <w:bottom w:w="50" w:type="dxa"/>
              <w:right w:w="60" w:type="dxa"/>
            </w:tcMar>
            <w:vAlign w:val="center"/>
          </w:tcPr>
          <w:p w14:paraId="5682A233" w14:textId="77777777" w:rsidR="009F0135" w:rsidRPr="00F54F5A" w:rsidRDefault="009F0135" w:rsidP="00F54F5A">
            <w:pPr>
              <w:spacing w:after="0" w:line="240" w:lineRule="auto"/>
              <w:jc w:val="center"/>
              <w:rPr>
                <w:rFonts w:cs="Times New Roman"/>
                <w:sz w:val="24"/>
                <w:lang w:val="vi-VN"/>
              </w:rPr>
            </w:pPr>
            <w:r w:rsidRPr="00F54F5A">
              <w:rPr>
                <w:rFonts w:eastAsia="Times New Roman" w:cs="Times New Roman"/>
                <w:sz w:val="24"/>
                <w:lang w:val="vi-VN"/>
              </w:rPr>
              <w:t>4</w:t>
            </w:r>
          </w:p>
        </w:tc>
        <w:tc>
          <w:tcPr>
            <w:tcW w:w="3277" w:type="dxa"/>
            <w:tcMar>
              <w:top w:w="50" w:type="dxa"/>
              <w:left w:w="60" w:type="dxa"/>
              <w:bottom w:w="50" w:type="dxa"/>
              <w:right w:w="60" w:type="dxa"/>
            </w:tcMar>
            <w:vAlign w:val="center"/>
          </w:tcPr>
          <w:p w14:paraId="6C9564F4" w14:textId="77777777" w:rsidR="009F0135" w:rsidRPr="00F54F5A" w:rsidRDefault="009F0135" w:rsidP="00F54F5A">
            <w:pPr>
              <w:spacing w:after="0" w:line="240" w:lineRule="auto"/>
              <w:rPr>
                <w:rFonts w:cs="Times New Roman"/>
                <w:sz w:val="24"/>
              </w:rPr>
            </w:pPr>
          </w:p>
        </w:tc>
        <w:tc>
          <w:tcPr>
            <w:tcW w:w="1181" w:type="dxa"/>
            <w:tcMar>
              <w:top w:w="50" w:type="dxa"/>
              <w:left w:w="60" w:type="dxa"/>
              <w:bottom w:w="50" w:type="dxa"/>
              <w:right w:w="60" w:type="dxa"/>
            </w:tcMar>
            <w:vAlign w:val="center"/>
          </w:tcPr>
          <w:p w14:paraId="3A4ECA18" w14:textId="77777777" w:rsidR="009F0135" w:rsidRPr="00F54F5A" w:rsidRDefault="009F0135" w:rsidP="00F54F5A">
            <w:pPr>
              <w:spacing w:after="0" w:line="240" w:lineRule="auto"/>
              <w:jc w:val="center"/>
              <w:rPr>
                <w:rFonts w:cs="Times New Roman"/>
                <w:sz w:val="24"/>
              </w:rPr>
            </w:pPr>
          </w:p>
        </w:tc>
        <w:tc>
          <w:tcPr>
            <w:tcW w:w="1182" w:type="dxa"/>
            <w:tcMar>
              <w:top w:w="50" w:type="dxa"/>
              <w:left w:w="60" w:type="dxa"/>
              <w:bottom w:w="50" w:type="dxa"/>
              <w:right w:w="60" w:type="dxa"/>
            </w:tcMar>
            <w:vAlign w:val="center"/>
          </w:tcPr>
          <w:p w14:paraId="7BABD275" w14:textId="77777777" w:rsidR="009F0135" w:rsidRPr="00F54F5A" w:rsidRDefault="009F0135" w:rsidP="00F54F5A">
            <w:pPr>
              <w:spacing w:after="0" w:line="240" w:lineRule="auto"/>
              <w:jc w:val="center"/>
              <w:rPr>
                <w:rFonts w:cs="Times New Roman"/>
                <w:sz w:val="24"/>
              </w:rPr>
            </w:pPr>
          </w:p>
        </w:tc>
        <w:tc>
          <w:tcPr>
            <w:tcW w:w="1248" w:type="dxa"/>
            <w:tcMar>
              <w:top w:w="50" w:type="dxa"/>
              <w:left w:w="60" w:type="dxa"/>
              <w:bottom w:w="50" w:type="dxa"/>
              <w:right w:w="60" w:type="dxa"/>
            </w:tcMar>
            <w:vAlign w:val="center"/>
          </w:tcPr>
          <w:p w14:paraId="09B5C73F" w14:textId="77777777" w:rsidR="009F0135" w:rsidRPr="00F54F5A" w:rsidRDefault="009F0135" w:rsidP="00F54F5A">
            <w:pPr>
              <w:spacing w:after="0" w:line="240" w:lineRule="auto"/>
              <w:jc w:val="center"/>
              <w:rPr>
                <w:rFonts w:cs="Times New Roman"/>
                <w:sz w:val="24"/>
              </w:rPr>
            </w:pPr>
          </w:p>
        </w:tc>
        <w:tc>
          <w:tcPr>
            <w:tcW w:w="1116" w:type="dxa"/>
            <w:tcMar>
              <w:top w:w="50" w:type="dxa"/>
              <w:left w:w="60" w:type="dxa"/>
              <w:bottom w:w="50" w:type="dxa"/>
              <w:right w:w="60" w:type="dxa"/>
            </w:tcMar>
            <w:vAlign w:val="center"/>
          </w:tcPr>
          <w:p w14:paraId="1DA96F5D" w14:textId="77777777" w:rsidR="009F0135" w:rsidRPr="00F54F5A" w:rsidRDefault="009F0135" w:rsidP="00F54F5A">
            <w:pPr>
              <w:spacing w:after="0" w:line="240" w:lineRule="auto"/>
              <w:jc w:val="center"/>
              <w:rPr>
                <w:rFonts w:cs="Times New Roman"/>
                <w:sz w:val="24"/>
              </w:rPr>
            </w:pPr>
          </w:p>
        </w:tc>
        <w:tc>
          <w:tcPr>
            <w:tcW w:w="1171" w:type="dxa"/>
            <w:tcMar>
              <w:top w:w="50" w:type="dxa"/>
              <w:left w:w="60" w:type="dxa"/>
              <w:bottom w:w="50" w:type="dxa"/>
              <w:right w:w="60" w:type="dxa"/>
            </w:tcMar>
            <w:vAlign w:val="center"/>
          </w:tcPr>
          <w:p w14:paraId="08221476" w14:textId="77777777" w:rsidR="009F0135" w:rsidRPr="00F54F5A" w:rsidRDefault="009F0135" w:rsidP="00F54F5A">
            <w:pPr>
              <w:spacing w:after="0" w:line="240" w:lineRule="auto"/>
              <w:jc w:val="center"/>
              <w:rPr>
                <w:rFonts w:cs="Times New Roman"/>
                <w:sz w:val="24"/>
              </w:rPr>
            </w:pPr>
          </w:p>
        </w:tc>
        <w:tc>
          <w:tcPr>
            <w:tcW w:w="1143" w:type="dxa"/>
          </w:tcPr>
          <w:p w14:paraId="1E77A5E5" w14:textId="77777777" w:rsidR="009F0135" w:rsidRPr="00F54F5A" w:rsidRDefault="009F0135" w:rsidP="00F54F5A">
            <w:pPr>
              <w:spacing w:after="0" w:line="240" w:lineRule="auto"/>
              <w:jc w:val="center"/>
              <w:rPr>
                <w:rFonts w:cs="Times New Roman"/>
                <w:sz w:val="24"/>
              </w:rPr>
            </w:pPr>
          </w:p>
        </w:tc>
        <w:tc>
          <w:tcPr>
            <w:tcW w:w="1143" w:type="dxa"/>
          </w:tcPr>
          <w:p w14:paraId="6F24106A" w14:textId="77777777" w:rsidR="009F0135" w:rsidRPr="00F54F5A" w:rsidRDefault="009F0135" w:rsidP="00F54F5A">
            <w:pPr>
              <w:spacing w:after="0" w:line="240" w:lineRule="auto"/>
              <w:jc w:val="center"/>
              <w:rPr>
                <w:rFonts w:cs="Times New Roman"/>
                <w:sz w:val="24"/>
              </w:rPr>
            </w:pPr>
          </w:p>
        </w:tc>
        <w:tc>
          <w:tcPr>
            <w:tcW w:w="1143" w:type="dxa"/>
          </w:tcPr>
          <w:p w14:paraId="5596A49F" w14:textId="77777777" w:rsidR="009F0135" w:rsidRPr="00F54F5A" w:rsidRDefault="009F0135" w:rsidP="00F54F5A">
            <w:pPr>
              <w:spacing w:after="0" w:line="240" w:lineRule="auto"/>
              <w:jc w:val="center"/>
              <w:rPr>
                <w:rFonts w:cs="Times New Roman"/>
                <w:sz w:val="24"/>
              </w:rPr>
            </w:pPr>
          </w:p>
        </w:tc>
        <w:tc>
          <w:tcPr>
            <w:tcW w:w="1143" w:type="dxa"/>
          </w:tcPr>
          <w:p w14:paraId="0F365A2E" w14:textId="77777777" w:rsidR="009F0135" w:rsidRPr="00F54F5A" w:rsidRDefault="009F0135" w:rsidP="00F54F5A">
            <w:pPr>
              <w:spacing w:after="0" w:line="240" w:lineRule="auto"/>
              <w:jc w:val="center"/>
              <w:rPr>
                <w:rFonts w:cs="Times New Roman"/>
                <w:sz w:val="24"/>
              </w:rPr>
            </w:pPr>
          </w:p>
        </w:tc>
      </w:tr>
      <w:tr w:rsidR="009F0135" w:rsidRPr="00F54F5A" w14:paraId="684CAA88" w14:textId="77777777" w:rsidTr="00FF5368">
        <w:trPr>
          <w:cantSplit/>
          <w:jc w:val="center"/>
        </w:trPr>
        <w:tc>
          <w:tcPr>
            <w:tcW w:w="533" w:type="dxa"/>
            <w:tcMar>
              <w:top w:w="50" w:type="dxa"/>
              <w:left w:w="60" w:type="dxa"/>
              <w:bottom w:w="50" w:type="dxa"/>
              <w:right w:w="60" w:type="dxa"/>
            </w:tcMar>
            <w:vAlign w:val="center"/>
          </w:tcPr>
          <w:p w14:paraId="13FA6CEE" w14:textId="77777777" w:rsidR="009F0135" w:rsidRPr="00F54F5A" w:rsidRDefault="009F0135" w:rsidP="00F54F5A">
            <w:pPr>
              <w:spacing w:after="0" w:line="240" w:lineRule="auto"/>
              <w:jc w:val="center"/>
              <w:rPr>
                <w:rFonts w:cs="Times New Roman"/>
                <w:sz w:val="24"/>
                <w:lang w:val="vi-VN"/>
              </w:rPr>
            </w:pPr>
            <w:r w:rsidRPr="00F54F5A">
              <w:rPr>
                <w:rFonts w:eastAsia="Times New Roman" w:cs="Times New Roman"/>
                <w:sz w:val="24"/>
                <w:lang w:val="vi-VN"/>
              </w:rPr>
              <w:t>5</w:t>
            </w:r>
          </w:p>
        </w:tc>
        <w:tc>
          <w:tcPr>
            <w:tcW w:w="3277" w:type="dxa"/>
            <w:tcMar>
              <w:top w:w="50" w:type="dxa"/>
              <w:left w:w="60" w:type="dxa"/>
              <w:bottom w:w="50" w:type="dxa"/>
              <w:right w:w="60" w:type="dxa"/>
            </w:tcMar>
            <w:vAlign w:val="center"/>
          </w:tcPr>
          <w:p w14:paraId="0931961E" w14:textId="77777777" w:rsidR="009F0135" w:rsidRPr="00F54F5A" w:rsidRDefault="009F0135" w:rsidP="00F54F5A">
            <w:pPr>
              <w:spacing w:after="0" w:line="240" w:lineRule="auto"/>
              <w:rPr>
                <w:rFonts w:cs="Times New Roman"/>
                <w:sz w:val="24"/>
              </w:rPr>
            </w:pPr>
          </w:p>
        </w:tc>
        <w:tc>
          <w:tcPr>
            <w:tcW w:w="1181" w:type="dxa"/>
            <w:tcMar>
              <w:top w:w="50" w:type="dxa"/>
              <w:left w:w="60" w:type="dxa"/>
              <w:bottom w:w="50" w:type="dxa"/>
              <w:right w:w="60" w:type="dxa"/>
            </w:tcMar>
            <w:vAlign w:val="center"/>
          </w:tcPr>
          <w:p w14:paraId="4E58C474" w14:textId="77777777" w:rsidR="009F0135" w:rsidRPr="00F54F5A" w:rsidRDefault="009F0135" w:rsidP="00F54F5A">
            <w:pPr>
              <w:spacing w:after="0" w:line="240" w:lineRule="auto"/>
              <w:jc w:val="center"/>
              <w:rPr>
                <w:rFonts w:cs="Times New Roman"/>
                <w:sz w:val="24"/>
              </w:rPr>
            </w:pPr>
          </w:p>
        </w:tc>
        <w:tc>
          <w:tcPr>
            <w:tcW w:w="1182" w:type="dxa"/>
            <w:tcMar>
              <w:top w:w="50" w:type="dxa"/>
              <w:left w:w="60" w:type="dxa"/>
              <w:bottom w:w="50" w:type="dxa"/>
              <w:right w:w="60" w:type="dxa"/>
            </w:tcMar>
            <w:vAlign w:val="center"/>
          </w:tcPr>
          <w:p w14:paraId="3E7581E3" w14:textId="77777777" w:rsidR="009F0135" w:rsidRPr="00F54F5A" w:rsidRDefault="009F0135" w:rsidP="00F54F5A">
            <w:pPr>
              <w:spacing w:after="0" w:line="240" w:lineRule="auto"/>
              <w:jc w:val="center"/>
              <w:rPr>
                <w:rFonts w:cs="Times New Roman"/>
                <w:sz w:val="24"/>
              </w:rPr>
            </w:pPr>
          </w:p>
        </w:tc>
        <w:tc>
          <w:tcPr>
            <w:tcW w:w="1248" w:type="dxa"/>
            <w:tcMar>
              <w:top w:w="50" w:type="dxa"/>
              <w:left w:w="60" w:type="dxa"/>
              <w:bottom w:w="50" w:type="dxa"/>
              <w:right w:w="60" w:type="dxa"/>
            </w:tcMar>
            <w:vAlign w:val="center"/>
          </w:tcPr>
          <w:p w14:paraId="3D04C2F2" w14:textId="77777777" w:rsidR="009F0135" w:rsidRPr="00F54F5A" w:rsidRDefault="009F0135" w:rsidP="00F54F5A">
            <w:pPr>
              <w:spacing w:after="0" w:line="240" w:lineRule="auto"/>
              <w:jc w:val="center"/>
              <w:rPr>
                <w:rFonts w:cs="Times New Roman"/>
                <w:sz w:val="24"/>
              </w:rPr>
            </w:pPr>
          </w:p>
        </w:tc>
        <w:tc>
          <w:tcPr>
            <w:tcW w:w="1116" w:type="dxa"/>
            <w:tcMar>
              <w:top w:w="50" w:type="dxa"/>
              <w:left w:w="60" w:type="dxa"/>
              <w:bottom w:w="50" w:type="dxa"/>
              <w:right w:w="60" w:type="dxa"/>
            </w:tcMar>
            <w:vAlign w:val="center"/>
          </w:tcPr>
          <w:p w14:paraId="7AB7A3D0" w14:textId="77777777" w:rsidR="009F0135" w:rsidRPr="00F54F5A" w:rsidRDefault="009F0135" w:rsidP="00F54F5A">
            <w:pPr>
              <w:spacing w:after="0" w:line="240" w:lineRule="auto"/>
              <w:jc w:val="center"/>
              <w:rPr>
                <w:rFonts w:cs="Times New Roman"/>
                <w:sz w:val="24"/>
              </w:rPr>
            </w:pPr>
          </w:p>
        </w:tc>
        <w:tc>
          <w:tcPr>
            <w:tcW w:w="1171" w:type="dxa"/>
            <w:tcMar>
              <w:top w:w="50" w:type="dxa"/>
              <w:left w:w="60" w:type="dxa"/>
              <w:bottom w:w="50" w:type="dxa"/>
              <w:right w:w="60" w:type="dxa"/>
            </w:tcMar>
            <w:vAlign w:val="center"/>
          </w:tcPr>
          <w:p w14:paraId="721463F6" w14:textId="77777777" w:rsidR="009F0135" w:rsidRPr="00F54F5A" w:rsidRDefault="009F0135" w:rsidP="00F54F5A">
            <w:pPr>
              <w:spacing w:after="0" w:line="240" w:lineRule="auto"/>
              <w:jc w:val="center"/>
              <w:rPr>
                <w:rFonts w:cs="Times New Roman"/>
                <w:sz w:val="24"/>
              </w:rPr>
            </w:pPr>
          </w:p>
        </w:tc>
        <w:tc>
          <w:tcPr>
            <w:tcW w:w="1143" w:type="dxa"/>
          </w:tcPr>
          <w:p w14:paraId="134BC8E2" w14:textId="77777777" w:rsidR="009F0135" w:rsidRPr="00F54F5A" w:rsidRDefault="009F0135" w:rsidP="00F54F5A">
            <w:pPr>
              <w:spacing w:after="0" w:line="240" w:lineRule="auto"/>
              <w:jc w:val="center"/>
              <w:rPr>
                <w:rFonts w:cs="Times New Roman"/>
                <w:sz w:val="24"/>
              </w:rPr>
            </w:pPr>
          </w:p>
        </w:tc>
        <w:tc>
          <w:tcPr>
            <w:tcW w:w="1143" w:type="dxa"/>
          </w:tcPr>
          <w:p w14:paraId="5D664AF6" w14:textId="77777777" w:rsidR="009F0135" w:rsidRPr="00F54F5A" w:rsidRDefault="009F0135" w:rsidP="00F54F5A">
            <w:pPr>
              <w:spacing w:after="0" w:line="240" w:lineRule="auto"/>
              <w:jc w:val="center"/>
              <w:rPr>
                <w:rFonts w:cs="Times New Roman"/>
                <w:sz w:val="24"/>
              </w:rPr>
            </w:pPr>
          </w:p>
        </w:tc>
        <w:tc>
          <w:tcPr>
            <w:tcW w:w="1143" w:type="dxa"/>
          </w:tcPr>
          <w:p w14:paraId="3856966F" w14:textId="77777777" w:rsidR="009F0135" w:rsidRPr="00F54F5A" w:rsidRDefault="009F0135" w:rsidP="00F54F5A">
            <w:pPr>
              <w:spacing w:after="0" w:line="240" w:lineRule="auto"/>
              <w:jc w:val="center"/>
              <w:rPr>
                <w:rFonts w:cs="Times New Roman"/>
                <w:sz w:val="24"/>
              </w:rPr>
            </w:pPr>
          </w:p>
        </w:tc>
        <w:tc>
          <w:tcPr>
            <w:tcW w:w="1143" w:type="dxa"/>
          </w:tcPr>
          <w:p w14:paraId="6CD5FCB5" w14:textId="77777777" w:rsidR="009F0135" w:rsidRPr="00F54F5A" w:rsidRDefault="009F0135" w:rsidP="00F54F5A">
            <w:pPr>
              <w:spacing w:after="0" w:line="240" w:lineRule="auto"/>
              <w:jc w:val="center"/>
              <w:rPr>
                <w:rFonts w:cs="Times New Roman"/>
                <w:sz w:val="24"/>
              </w:rPr>
            </w:pPr>
          </w:p>
        </w:tc>
      </w:tr>
    </w:tbl>
    <w:p w14:paraId="60370A22" w14:textId="77777777" w:rsidR="009F0135" w:rsidRPr="00F54F5A" w:rsidRDefault="009F0135" w:rsidP="00CA634C">
      <w:pPr>
        <w:spacing w:before="120" w:after="0" w:line="240" w:lineRule="auto"/>
        <w:rPr>
          <w:rFonts w:cs="Times New Roman"/>
          <w:b/>
          <w:bCs/>
          <w:sz w:val="26"/>
          <w:lang w:val="vi-VN"/>
        </w:rPr>
      </w:pPr>
    </w:p>
    <w:p w14:paraId="3A8C9551" w14:textId="77777777" w:rsidR="009F0135" w:rsidRPr="00F54F5A" w:rsidRDefault="009F0135" w:rsidP="00CA634C">
      <w:pPr>
        <w:spacing w:before="120" w:after="0" w:line="240" w:lineRule="auto"/>
        <w:rPr>
          <w:rFonts w:cs="Times New Roman"/>
          <w:sz w:val="26"/>
        </w:rPr>
      </w:pPr>
      <w:r w:rsidRPr="00F54F5A">
        <w:rPr>
          <w:rFonts w:eastAsia="Times New Roman" w:cs="Times New Roman"/>
          <w:b/>
          <w:i/>
          <w:sz w:val="26"/>
        </w:rPr>
        <w:t>Ghi chú:</w:t>
      </w:r>
    </w:p>
    <w:p w14:paraId="3E490B88" w14:textId="77777777" w:rsidR="009F0135" w:rsidRPr="00F54F5A" w:rsidRDefault="009F0135" w:rsidP="00CA634C">
      <w:pPr>
        <w:spacing w:before="120" w:after="0" w:line="240" w:lineRule="auto"/>
        <w:ind w:left="283" w:hanging="227"/>
        <w:rPr>
          <w:rFonts w:cs="Times New Roman"/>
          <w:sz w:val="26"/>
        </w:rPr>
      </w:pPr>
      <w:r w:rsidRPr="00F54F5A">
        <w:rPr>
          <w:rFonts w:eastAsia="Times New Roman" w:cs="Times New Roman"/>
          <w:i/>
          <w:sz w:val="26"/>
        </w:rPr>
        <w:t>- Số liệu cấp tỉnh được tổng hợp từ báo cáo của Trạm Y tế cấp xã, cơ sở khám bệnh, chữa bệnh trực thuộc, tư nhân, trung ương và đơn vị liên quan trên địa bàn.</w:t>
      </w:r>
    </w:p>
    <w:p w14:paraId="134C48B6" w14:textId="77777777" w:rsidR="009F0135" w:rsidRPr="00F54F5A" w:rsidRDefault="009F0135" w:rsidP="00CA634C">
      <w:pPr>
        <w:spacing w:before="120" w:after="0" w:line="240" w:lineRule="auto"/>
        <w:ind w:left="283" w:hanging="227"/>
        <w:rPr>
          <w:rFonts w:cs="Times New Roman"/>
          <w:sz w:val="26"/>
        </w:rPr>
      </w:pPr>
      <w:r w:rsidRPr="00F54F5A">
        <w:rPr>
          <w:rFonts w:eastAsia="Times New Roman" w:cs="Times New Roman"/>
          <w:i/>
          <w:sz w:val="26"/>
        </w:rPr>
        <w:t>- Các trường hợp được phân theo địa chỉ cư</w:t>
      </w:r>
      <w:r w:rsidRPr="00F54F5A">
        <w:rPr>
          <w:rFonts w:eastAsia="Times New Roman" w:cs="Times New Roman"/>
          <w:i/>
          <w:sz w:val="26"/>
          <w:lang w:val="vi-VN"/>
        </w:rPr>
        <w:t xml:space="preserve"> </w:t>
      </w:r>
      <w:r w:rsidRPr="00F54F5A">
        <w:rPr>
          <w:rFonts w:eastAsia="Times New Roman" w:cs="Times New Roman"/>
          <w:i/>
          <w:sz w:val="26"/>
        </w:rPr>
        <w:t>trú; phải đối chiếu để loại trừ trùng lặp giữa các cơ sở và các cấp báo cáo.</w:t>
      </w:r>
    </w:p>
    <w:p w14:paraId="708E1B99" w14:textId="77777777" w:rsidR="009F0135" w:rsidRPr="00F54F5A" w:rsidRDefault="009F0135" w:rsidP="00CA634C">
      <w:pPr>
        <w:spacing w:before="120" w:after="0" w:line="240" w:lineRule="auto"/>
        <w:ind w:left="283" w:hanging="227"/>
        <w:rPr>
          <w:rFonts w:cs="Times New Roman"/>
          <w:sz w:val="26"/>
        </w:rPr>
      </w:pPr>
      <w:r w:rsidRPr="00F54F5A">
        <w:rPr>
          <w:rFonts w:eastAsia="Times New Roman" w:cs="Times New Roman"/>
          <w:i/>
          <w:sz w:val="26"/>
        </w:rPr>
        <w:t>- Đang điều trị/quản lý là số hiện có tại thời điểm kết thúc thống kê; các số</w:t>
      </w:r>
      <w:r w:rsidRPr="00F54F5A">
        <w:rPr>
          <w:rFonts w:eastAsia="Times New Roman" w:cs="Times New Roman"/>
          <w:i/>
          <w:sz w:val="26"/>
          <w:lang w:val="vi-VN"/>
        </w:rPr>
        <w:t xml:space="preserve"> </w:t>
      </w:r>
      <w:r w:rsidRPr="00F54F5A">
        <w:rPr>
          <w:rFonts w:eastAsia="Times New Roman" w:cs="Times New Roman"/>
          <w:i/>
          <w:sz w:val="26"/>
        </w:rPr>
        <w:t>mắc, tử vong và di chứng là số lũy tích của toàn bộ thời gian thống kê.</w:t>
      </w:r>
    </w:p>
    <w:p w14:paraId="16C5A03D" w14:textId="77777777" w:rsidR="009F0135" w:rsidRPr="00F54F5A" w:rsidRDefault="009F0135" w:rsidP="00CA634C">
      <w:pPr>
        <w:spacing w:before="120" w:after="0" w:line="240" w:lineRule="auto"/>
        <w:ind w:left="283" w:hanging="227"/>
        <w:rPr>
          <w:rFonts w:cs="Times New Roman"/>
          <w:sz w:val="26"/>
          <w:lang w:val="vi-VN"/>
        </w:rPr>
      </w:pPr>
    </w:p>
    <w:tbl>
      <w:tblPr>
        <w:tblW w:w="16388" w:type="dxa"/>
        <w:tblLayout w:type="fixed"/>
        <w:tblLook w:val="0400" w:firstRow="0" w:lastRow="0" w:firstColumn="0" w:lastColumn="0" w:noHBand="0" w:noVBand="1"/>
      </w:tblPr>
      <w:tblGrid>
        <w:gridCol w:w="2835"/>
        <w:gridCol w:w="6521"/>
        <w:gridCol w:w="7032"/>
      </w:tblGrid>
      <w:tr w:rsidR="00BE0C1C" w:rsidRPr="004F4045" w14:paraId="5222F1D1" w14:textId="77777777" w:rsidTr="00C43B42">
        <w:tc>
          <w:tcPr>
            <w:tcW w:w="2835" w:type="dxa"/>
          </w:tcPr>
          <w:p w14:paraId="794470BD" w14:textId="77777777" w:rsidR="00BE0C1C" w:rsidRPr="004F4045" w:rsidRDefault="00BE0C1C" w:rsidP="00C43B42">
            <w:pPr>
              <w:spacing w:before="60" w:after="0" w:line="240" w:lineRule="auto"/>
            </w:pPr>
            <w:r w:rsidRPr="004F4045">
              <w:rPr>
                <w:b/>
                <w:bCs/>
                <w:i/>
                <w:iCs/>
              </w:rPr>
              <w:t>Nơi nhận:</w:t>
            </w:r>
          </w:p>
          <w:p w14:paraId="51A60DA7" w14:textId="1387C040" w:rsidR="00BE0C1C" w:rsidRPr="004F4045" w:rsidRDefault="00BE0C1C" w:rsidP="00C43B42">
            <w:pPr>
              <w:spacing w:before="60" w:after="0" w:line="240" w:lineRule="auto"/>
            </w:pPr>
            <w:r w:rsidRPr="004F4045">
              <w:t xml:space="preserve">- </w:t>
            </w:r>
            <w:r w:rsidR="00B91814">
              <w:t>Ban Chỉ huy PTDS cấp tỉnh</w:t>
            </w:r>
            <w:r w:rsidRPr="004F4045">
              <w:rPr>
                <w:sz w:val="26"/>
                <w:szCs w:val="26"/>
              </w:rPr>
              <w:t>….</w:t>
            </w:r>
            <w:r w:rsidRPr="004F4045">
              <w:rPr>
                <w:sz w:val="26"/>
                <w:szCs w:val="26"/>
                <w:vertAlign w:val="superscript"/>
              </w:rPr>
              <w:t>(1)</w:t>
            </w:r>
            <w:r w:rsidRPr="004F4045">
              <w:rPr>
                <w:sz w:val="26"/>
                <w:szCs w:val="26"/>
              </w:rPr>
              <w:t>….</w:t>
            </w:r>
            <w:r w:rsidRPr="004F4045">
              <w:t>;</w:t>
            </w:r>
          </w:p>
          <w:p w14:paraId="05F96149" w14:textId="751DD77D" w:rsidR="004D5F54" w:rsidRDefault="00BE0C1C" w:rsidP="00C43B42">
            <w:pPr>
              <w:spacing w:before="60" w:after="0" w:line="240" w:lineRule="auto"/>
            </w:pPr>
            <w:r w:rsidRPr="004F4045">
              <w:t xml:space="preserve">- </w:t>
            </w:r>
            <w:r w:rsidR="004D5F54">
              <w:t>Cục Phòng bệnh;</w:t>
            </w:r>
          </w:p>
          <w:p w14:paraId="102D9208" w14:textId="63816F57" w:rsidR="00EC3FBA" w:rsidRDefault="004D5F54" w:rsidP="00C43B42">
            <w:pPr>
              <w:spacing w:before="60" w:after="0" w:line="240" w:lineRule="auto"/>
            </w:pPr>
            <w:r>
              <w:t xml:space="preserve">- </w:t>
            </w:r>
            <w:r w:rsidR="00F701BA">
              <w:t>Viện Vệ sinh dịch tễ/Pasteur</w:t>
            </w:r>
            <w:r w:rsidR="00EC3FBA">
              <w:t>;</w:t>
            </w:r>
          </w:p>
          <w:p w14:paraId="6A669768" w14:textId="6683DD50" w:rsidR="00BE0C1C" w:rsidRPr="004F4045" w:rsidRDefault="00EC3FBA" w:rsidP="00C43B42">
            <w:pPr>
              <w:spacing w:before="60" w:after="0" w:line="240" w:lineRule="auto"/>
            </w:pPr>
            <w:r>
              <w:t xml:space="preserve">- Viện </w:t>
            </w:r>
            <w:r w:rsidR="00F701BA">
              <w:t>SR-KST-CT</w:t>
            </w:r>
            <w:r w:rsidR="00BE0C1C" w:rsidRPr="004F4045">
              <w:t xml:space="preserve"> </w:t>
            </w:r>
            <w:r w:rsidR="00BE0C1C" w:rsidRPr="004F4045">
              <w:rPr>
                <w:sz w:val="26"/>
                <w:szCs w:val="26"/>
              </w:rPr>
              <w:t>…</w:t>
            </w:r>
            <w:r w:rsidR="00BE0C1C" w:rsidRPr="004F4045">
              <w:t>;</w:t>
            </w:r>
          </w:p>
          <w:p w14:paraId="22027902" w14:textId="77777777" w:rsidR="00BE0C1C" w:rsidRPr="004F4045" w:rsidRDefault="00BE0C1C" w:rsidP="00C43B42">
            <w:pPr>
              <w:spacing w:before="60" w:after="0" w:line="240" w:lineRule="auto"/>
            </w:pPr>
            <w:r w:rsidRPr="004F4045">
              <w:t>- …..;</w:t>
            </w:r>
          </w:p>
          <w:p w14:paraId="53E90589" w14:textId="77777777" w:rsidR="00BE0C1C" w:rsidRPr="004F4045" w:rsidRDefault="00BE0C1C" w:rsidP="00C43B42">
            <w:pPr>
              <w:spacing w:before="60" w:after="0" w:line="240" w:lineRule="auto"/>
            </w:pPr>
            <w:r w:rsidRPr="004F4045">
              <w:t>- Lưu: VT, … .</w:t>
            </w:r>
          </w:p>
        </w:tc>
        <w:tc>
          <w:tcPr>
            <w:tcW w:w="6521" w:type="dxa"/>
          </w:tcPr>
          <w:p w14:paraId="2D86415F" w14:textId="77777777" w:rsidR="00BE0C1C" w:rsidRPr="004F4045" w:rsidRDefault="00BE0C1C" w:rsidP="00C43B42"/>
        </w:tc>
        <w:tc>
          <w:tcPr>
            <w:tcW w:w="7032" w:type="dxa"/>
          </w:tcPr>
          <w:p w14:paraId="1286A2DF" w14:textId="77777777" w:rsidR="00BE0C1C" w:rsidRPr="00161C10" w:rsidRDefault="00BE0C1C" w:rsidP="00C43B42">
            <w:pPr>
              <w:rPr>
                <w:b/>
                <w:bCs/>
                <w:sz w:val="26"/>
                <w:szCs w:val="26"/>
              </w:rPr>
            </w:pPr>
            <w:r w:rsidRPr="00161C10">
              <w:rPr>
                <w:b/>
                <w:bCs/>
                <w:sz w:val="26"/>
                <w:szCs w:val="26"/>
              </w:rPr>
              <w:t>LÃNH ĐẠO ĐƠN VỊ</w:t>
            </w:r>
          </w:p>
        </w:tc>
      </w:tr>
    </w:tbl>
    <w:p w14:paraId="7F9D6139" w14:textId="7553CC84" w:rsidR="00884DFA" w:rsidRPr="00F54F5A" w:rsidRDefault="00436074" w:rsidP="00CA634C">
      <w:pPr>
        <w:pageBreakBefore/>
        <w:spacing w:before="120" w:after="0" w:line="240" w:lineRule="auto"/>
        <w:jc w:val="right"/>
        <w:rPr>
          <w:rFonts w:cs="Times New Roman"/>
          <w:sz w:val="26"/>
        </w:rPr>
      </w:pPr>
      <w:r w:rsidRPr="00F54F5A">
        <w:rPr>
          <w:rFonts w:eastAsia="Times New Roman" w:cs="Times New Roman"/>
          <w:b/>
          <w:sz w:val="26"/>
        </w:rPr>
        <w:lastRenderedPageBreak/>
        <w:t>Mẫu số 0</w:t>
      </w:r>
      <w:r w:rsidR="009A4C74">
        <w:rPr>
          <w:rFonts w:eastAsia="Times New Roman" w:cs="Times New Roman"/>
          <w:b/>
          <w:sz w:val="26"/>
        </w:rPr>
        <w:t>4</w:t>
      </w:r>
    </w:p>
    <w:tbl>
      <w:tblPr>
        <w:tblW w:w="14280" w:type="dxa"/>
        <w:jc w:val="center"/>
        <w:tblBorders>
          <w:top w:val="nil"/>
          <w:left w:val="nil"/>
          <w:bottom w:val="nil"/>
          <w:right w:val="nil"/>
          <w:insideH w:val="nil"/>
          <w:insideV w:val="nil"/>
        </w:tblBorders>
        <w:tblLayout w:type="fixed"/>
        <w:tblLook w:val="04A0" w:firstRow="1" w:lastRow="0" w:firstColumn="1" w:lastColumn="0" w:noHBand="0" w:noVBand="1"/>
      </w:tblPr>
      <w:tblGrid>
        <w:gridCol w:w="6708"/>
        <w:gridCol w:w="7572"/>
      </w:tblGrid>
      <w:tr w:rsidR="00884DFA" w:rsidRPr="00F54F5A" w14:paraId="0CC66CE7" w14:textId="77777777" w:rsidTr="00F54F5A">
        <w:trPr>
          <w:jc w:val="center"/>
        </w:trPr>
        <w:tc>
          <w:tcPr>
            <w:tcW w:w="7030" w:type="dxa"/>
            <w:tcMar>
              <w:top w:w="50" w:type="dxa"/>
              <w:left w:w="60" w:type="dxa"/>
              <w:bottom w:w="50" w:type="dxa"/>
              <w:right w:w="60" w:type="dxa"/>
            </w:tcMar>
            <w:vAlign w:val="center"/>
          </w:tcPr>
          <w:p w14:paraId="53A7C057"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CƠ QUAN CHỦ QUẢN</w:t>
            </w:r>
          </w:p>
          <w:p w14:paraId="658AB487" w14:textId="77777777" w:rsidR="00884DFA" w:rsidRPr="00F54F5A" w:rsidRDefault="00436074" w:rsidP="00F54F5A">
            <w:pPr>
              <w:spacing w:after="0" w:line="240" w:lineRule="auto"/>
              <w:jc w:val="center"/>
              <w:rPr>
                <w:rFonts w:cs="Times New Roman"/>
                <w:b/>
                <w:sz w:val="24"/>
              </w:rPr>
            </w:pPr>
            <w:r w:rsidRPr="00F54F5A">
              <w:rPr>
                <w:rFonts w:eastAsia="Times New Roman" w:cs="Times New Roman"/>
                <w:b/>
                <w:sz w:val="24"/>
              </w:rPr>
              <w:t>CƠ SỞ KHÁM BỆNH, CHỮA BỆNH</w:t>
            </w:r>
          </w:p>
        </w:tc>
        <w:tc>
          <w:tcPr>
            <w:tcW w:w="7937" w:type="dxa"/>
            <w:tcMar>
              <w:top w:w="50" w:type="dxa"/>
              <w:left w:w="60" w:type="dxa"/>
              <w:bottom w:w="50" w:type="dxa"/>
              <w:right w:w="60" w:type="dxa"/>
            </w:tcMar>
            <w:vAlign w:val="center"/>
          </w:tcPr>
          <w:p w14:paraId="153C809A" w14:textId="185FF5A3"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CỘNG HÒA XÃ HỘI CHỦ NGHĨA VIỆT NAM</w:t>
            </w:r>
          </w:p>
          <w:p w14:paraId="4D1E5A74" w14:textId="77777777" w:rsidR="00884DFA" w:rsidRPr="00F54F5A" w:rsidRDefault="00436074" w:rsidP="00F54F5A">
            <w:pPr>
              <w:spacing w:after="0" w:line="240" w:lineRule="auto"/>
              <w:jc w:val="center"/>
              <w:rPr>
                <w:rFonts w:cs="Times New Roman"/>
                <w:b/>
                <w:sz w:val="26"/>
              </w:rPr>
            </w:pPr>
            <w:r w:rsidRPr="00F54F5A">
              <w:rPr>
                <w:rFonts w:eastAsia="Times New Roman" w:cs="Times New Roman"/>
                <w:b/>
                <w:sz w:val="26"/>
              </w:rPr>
              <w:t>Độc lập - Tự do - Hạnh phúc</w:t>
            </w:r>
          </w:p>
          <w:p w14:paraId="2080EB0F" w14:textId="0764EA99" w:rsidR="00884DFA" w:rsidRPr="00BF1258" w:rsidRDefault="00BF1258" w:rsidP="00BF1258">
            <w:pPr>
              <w:spacing w:after="0" w:line="240" w:lineRule="auto"/>
              <w:jc w:val="center"/>
              <w:rPr>
                <w:rFonts w:cs="Times New Roman"/>
                <w:sz w:val="26"/>
                <w:u w:val="single"/>
              </w:rPr>
            </w:pPr>
            <w:r w:rsidRPr="00BF1258">
              <w:rPr>
                <w:rFonts w:eastAsia="Times New Roman" w:cs="Times New Roman"/>
                <w:sz w:val="26"/>
                <w:u w:val="single"/>
              </w:rPr>
              <w:t>                                                </w:t>
            </w:r>
          </w:p>
        </w:tc>
      </w:tr>
    </w:tbl>
    <w:p w14:paraId="334C9437" w14:textId="77777777" w:rsidR="00884DFA" w:rsidRPr="00F54F5A" w:rsidRDefault="00436074" w:rsidP="00CA634C">
      <w:pPr>
        <w:spacing w:before="120" w:after="0" w:line="240" w:lineRule="auto"/>
        <w:jc w:val="center"/>
        <w:rPr>
          <w:rFonts w:cs="Times New Roman"/>
          <w:sz w:val="28"/>
        </w:rPr>
      </w:pPr>
      <w:r w:rsidRPr="00F54F5A">
        <w:rPr>
          <w:rFonts w:eastAsia="Times New Roman" w:cs="Times New Roman"/>
          <w:b/>
          <w:sz w:val="28"/>
        </w:rPr>
        <w:t>BÁO CÁO TỔNG HỢP THIỆT HẠI VỀ Y TẾ DO DỊCH BỆNH GÂY RA</w:t>
      </w:r>
    </w:p>
    <w:p w14:paraId="1BDEC199" w14:textId="77777777" w:rsidR="00884DFA" w:rsidRPr="00F54F5A" w:rsidRDefault="00436074" w:rsidP="00CA634C">
      <w:pPr>
        <w:spacing w:before="120" w:after="0" w:line="240" w:lineRule="auto"/>
        <w:jc w:val="center"/>
        <w:rPr>
          <w:rFonts w:cs="Times New Roman"/>
          <w:sz w:val="26"/>
        </w:rPr>
      </w:pPr>
      <w:r w:rsidRPr="00F54F5A">
        <w:rPr>
          <w:rFonts w:eastAsia="Times New Roman" w:cs="Times New Roman"/>
          <w:b/>
          <w:i/>
          <w:sz w:val="26"/>
        </w:rPr>
        <w:t>Dùng cho cơ sở khám bệnh, chữa bệnh</w:t>
      </w:r>
    </w:p>
    <w:p w14:paraId="4BB5C639" w14:textId="21CB68C0" w:rsidR="00884DFA" w:rsidRPr="00F54F5A" w:rsidRDefault="00436074" w:rsidP="00CA634C">
      <w:pPr>
        <w:tabs>
          <w:tab w:val="left" w:leader="dot" w:pos="13608"/>
        </w:tabs>
        <w:spacing w:before="120" w:after="0" w:line="240" w:lineRule="auto"/>
        <w:ind w:firstLine="567"/>
        <w:rPr>
          <w:rFonts w:cs="Times New Roman"/>
          <w:sz w:val="26"/>
        </w:rPr>
      </w:pPr>
      <w:r w:rsidRPr="00F54F5A">
        <w:rPr>
          <w:rFonts w:eastAsia="Times New Roman" w:cs="Times New Roman"/>
          <w:b/>
          <w:sz w:val="26"/>
        </w:rPr>
        <w:t xml:space="preserve">1. Tên dịch bệnh: </w:t>
      </w:r>
      <w:r w:rsidR="004B347E">
        <w:rPr>
          <w:rFonts w:eastAsia="Times New Roman" w:cs="Times New Roman"/>
          <w:sz w:val="26"/>
        </w:rPr>
        <w:tab/>
      </w:r>
    </w:p>
    <w:p w14:paraId="17826907" w14:textId="0D04112C" w:rsidR="00884DFA" w:rsidRPr="00F54F5A" w:rsidRDefault="00436074" w:rsidP="00CA634C">
      <w:pPr>
        <w:tabs>
          <w:tab w:val="left" w:leader="dot" w:pos="13608"/>
        </w:tabs>
        <w:spacing w:before="120" w:after="0" w:line="240" w:lineRule="auto"/>
        <w:ind w:left="567"/>
        <w:rPr>
          <w:rFonts w:cs="Times New Roman"/>
          <w:sz w:val="26"/>
          <w:lang w:val="vi-VN"/>
        </w:rPr>
      </w:pPr>
      <w:r w:rsidRPr="00F54F5A">
        <w:rPr>
          <w:rFonts w:eastAsia="Times New Roman" w:cs="Times New Roman"/>
          <w:b/>
          <w:sz w:val="26"/>
        </w:rPr>
        <w:t xml:space="preserve">2. Cấp độ phòng thủ dân sự về dịch bệnh: </w:t>
      </w:r>
      <w:r w:rsidR="004B347E" w:rsidRPr="00275E10">
        <w:rPr>
          <w:rFonts w:eastAsia="Times New Roman" w:cs="Times New Roman"/>
          <w:bCs/>
          <w:sz w:val="26"/>
        </w:rPr>
        <w:tab/>
      </w:r>
    </w:p>
    <w:p w14:paraId="0103EFBD" w14:textId="346EAAA5" w:rsidR="00884DFA" w:rsidRPr="008C62CF" w:rsidRDefault="00436074" w:rsidP="00CA634C">
      <w:pPr>
        <w:tabs>
          <w:tab w:val="left" w:leader="dot" w:pos="13608"/>
        </w:tabs>
        <w:spacing w:before="120" w:after="0" w:line="240" w:lineRule="auto"/>
        <w:ind w:firstLine="567"/>
        <w:rPr>
          <w:rFonts w:cs="Times New Roman"/>
          <w:sz w:val="26"/>
          <w:lang w:val="vi-VN"/>
        </w:rPr>
      </w:pPr>
      <w:r w:rsidRPr="00F54F5A">
        <w:rPr>
          <w:rFonts w:eastAsia="Times New Roman" w:cs="Times New Roman"/>
          <w:b/>
          <w:sz w:val="26"/>
          <w:lang w:val="vi-VN"/>
        </w:rPr>
        <w:t xml:space="preserve">3. Địa bàn cư trú của các trường hợp được tổng hợp: </w:t>
      </w:r>
      <w:r w:rsidR="004B347E" w:rsidRPr="00275E10">
        <w:rPr>
          <w:rFonts w:eastAsia="Times New Roman" w:cs="Times New Roman"/>
          <w:bCs/>
          <w:sz w:val="26"/>
          <w:lang w:val="vi-VN"/>
        </w:rPr>
        <w:tab/>
      </w:r>
    </w:p>
    <w:p w14:paraId="0F10CFFF" w14:textId="4036A942" w:rsidR="00884DFA" w:rsidRPr="00F54F5A" w:rsidRDefault="00436074" w:rsidP="00CA634C">
      <w:pPr>
        <w:tabs>
          <w:tab w:val="left" w:leader="dot" w:pos="13608"/>
        </w:tabs>
        <w:spacing w:before="120" w:after="0" w:line="240" w:lineRule="auto"/>
        <w:ind w:firstLine="567"/>
        <w:rPr>
          <w:rFonts w:cs="Times New Roman"/>
          <w:sz w:val="26"/>
          <w:lang w:val="vi-VN"/>
        </w:rPr>
      </w:pPr>
      <w:r w:rsidRPr="00F54F5A">
        <w:rPr>
          <w:rFonts w:eastAsia="Times New Roman" w:cs="Times New Roman"/>
          <w:b/>
          <w:sz w:val="26"/>
        </w:rPr>
        <w:t>4. Thời gian thống kê: từ ngày ....../....../20.... đến ngày ....../....../20</w:t>
      </w:r>
      <w:r w:rsidRPr="00275E10">
        <w:rPr>
          <w:rFonts w:eastAsia="Times New Roman" w:cs="Times New Roman"/>
          <w:bCs/>
          <w:sz w:val="26"/>
        </w:rPr>
        <w:t>...</w:t>
      </w:r>
      <w:r w:rsidR="004B347E" w:rsidRPr="00275E10">
        <w:rPr>
          <w:rFonts w:eastAsia="Times New Roman" w:cs="Times New Roman"/>
          <w:bCs/>
          <w:sz w:val="26"/>
        </w:rPr>
        <w:tab/>
      </w:r>
    </w:p>
    <w:p w14:paraId="1308352B" w14:textId="30B92BC0" w:rsidR="00884DFA" w:rsidRPr="00F54F5A" w:rsidRDefault="00436074" w:rsidP="00CA634C">
      <w:pPr>
        <w:tabs>
          <w:tab w:val="left" w:leader="dot" w:pos="13608"/>
        </w:tabs>
        <w:spacing w:before="120" w:after="0" w:line="240" w:lineRule="auto"/>
        <w:ind w:firstLine="567"/>
        <w:rPr>
          <w:rFonts w:cs="Times New Roman"/>
          <w:sz w:val="26"/>
          <w:lang w:val="vi-VN"/>
        </w:rPr>
      </w:pPr>
      <w:r w:rsidRPr="00F54F5A">
        <w:rPr>
          <w:rFonts w:eastAsia="Times New Roman" w:cs="Times New Roman"/>
          <w:b/>
          <w:sz w:val="26"/>
        </w:rPr>
        <w:t>5. Thời điểm báo cáo: ...... giờ ...... ngày ....../....../20....</w:t>
      </w:r>
      <w:r w:rsidRPr="00F54F5A">
        <w:rPr>
          <w:rFonts w:eastAsia="Times New Roman" w:cs="Times New Roman"/>
          <w:sz w:val="26"/>
        </w:rPr>
        <w:t>.</w:t>
      </w:r>
      <w:r w:rsidR="004B347E">
        <w:rPr>
          <w:rFonts w:eastAsia="Times New Roman" w:cs="Times New Roman"/>
          <w:sz w:val="26"/>
        </w:rPr>
        <w:tab/>
      </w:r>
    </w:p>
    <w:p w14:paraId="3CEC7532" w14:textId="264EEB40" w:rsidR="00884DFA" w:rsidRPr="008C62CF" w:rsidRDefault="00436074" w:rsidP="00CA634C">
      <w:pPr>
        <w:tabs>
          <w:tab w:val="left" w:leader="dot" w:pos="13608"/>
        </w:tabs>
        <w:spacing w:before="120" w:after="0" w:line="240" w:lineRule="auto"/>
        <w:ind w:firstLine="567"/>
        <w:rPr>
          <w:rFonts w:cs="Times New Roman"/>
          <w:sz w:val="26"/>
          <w:lang w:val="vi-VN"/>
        </w:rPr>
      </w:pPr>
      <w:r w:rsidRPr="00F54F5A">
        <w:rPr>
          <w:rFonts w:eastAsia="Times New Roman" w:cs="Times New Roman"/>
          <w:b/>
          <w:sz w:val="26"/>
          <w:lang w:val="vi-VN"/>
        </w:rPr>
        <w:t>6. Tình trạng số liệu: □ Sơ bộ   □ Chính thức   □ Điều chỉnh</w:t>
      </w:r>
      <w:r w:rsidR="004B347E" w:rsidRPr="008C62CF">
        <w:rPr>
          <w:rFonts w:eastAsia="Times New Roman" w:cs="Times New Roman"/>
          <w:sz w:val="26"/>
          <w:lang w:val="vi-VN"/>
        </w:rPr>
        <w:t xml:space="preserve"> </w:t>
      </w:r>
      <w:r w:rsidR="004B347E" w:rsidRPr="008C62CF">
        <w:rPr>
          <w:rFonts w:eastAsia="Times New Roman" w:cs="Times New Roman"/>
          <w:sz w:val="26"/>
          <w:lang w:val="vi-VN"/>
        </w:rPr>
        <w:tab/>
      </w:r>
    </w:p>
    <w:p w14:paraId="5658D4B2" w14:textId="77777777" w:rsidR="00884DFA" w:rsidRPr="00F54F5A" w:rsidRDefault="00436074" w:rsidP="00CA634C">
      <w:pPr>
        <w:keepNext/>
        <w:spacing w:before="120" w:after="0" w:line="240" w:lineRule="auto"/>
        <w:rPr>
          <w:rFonts w:eastAsia="Times New Roman" w:cs="Times New Roman"/>
          <w:b/>
          <w:sz w:val="26"/>
          <w:lang w:val="vi-VN"/>
        </w:rPr>
      </w:pPr>
      <w:r w:rsidRPr="00F54F5A">
        <w:rPr>
          <w:rFonts w:eastAsia="Times New Roman" w:cs="Times New Roman"/>
          <w:b/>
          <w:sz w:val="26"/>
          <w:lang w:val="vi-VN"/>
        </w:rPr>
        <w:t>I. TỔNG HỢP THIỆT HẠI THEO NƠI ĐIỀU TRỊ, QUẢN LÝ</w:t>
      </w:r>
    </w:p>
    <w:tbl>
      <w:tblPr>
        <w:tblW w:w="142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72"/>
        <w:gridCol w:w="7719"/>
        <w:gridCol w:w="3088"/>
        <w:gridCol w:w="2701"/>
      </w:tblGrid>
      <w:tr w:rsidR="001D3FEE" w:rsidRPr="00F54F5A" w14:paraId="19379F32" w14:textId="77777777" w:rsidTr="00F54F5A">
        <w:trPr>
          <w:cantSplit/>
          <w:tblHeader/>
          <w:jc w:val="center"/>
        </w:trPr>
        <w:tc>
          <w:tcPr>
            <w:tcW w:w="567" w:type="dxa"/>
            <w:shd w:val="clear" w:color="auto" w:fill="E7E6E6"/>
            <w:tcMar>
              <w:top w:w="50" w:type="dxa"/>
              <w:left w:w="60" w:type="dxa"/>
              <w:bottom w:w="50" w:type="dxa"/>
              <w:right w:w="60" w:type="dxa"/>
            </w:tcMar>
            <w:vAlign w:val="center"/>
          </w:tcPr>
          <w:p w14:paraId="462A627E" w14:textId="77777777" w:rsidR="001D3FEE" w:rsidRPr="00F54F5A" w:rsidRDefault="001D3FEE" w:rsidP="00F54F5A">
            <w:pPr>
              <w:spacing w:after="0" w:line="240" w:lineRule="auto"/>
              <w:jc w:val="center"/>
              <w:rPr>
                <w:rFonts w:cs="Times New Roman"/>
                <w:sz w:val="24"/>
              </w:rPr>
            </w:pPr>
            <w:r w:rsidRPr="00F54F5A">
              <w:rPr>
                <w:rFonts w:eastAsia="Times New Roman" w:cs="Times New Roman"/>
                <w:b/>
                <w:sz w:val="24"/>
              </w:rPr>
              <w:t>TT</w:t>
            </w:r>
          </w:p>
        </w:tc>
        <w:tc>
          <w:tcPr>
            <w:tcW w:w="5669" w:type="dxa"/>
            <w:shd w:val="clear" w:color="auto" w:fill="E7E6E6"/>
            <w:tcMar>
              <w:top w:w="50" w:type="dxa"/>
              <w:left w:w="60" w:type="dxa"/>
              <w:bottom w:w="50" w:type="dxa"/>
              <w:right w:w="60" w:type="dxa"/>
            </w:tcMar>
            <w:vAlign w:val="center"/>
          </w:tcPr>
          <w:p w14:paraId="63114846" w14:textId="6345D71C" w:rsidR="001D3FEE" w:rsidRPr="00F54F5A" w:rsidRDefault="00502DC0" w:rsidP="00F54F5A">
            <w:pPr>
              <w:spacing w:after="0" w:line="240" w:lineRule="auto"/>
              <w:jc w:val="center"/>
              <w:rPr>
                <w:rFonts w:cs="Times New Roman"/>
                <w:sz w:val="24"/>
              </w:rPr>
            </w:pPr>
            <w:r w:rsidRPr="00F54F5A">
              <w:rPr>
                <w:rFonts w:eastAsia="Times New Roman" w:cs="Times New Roman"/>
                <w:b/>
                <w:sz w:val="24"/>
              </w:rPr>
              <w:t>Nội dung</w:t>
            </w:r>
          </w:p>
        </w:tc>
        <w:tc>
          <w:tcPr>
            <w:tcW w:w="2268" w:type="dxa"/>
            <w:shd w:val="clear" w:color="auto" w:fill="E7E6E6"/>
            <w:tcMar>
              <w:top w:w="50" w:type="dxa"/>
              <w:left w:w="60" w:type="dxa"/>
              <w:bottom w:w="50" w:type="dxa"/>
              <w:right w:w="60" w:type="dxa"/>
            </w:tcMar>
            <w:vAlign w:val="center"/>
          </w:tcPr>
          <w:p w14:paraId="2ED30D9B" w14:textId="77777777" w:rsidR="001D3FEE" w:rsidRPr="00F54F5A" w:rsidRDefault="001D3FEE" w:rsidP="00F54F5A">
            <w:pPr>
              <w:spacing w:after="0" w:line="240" w:lineRule="auto"/>
              <w:jc w:val="center"/>
              <w:rPr>
                <w:rFonts w:cs="Times New Roman"/>
                <w:sz w:val="24"/>
              </w:rPr>
            </w:pPr>
            <w:r w:rsidRPr="00F54F5A">
              <w:rPr>
                <w:rFonts w:eastAsia="Times New Roman" w:cs="Times New Roman"/>
                <w:b/>
                <w:sz w:val="24"/>
              </w:rPr>
              <w:t>Lũy tích từ đầu đợt dịch</w:t>
            </w:r>
          </w:p>
        </w:tc>
        <w:tc>
          <w:tcPr>
            <w:tcW w:w="1984" w:type="dxa"/>
            <w:shd w:val="clear" w:color="auto" w:fill="E7E6E6"/>
            <w:tcMar>
              <w:top w:w="50" w:type="dxa"/>
              <w:left w:w="60" w:type="dxa"/>
              <w:bottom w:w="50" w:type="dxa"/>
              <w:right w:w="60" w:type="dxa"/>
            </w:tcMar>
            <w:vAlign w:val="center"/>
          </w:tcPr>
          <w:p w14:paraId="71BDCB92" w14:textId="77777777" w:rsidR="001D3FEE" w:rsidRPr="00F54F5A" w:rsidRDefault="001D3FEE" w:rsidP="00F54F5A">
            <w:pPr>
              <w:spacing w:after="0" w:line="240" w:lineRule="auto"/>
              <w:jc w:val="center"/>
              <w:rPr>
                <w:rFonts w:cs="Times New Roman"/>
                <w:sz w:val="24"/>
              </w:rPr>
            </w:pPr>
            <w:r w:rsidRPr="00F54F5A">
              <w:rPr>
                <w:rFonts w:eastAsia="Times New Roman" w:cs="Times New Roman"/>
                <w:b/>
                <w:sz w:val="24"/>
              </w:rPr>
              <w:t>Ghi chú</w:t>
            </w:r>
          </w:p>
        </w:tc>
      </w:tr>
      <w:tr w:rsidR="00151392" w:rsidRPr="00F54F5A" w14:paraId="783438EF" w14:textId="77777777" w:rsidTr="00F54F5A">
        <w:trPr>
          <w:cantSplit/>
          <w:jc w:val="center"/>
        </w:trPr>
        <w:tc>
          <w:tcPr>
            <w:tcW w:w="567" w:type="dxa"/>
            <w:tcMar>
              <w:top w:w="50" w:type="dxa"/>
              <w:left w:w="60" w:type="dxa"/>
              <w:bottom w:w="50" w:type="dxa"/>
              <w:right w:w="60" w:type="dxa"/>
            </w:tcMar>
            <w:vAlign w:val="center"/>
          </w:tcPr>
          <w:p w14:paraId="05E2FE16" w14:textId="5822666A" w:rsidR="00151392" w:rsidRPr="00F54F5A" w:rsidRDefault="00151392" w:rsidP="00F54F5A">
            <w:pPr>
              <w:spacing w:after="0" w:line="240" w:lineRule="auto"/>
              <w:jc w:val="center"/>
              <w:rPr>
                <w:rFonts w:cs="Times New Roman"/>
                <w:sz w:val="24"/>
              </w:rPr>
            </w:pPr>
            <w:r w:rsidRPr="00F54F5A">
              <w:rPr>
                <w:rFonts w:eastAsia="Times New Roman" w:cs="Times New Roman"/>
                <w:sz w:val="24"/>
              </w:rPr>
              <w:t>1</w:t>
            </w:r>
          </w:p>
        </w:tc>
        <w:tc>
          <w:tcPr>
            <w:tcW w:w="5669" w:type="dxa"/>
            <w:tcMar>
              <w:top w:w="50" w:type="dxa"/>
              <w:left w:w="60" w:type="dxa"/>
              <w:bottom w:w="50" w:type="dxa"/>
              <w:right w:w="60" w:type="dxa"/>
            </w:tcMar>
            <w:vAlign w:val="center"/>
          </w:tcPr>
          <w:p w14:paraId="703A38F4" w14:textId="410B4861" w:rsidR="00151392"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151392" w:rsidRPr="00F54F5A">
              <w:rPr>
                <w:rFonts w:eastAsia="Times New Roman" w:cs="Times New Roman"/>
                <w:sz w:val="24"/>
              </w:rPr>
              <w:t xml:space="preserve"> mắc</w:t>
            </w:r>
          </w:p>
        </w:tc>
        <w:tc>
          <w:tcPr>
            <w:tcW w:w="2268" w:type="dxa"/>
            <w:tcMar>
              <w:top w:w="50" w:type="dxa"/>
              <w:left w:w="60" w:type="dxa"/>
              <w:bottom w:w="50" w:type="dxa"/>
              <w:right w:w="60" w:type="dxa"/>
            </w:tcMar>
            <w:vAlign w:val="center"/>
          </w:tcPr>
          <w:p w14:paraId="35779C6D" w14:textId="77777777" w:rsidR="00151392" w:rsidRPr="00F54F5A" w:rsidRDefault="00151392" w:rsidP="00F54F5A">
            <w:pPr>
              <w:spacing w:after="0" w:line="240" w:lineRule="auto"/>
              <w:jc w:val="center"/>
              <w:rPr>
                <w:rFonts w:cs="Times New Roman"/>
                <w:sz w:val="24"/>
              </w:rPr>
            </w:pPr>
          </w:p>
        </w:tc>
        <w:tc>
          <w:tcPr>
            <w:tcW w:w="1984" w:type="dxa"/>
            <w:tcMar>
              <w:top w:w="50" w:type="dxa"/>
              <w:left w:w="60" w:type="dxa"/>
              <w:bottom w:w="50" w:type="dxa"/>
              <w:right w:w="60" w:type="dxa"/>
            </w:tcMar>
            <w:vAlign w:val="center"/>
          </w:tcPr>
          <w:p w14:paraId="48B8E4F4" w14:textId="77777777" w:rsidR="00151392" w:rsidRPr="00F54F5A" w:rsidRDefault="00151392" w:rsidP="00F54F5A">
            <w:pPr>
              <w:spacing w:after="0" w:line="240" w:lineRule="auto"/>
              <w:jc w:val="center"/>
              <w:rPr>
                <w:rFonts w:cs="Times New Roman"/>
                <w:sz w:val="24"/>
              </w:rPr>
            </w:pPr>
          </w:p>
        </w:tc>
      </w:tr>
      <w:tr w:rsidR="00151392" w:rsidRPr="00F54F5A" w14:paraId="1E255AC3" w14:textId="77777777" w:rsidTr="00F54F5A">
        <w:trPr>
          <w:cantSplit/>
          <w:jc w:val="center"/>
        </w:trPr>
        <w:tc>
          <w:tcPr>
            <w:tcW w:w="567" w:type="dxa"/>
            <w:tcMar>
              <w:top w:w="50" w:type="dxa"/>
              <w:left w:w="60" w:type="dxa"/>
              <w:bottom w:w="50" w:type="dxa"/>
              <w:right w:w="60" w:type="dxa"/>
            </w:tcMar>
            <w:vAlign w:val="center"/>
          </w:tcPr>
          <w:p w14:paraId="06790FEE" w14:textId="339EB683" w:rsidR="00151392" w:rsidRPr="00F54F5A" w:rsidRDefault="00151392" w:rsidP="00F54F5A">
            <w:pPr>
              <w:spacing w:after="0" w:line="240" w:lineRule="auto"/>
              <w:jc w:val="center"/>
              <w:rPr>
                <w:rFonts w:cs="Times New Roman"/>
                <w:sz w:val="24"/>
              </w:rPr>
            </w:pPr>
            <w:r w:rsidRPr="00F54F5A">
              <w:rPr>
                <w:rFonts w:eastAsia="Times New Roman" w:cs="Times New Roman"/>
                <w:sz w:val="24"/>
              </w:rPr>
              <w:t>1.1</w:t>
            </w:r>
          </w:p>
        </w:tc>
        <w:tc>
          <w:tcPr>
            <w:tcW w:w="5669" w:type="dxa"/>
            <w:tcMar>
              <w:top w:w="50" w:type="dxa"/>
              <w:left w:w="60" w:type="dxa"/>
              <w:bottom w:w="50" w:type="dxa"/>
              <w:right w:w="60" w:type="dxa"/>
            </w:tcMar>
            <w:vAlign w:val="center"/>
          </w:tcPr>
          <w:p w14:paraId="6D64CE89" w14:textId="4346D753" w:rsidR="00151392" w:rsidRPr="00F54F5A" w:rsidRDefault="008F6410" w:rsidP="00F54F5A">
            <w:pPr>
              <w:spacing w:after="0" w:line="240" w:lineRule="auto"/>
              <w:rPr>
                <w:rFonts w:cs="Times New Roman"/>
                <w:sz w:val="24"/>
              </w:rPr>
            </w:pPr>
            <w:r w:rsidRPr="00F54F5A">
              <w:rPr>
                <w:rFonts w:eastAsia="Times New Roman" w:cs="Times New Roman"/>
                <w:sz w:val="24"/>
              </w:rPr>
              <w:t>Số trường hợp bệnh</w:t>
            </w:r>
            <w:r w:rsidR="00B6413E" w:rsidRPr="00F54F5A">
              <w:rPr>
                <w:rFonts w:eastAsia="Times New Roman" w:cs="Times New Roman"/>
                <w:sz w:val="24"/>
              </w:rPr>
              <w:t xml:space="preserve"> nghi ngờ</w:t>
            </w:r>
          </w:p>
        </w:tc>
        <w:tc>
          <w:tcPr>
            <w:tcW w:w="2268" w:type="dxa"/>
            <w:tcMar>
              <w:top w:w="50" w:type="dxa"/>
              <w:left w:w="60" w:type="dxa"/>
              <w:bottom w:w="50" w:type="dxa"/>
              <w:right w:w="60" w:type="dxa"/>
            </w:tcMar>
            <w:vAlign w:val="center"/>
          </w:tcPr>
          <w:p w14:paraId="72808CF5" w14:textId="77777777" w:rsidR="00151392" w:rsidRPr="00F54F5A" w:rsidRDefault="00151392" w:rsidP="00F54F5A">
            <w:pPr>
              <w:spacing w:after="0" w:line="240" w:lineRule="auto"/>
              <w:jc w:val="center"/>
              <w:rPr>
                <w:rFonts w:cs="Times New Roman"/>
                <w:sz w:val="24"/>
              </w:rPr>
            </w:pPr>
          </w:p>
        </w:tc>
        <w:tc>
          <w:tcPr>
            <w:tcW w:w="1984" w:type="dxa"/>
            <w:tcMar>
              <w:top w:w="50" w:type="dxa"/>
              <w:left w:w="60" w:type="dxa"/>
              <w:bottom w:w="50" w:type="dxa"/>
              <w:right w:w="60" w:type="dxa"/>
            </w:tcMar>
            <w:vAlign w:val="center"/>
          </w:tcPr>
          <w:p w14:paraId="48AC898A" w14:textId="77777777" w:rsidR="00151392" w:rsidRPr="00F54F5A" w:rsidRDefault="00151392" w:rsidP="00F54F5A">
            <w:pPr>
              <w:spacing w:after="0" w:line="240" w:lineRule="auto"/>
              <w:jc w:val="center"/>
              <w:rPr>
                <w:rFonts w:cs="Times New Roman"/>
                <w:sz w:val="24"/>
              </w:rPr>
            </w:pPr>
          </w:p>
        </w:tc>
      </w:tr>
      <w:tr w:rsidR="00151392" w:rsidRPr="00F54F5A" w14:paraId="4C48F922" w14:textId="77777777" w:rsidTr="00F54F5A">
        <w:trPr>
          <w:cantSplit/>
          <w:jc w:val="center"/>
        </w:trPr>
        <w:tc>
          <w:tcPr>
            <w:tcW w:w="567" w:type="dxa"/>
            <w:tcMar>
              <w:top w:w="50" w:type="dxa"/>
              <w:left w:w="60" w:type="dxa"/>
              <w:bottom w:w="50" w:type="dxa"/>
              <w:right w:w="60" w:type="dxa"/>
            </w:tcMar>
            <w:vAlign w:val="center"/>
          </w:tcPr>
          <w:p w14:paraId="1A17A656" w14:textId="728B0CF5" w:rsidR="00151392" w:rsidRPr="00F54F5A" w:rsidRDefault="00151392" w:rsidP="00F54F5A">
            <w:pPr>
              <w:spacing w:after="0" w:line="240" w:lineRule="auto"/>
              <w:jc w:val="center"/>
              <w:rPr>
                <w:rFonts w:cs="Times New Roman"/>
                <w:sz w:val="24"/>
              </w:rPr>
            </w:pPr>
            <w:r w:rsidRPr="00F54F5A">
              <w:rPr>
                <w:rFonts w:eastAsia="Times New Roman" w:cs="Times New Roman"/>
                <w:sz w:val="24"/>
              </w:rPr>
              <w:t>1.2</w:t>
            </w:r>
          </w:p>
        </w:tc>
        <w:tc>
          <w:tcPr>
            <w:tcW w:w="5669" w:type="dxa"/>
            <w:tcMar>
              <w:top w:w="50" w:type="dxa"/>
              <w:left w:w="60" w:type="dxa"/>
              <w:bottom w:w="50" w:type="dxa"/>
              <w:right w:w="60" w:type="dxa"/>
            </w:tcMar>
            <w:vAlign w:val="center"/>
          </w:tcPr>
          <w:p w14:paraId="1854ED43" w14:textId="3AF44892" w:rsidR="00151392" w:rsidRPr="00F54F5A" w:rsidRDefault="008F6410" w:rsidP="00F54F5A">
            <w:pPr>
              <w:spacing w:after="0" w:line="240" w:lineRule="auto"/>
              <w:rPr>
                <w:rFonts w:cs="Times New Roman"/>
                <w:sz w:val="24"/>
              </w:rPr>
            </w:pPr>
            <w:r w:rsidRPr="00F54F5A">
              <w:rPr>
                <w:rFonts w:eastAsia="Times New Roman" w:cs="Times New Roman"/>
                <w:sz w:val="24"/>
              </w:rPr>
              <w:t>Số trường hợp bệnh</w:t>
            </w:r>
            <w:r w:rsidR="00B6413E" w:rsidRPr="00F54F5A">
              <w:rPr>
                <w:rFonts w:eastAsia="Times New Roman" w:cs="Times New Roman"/>
                <w:sz w:val="24"/>
              </w:rPr>
              <w:t xml:space="preserve"> xác định</w:t>
            </w:r>
          </w:p>
        </w:tc>
        <w:tc>
          <w:tcPr>
            <w:tcW w:w="2268" w:type="dxa"/>
            <w:tcMar>
              <w:top w:w="50" w:type="dxa"/>
              <w:left w:w="60" w:type="dxa"/>
              <w:bottom w:w="50" w:type="dxa"/>
              <w:right w:w="60" w:type="dxa"/>
            </w:tcMar>
            <w:vAlign w:val="center"/>
          </w:tcPr>
          <w:p w14:paraId="75FB20E0" w14:textId="77777777" w:rsidR="00151392" w:rsidRPr="00F54F5A" w:rsidRDefault="00151392" w:rsidP="00F54F5A">
            <w:pPr>
              <w:spacing w:after="0" w:line="240" w:lineRule="auto"/>
              <w:jc w:val="center"/>
              <w:rPr>
                <w:rFonts w:cs="Times New Roman"/>
                <w:sz w:val="24"/>
              </w:rPr>
            </w:pPr>
          </w:p>
        </w:tc>
        <w:tc>
          <w:tcPr>
            <w:tcW w:w="1984" w:type="dxa"/>
            <w:tcMar>
              <w:top w:w="50" w:type="dxa"/>
              <w:left w:w="60" w:type="dxa"/>
              <w:bottom w:w="50" w:type="dxa"/>
              <w:right w:w="60" w:type="dxa"/>
            </w:tcMar>
            <w:vAlign w:val="center"/>
          </w:tcPr>
          <w:p w14:paraId="3E292A4F" w14:textId="77777777" w:rsidR="00151392" w:rsidRPr="00F54F5A" w:rsidRDefault="00151392" w:rsidP="00F54F5A">
            <w:pPr>
              <w:spacing w:after="0" w:line="240" w:lineRule="auto"/>
              <w:jc w:val="center"/>
              <w:rPr>
                <w:rFonts w:cs="Times New Roman"/>
                <w:sz w:val="24"/>
              </w:rPr>
            </w:pPr>
          </w:p>
        </w:tc>
      </w:tr>
      <w:tr w:rsidR="00151392" w:rsidRPr="00F54F5A" w14:paraId="2CD6E551" w14:textId="77777777" w:rsidTr="00F54F5A">
        <w:trPr>
          <w:cantSplit/>
          <w:jc w:val="center"/>
        </w:trPr>
        <w:tc>
          <w:tcPr>
            <w:tcW w:w="567" w:type="dxa"/>
            <w:tcMar>
              <w:top w:w="50" w:type="dxa"/>
              <w:left w:w="60" w:type="dxa"/>
              <w:bottom w:w="50" w:type="dxa"/>
              <w:right w:w="60" w:type="dxa"/>
            </w:tcMar>
            <w:vAlign w:val="center"/>
          </w:tcPr>
          <w:p w14:paraId="268A5E6D" w14:textId="7F4AACAD" w:rsidR="00151392" w:rsidRPr="00F54F5A" w:rsidRDefault="00151392" w:rsidP="00F54F5A">
            <w:pPr>
              <w:spacing w:after="0" w:line="240" w:lineRule="auto"/>
              <w:jc w:val="center"/>
              <w:rPr>
                <w:rFonts w:cs="Times New Roman"/>
                <w:sz w:val="24"/>
              </w:rPr>
            </w:pPr>
            <w:r w:rsidRPr="00F54F5A">
              <w:rPr>
                <w:rFonts w:eastAsia="Times New Roman" w:cs="Times New Roman"/>
                <w:sz w:val="24"/>
              </w:rPr>
              <w:t>2</w:t>
            </w:r>
          </w:p>
        </w:tc>
        <w:tc>
          <w:tcPr>
            <w:tcW w:w="5669" w:type="dxa"/>
            <w:tcMar>
              <w:top w:w="50" w:type="dxa"/>
              <w:left w:w="60" w:type="dxa"/>
              <w:bottom w:w="50" w:type="dxa"/>
              <w:right w:w="60" w:type="dxa"/>
            </w:tcMar>
            <w:vAlign w:val="center"/>
          </w:tcPr>
          <w:p w14:paraId="2555439B" w14:textId="22005837" w:rsidR="00151392"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151392" w:rsidRPr="00F54F5A">
              <w:rPr>
                <w:rFonts w:eastAsia="Times New Roman" w:cs="Times New Roman"/>
                <w:sz w:val="24"/>
              </w:rPr>
              <w:t xml:space="preserve"> nhập viện</w:t>
            </w:r>
          </w:p>
        </w:tc>
        <w:tc>
          <w:tcPr>
            <w:tcW w:w="2268" w:type="dxa"/>
            <w:tcMar>
              <w:top w:w="50" w:type="dxa"/>
              <w:left w:w="60" w:type="dxa"/>
              <w:bottom w:w="50" w:type="dxa"/>
              <w:right w:w="60" w:type="dxa"/>
            </w:tcMar>
            <w:vAlign w:val="center"/>
          </w:tcPr>
          <w:p w14:paraId="0F01DFD6" w14:textId="77777777" w:rsidR="00151392" w:rsidRPr="00F54F5A" w:rsidRDefault="00151392" w:rsidP="00F54F5A">
            <w:pPr>
              <w:spacing w:after="0" w:line="240" w:lineRule="auto"/>
              <w:jc w:val="center"/>
              <w:rPr>
                <w:rFonts w:cs="Times New Roman"/>
                <w:sz w:val="24"/>
              </w:rPr>
            </w:pPr>
          </w:p>
        </w:tc>
        <w:tc>
          <w:tcPr>
            <w:tcW w:w="1984" w:type="dxa"/>
            <w:tcMar>
              <w:top w:w="50" w:type="dxa"/>
              <w:left w:w="60" w:type="dxa"/>
              <w:bottom w:w="50" w:type="dxa"/>
              <w:right w:w="60" w:type="dxa"/>
            </w:tcMar>
            <w:vAlign w:val="center"/>
          </w:tcPr>
          <w:p w14:paraId="55F4D687" w14:textId="77777777" w:rsidR="00151392" w:rsidRPr="00F54F5A" w:rsidRDefault="00151392" w:rsidP="00F54F5A">
            <w:pPr>
              <w:spacing w:after="0" w:line="240" w:lineRule="auto"/>
              <w:jc w:val="center"/>
              <w:rPr>
                <w:rFonts w:cs="Times New Roman"/>
                <w:sz w:val="24"/>
              </w:rPr>
            </w:pPr>
          </w:p>
        </w:tc>
      </w:tr>
      <w:tr w:rsidR="00151392" w:rsidRPr="00F54F5A" w14:paraId="057FE651" w14:textId="77777777" w:rsidTr="00F54F5A">
        <w:trPr>
          <w:cantSplit/>
          <w:jc w:val="center"/>
        </w:trPr>
        <w:tc>
          <w:tcPr>
            <w:tcW w:w="567" w:type="dxa"/>
            <w:tcMar>
              <w:top w:w="50" w:type="dxa"/>
              <w:left w:w="60" w:type="dxa"/>
              <w:bottom w:w="50" w:type="dxa"/>
              <w:right w:w="60" w:type="dxa"/>
            </w:tcMar>
            <w:vAlign w:val="center"/>
          </w:tcPr>
          <w:p w14:paraId="4B2819F5" w14:textId="63592204" w:rsidR="00151392" w:rsidRPr="00F54F5A" w:rsidRDefault="00151392" w:rsidP="00F54F5A">
            <w:pPr>
              <w:spacing w:after="0" w:line="240" w:lineRule="auto"/>
              <w:jc w:val="center"/>
              <w:rPr>
                <w:rFonts w:cs="Times New Roman"/>
                <w:sz w:val="24"/>
              </w:rPr>
            </w:pPr>
            <w:r w:rsidRPr="00F54F5A">
              <w:rPr>
                <w:rFonts w:eastAsia="Times New Roman" w:cs="Times New Roman"/>
                <w:sz w:val="24"/>
                <w:lang w:val="vi-VN"/>
              </w:rPr>
              <w:t>3</w:t>
            </w:r>
          </w:p>
        </w:tc>
        <w:tc>
          <w:tcPr>
            <w:tcW w:w="5669" w:type="dxa"/>
            <w:tcMar>
              <w:top w:w="50" w:type="dxa"/>
              <w:left w:w="60" w:type="dxa"/>
              <w:bottom w:w="50" w:type="dxa"/>
              <w:right w:w="60" w:type="dxa"/>
            </w:tcMar>
            <w:vAlign w:val="center"/>
          </w:tcPr>
          <w:p w14:paraId="5C78BB6C" w14:textId="1D72AD47" w:rsidR="00151392" w:rsidRPr="00F54F5A" w:rsidRDefault="00151392" w:rsidP="00F54F5A">
            <w:pPr>
              <w:spacing w:after="0" w:line="240" w:lineRule="auto"/>
              <w:rPr>
                <w:rFonts w:cs="Times New Roman"/>
                <w:sz w:val="24"/>
              </w:rPr>
            </w:pPr>
            <w:r w:rsidRPr="00F54F5A">
              <w:rPr>
                <w:rFonts w:eastAsia="Times New Roman" w:cs="Times New Roman"/>
                <w:sz w:val="24"/>
              </w:rPr>
              <w:t>Số</w:t>
            </w:r>
            <w:r w:rsidRPr="00F54F5A">
              <w:rPr>
                <w:rFonts w:eastAsia="Times New Roman" w:cs="Times New Roman"/>
                <w:sz w:val="24"/>
                <w:lang w:val="vi-VN"/>
              </w:rPr>
              <w:t xml:space="preserve"> đang điều trị</w:t>
            </w:r>
          </w:p>
        </w:tc>
        <w:tc>
          <w:tcPr>
            <w:tcW w:w="2268" w:type="dxa"/>
            <w:tcMar>
              <w:top w:w="50" w:type="dxa"/>
              <w:left w:w="60" w:type="dxa"/>
              <w:bottom w:w="50" w:type="dxa"/>
              <w:right w:w="60" w:type="dxa"/>
            </w:tcMar>
            <w:vAlign w:val="center"/>
          </w:tcPr>
          <w:p w14:paraId="065E5BFB" w14:textId="77777777" w:rsidR="00151392" w:rsidRPr="00F54F5A" w:rsidRDefault="00151392" w:rsidP="00F54F5A">
            <w:pPr>
              <w:spacing w:after="0" w:line="240" w:lineRule="auto"/>
              <w:jc w:val="center"/>
              <w:rPr>
                <w:rFonts w:cs="Times New Roman"/>
                <w:sz w:val="24"/>
              </w:rPr>
            </w:pPr>
          </w:p>
        </w:tc>
        <w:tc>
          <w:tcPr>
            <w:tcW w:w="1984" w:type="dxa"/>
            <w:tcMar>
              <w:top w:w="50" w:type="dxa"/>
              <w:left w:w="60" w:type="dxa"/>
              <w:bottom w:w="50" w:type="dxa"/>
              <w:right w:w="60" w:type="dxa"/>
            </w:tcMar>
            <w:vAlign w:val="center"/>
          </w:tcPr>
          <w:p w14:paraId="6CFB7337" w14:textId="77777777" w:rsidR="00151392" w:rsidRPr="00F54F5A" w:rsidRDefault="00151392" w:rsidP="00F54F5A">
            <w:pPr>
              <w:spacing w:after="0" w:line="240" w:lineRule="auto"/>
              <w:jc w:val="center"/>
              <w:rPr>
                <w:rFonts w:cs="Times New Roman"/>
                <w:sz w:val="24"/>
              </w:rPr>
            </w:pPr>
          </w:p>
        </w:tc>
      </w:tr>
      <w:tr w:rsidR="00151392" w:rsidRPr="00F54F5A" w14:paraId="003C2700" w14:textId="77777777" w:rsidTr="00F54F5A">
        <w:trPr>
          <w:cantSplit/>
          <w:jc w:val="center"/>
        </w:trPr>
        <w:tc>
          <w:tcPr>
            <w:tcW w:w="567" w:type="dxa"/>
            <w:tcMar>
              <w:top w:w="50" w:type="dxa"/>
              <w:left w:w="60" w:type="dxa"/>
              <w:bottom w:w="50" w:type="dxa"/>
              <w:right w:w="60" w:type="dxa"/>
            </w:tcMar>
            <w:vAlign w:val="center"/>
          </w:tcPr>
          <w:p w14:paraId="16B3631B" w14:textId="4A2F5FD6" w:rsidR="00151392" w:rsidRPr="00F54F5A" w:rsidRDefault="00151392" w:rsidP="00F54F5A">
            <w:pPr>
              <w:spacing w:after="0" w:line="240" w:lineRule="auto"/>
              <w:jc w:val="center"/>
              <w:rPr>
                <w:rFonts w:cs="Times New Roman"/>
                <w:sz w:val="24"/>
              </w:rPr>
            </w:pPr>
            <w:r w:rsidRPr="00F54F5A">
              <w:rPr>
                <w:rFonts w:eastAsia="Times New Roman" w:cs="Times New Roman"/>
                <w:sz w:val="24"/>
                <w:lang w:val="vi-VN"/>
              </w:rPr>
              <w:t>4</w:t>
            </w:r>
          </w:p>
        </w:tc>
        <w:tc>
          <w:tcPr>
            <w:tcW w:w="5669" w:type="dxa"/>
            <w:tcMar>
              <w:top w:w="50" w:type="dxa"/>
              <w:left w:w="60" w:type="dxa"/>
              <w:bottom w:w="50" w:type="dxa"/>
              <w:right w:w="60" w:type="dxa"/>
            </w:tcMar>
            <w:vAlign w:val="center"/>
          </w:tcPr>
          <w:p w14:paraId="7AEDC6B1" w14:textId="39624982" w:rsidR="00151392"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151392" w:rsidRPr="00F54F5A">
              <w:rPr>
                <w:rFonts w:eastAsia="Times New Roman" w:cs="Times New Roman"/>
                <w:sz w:val="24"/>
                <w:lang w:val="vi-VN"/>
              </w:rPr>
              <w:t xml:space="preserve"> nặng</w:t>
            </w:r>
            <w:r w:rsidR="00A84B45" w:rsidRPr="00F54F5A">
              <w:rPr>
                <w:rFonts w:eastAsia="Times New Roman" w:cs="Times New Roman"/>
                <w:sz w:val="24"/>
                <w:vertAlign w:val="superscript"/>
              </w:rPr>
              <w:t>*</w:t>
            </w:r>
          </w:p>
        </w:tc>
        <w:tc>
          <w:tcPr>
            <w:tcW w:w="2268" w:type="dxa"/>
            <w:tcMar>
              <w:top w:w="50" w:type="dxa"/>
              <w:left w:w="60" w:type="dxa"/>
              <w:bottom w:w="50" w:type="dxa"/>
              <w:right w:w="60" w:type="dxa"/>
            </w:tcMar>
            <w:vAlign w:val="center"/>
          </w:tcPr>
          <w:p w14:paraId="1DC02753" w14:textId="77777777" w:rsidR="00151392" w:rsidRPr="00F54F5A" w:rsidRDefault="00151392" w:rsidP="00F54F5A">
            <w:pPr>
              <w:spacing w:after="0" w:line="240" w:lineRule="auto"/>
              <w:jc w:val="center"/>
              <w:rPr>
                <w:rFonts w:cs="Times New Roman"/>
                <w:sz w:val="24"/>
              </w:rPr>
            </w:pPr>
          </w:p>
        </w:tc>
        <w:tc>
          <w:tcPr>
            <w:tcW w:w="1984" w:type="dxa"/>
            <w:tcMar>
              <w:top w:w="50" w:type="dxa"/>
              <w:left w:w="60" w:type="dxa"/>
              <w:bottom w:w="50" w:type="dxa"/>
              <w:right w:w="60" w:type="dxa"/>
            </w:tcMar>
            <w:vAlign w:val="center"/>
          </w:tcPr>
          <w:p w14:paraId="6FB14F4D" w14:textId="77777777" w:rsidR="00151392" w:rsidRPr="00F54F5A" w:rsidRDefault="00151392" w:rsidP="00F54F5A">
            <w:pPr>
              <w:spacing w:after="0" w:line="240" w:lineRule="auto"/>
              <w:jc w:val="center"/>
              <w:rPr>
                <w:rFonts w:cs="Times New Roman"/>
                <w:sz w:val="24"/>
              </w:rPr>
            </w:pPr>
          </w:p>
        </w:tc>
      </w:tr>
      <w:tr w:rsidR="00151392" w:rsidRPr="00F54F5A" w14:paraId="3CE0EA0B" w14:textId="77777777" w:rsidTr="00F54F5A">
        <w:trPr>
          <w:cantSplit/>
          <w:jc w:val="center"/>
        </w:trPr>
        <w:tc>
          <w:tcPr>
            <w:tcW w:w="567" w:type="dxa"/>
            <w:tcMar>
              <w:top w:w="50" w:type="dxa"/>
              <w:left w:w="60" w:type="dxa"/>
              <w:bottom w:w="50" w:type="dxa"/>
              <w:right w:w="60" w:type="dxa"/>
            </w:tcMar>
            <w:vAlign w:val="center"/>
          </w:tcPr>
          <w:p w14:paraId="1EB0DF61" w14:textId="497A4FB8" w:rsidR="00151392" w:rsidRPr="00F54F5A" w:rsidRDefault="00151392" w:rsidP="00F54F5A">
            <w:pPr>
              <w:spacing w:after="0" w:line="240" w:lineRule="auto"/>
              <w:jc w:val="center"/>
              <w:rPr>
                <w:rFonts w:cs="Times New Roman"/>
                <w:sz w:val="24"/>
              </w:rPr>
            </w:pPr>
            <w:r w:rsidRPr="00F54F5A">
              <w:rPr>
                <w:rFonts w:eastAsia="Times New Roman" w:cs="Times New Roman"/>
                <w:sz w:val="24"/>
                <w:lang w:val="vi-VN"/>
              </w:rPr>
              <w:t>5</w:t>
            </w:r>
          </w:p>
        </w:tc>
        <w:tc>
          <w:tcPr>
            <w:tcW w:w="5669" w:type="dxa"/>
            <w:tcMar>
              <w:top w:w="50" w:type="dxa"/>
              <w:left w:w="60" w:type="dxa"/>
              <w:bottom w:w="50" w:type="dxa"/>
              <w:right w:w="60" w:type="dxa"/>
            </w:tcMar>
            <w:vAlign w:val="center"/>
          </w:tcPr>
          <w:p w14:paraId="02763E72" w14:textId="55BC2405" w:rsidR="00151392"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151392" w:rsidRPr="00F54F5A">
              <w:rPr>
                <w:rFonts w:eastAsia="Times New Roman" w:cs="Times New Roman"/>
                <w:sz w:val="24"/>
                <w:lang w:val="vi-VN"/>
              </w:rPr>
              <w:t xml:space="preserve"> biến chứng</w:t>
            </w:r>
            <w:r w:rsidR="00A84B45" w:rsidRPr="00F54F5A">
              <w:rPr>
                <w:rFonts w:eastAsia="Times New Roman" w:cs="Times New Roman"/>
                <w:sz w:val="24"/>
                <w:vertAlign w:val="superscript"/>
              </w:rPr>
              <w:t>**</w:t>
            </w:r>
          </w:p>
        </w:tc>
        <w:tc>
          <w:tcPr>
            <w:tcW w:w="2268" w:type="dxa"/>
            <w:tcMar>
              <w:top w:w="50" w:type="dxa"/>
              <w:left w:w="60" w:type="dxa"/>
              <w:bottom w:w="50" w:type="dxa"/>
              <w:right w:w="60" w:type="dxa"/>
            </w:tcMar>
            <w:vAlign w:val="center"/>
          </w:tcPr>
          <w:p w14:paraId="5DBA8D96" w14:textId="77777777" w:rsidR="00151392" w:rsidRPr="00F54F5A" w:rsidRDefault="00151392" w:rsidP="00F54F5A">
            <w:pPr>
              <w:spacing w:after="0" w:line="240" w:lineRule="auto"/>
              <w:jc w:val="center"/>
              <w:rPr>
                <w:rFonts w:cs="Times New Roman"/>
                <w:sz w:val="24"/>
              </w:rPr>
            </w:pPr>
          </w:p>
        </w:tc>
        <w:tc>
          <w:tcPr>
            <w:tcW w:w="1984" w:type="dxa"/>
            <w:tcMar>
              <w:top w:w="50" w:type="dxa"/>
              <w:left w:w="60" w:type="dxa"/>
              <w:bottom w:w="50" w:type="dxa"/>
              <w:right w:w="60" w:type="dxa"/>
            </w:tcMar>
            <w:vAlign w:val="center"/>
          </w:tcPr>
          <w:p w14:paraId="58D6A0BA" w14:textId="77777777" w:rsidR="00151392" w:rsidRPr="00F54F5A" w:rsidRDefault="00151392" w:rsidP="00F54F5A">
            <w:pPr>
              <w:spacing w:after="0" w:line="240" w:lineRule="auto"/>
              <w:jc w:val="center"/>
              <w:rPr>
                <w:rFonts w:cs="Times New Roman"/>
                <w:sz w:val="24"/>
              </w:rPr>
            </w:pPr>
          </w:p>
        </w:tc>
      </w:tr>
      <w:tr w:rsidR="00151392" w:rsidRPr="00F54F5A" w14:paraId="29F935CA" w14:textId="77777777" w:rsidTr="00F54F5A">
        <w:trPr>
          <w:cantSplit/>
          <w:jc w:val="center"/>
        </w:trPr>
        <w:tc>
          <w:tcPr>
            <w:tcW w:w="567" w:type="dxa"/>
            <w:tcMar>
              <w:top w:w="50" w:type="dxa"/>
              <w:left w:w="60" w:type="dxa"/>
              <w:bottom w:w="50" w:type="dxa"/>
              <w:right w:w="60" w:type="dxa"/>
            </w:tcMar>
            <w:vAlign w:val="center"/>
          </w:tcPr>
          <w:p w14:paraId="1B7F861C" w14:textId="1D134F8D" w:rsidR="00151392" w:rsidRPr="00F54F5A" w:rsidRDefault="00151392" w:rsidP="00F54F5A">
            <w:pPr>
              <w:spacing w:after="0" w:line="240" w:lineRule="auto"/>
              <w:jc w:val="center"/>
              <w:rPr>
                <w:rFonts w:cs="Times New Roman"/>
                <w:sz w:val="24"/>
              </w:rPr>
            </w:pPr>
            <w:r w:rsidRPr="00F54F5A">
              <w:rPr>
                <w:rFonts w:eastAsia="Times New Roman" w:cs="Times New Roman"/>
                <w:sz w:val="24"/>
                <w:lang w:val="vi-VN"/>
              </w:rPr>
              <w:t>6</w:t>
            </w:r>
          </w:p>
        </w:tc>
        <w:tc>
          <w:tcPr>
            <w:tcW w:w="5669" w:type="dxa"/>
            <w:tcMar>
              <w:top w:w="50" w:type="dxa"/>
              <w:left w:w="60" w:type="dxa"/>
              <w:bottom w:w="50" w:type="dxa"/>
              <w:right w:w="60" w:type="dxa"/>
            </w:tcMar>
            <w:vAlign w:val="center"/>
          </w:tcPr>
          <w:p w14:paraId="0648990C" w14:textId="34208367" w:rsidR="00151392"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151392" w:rsidRPr="00F54F5A">
              <w:rPr>
                <w:rFonts w:eastAsia="Times New Roman" w:cs="Times New Roman"/>
                <w:sz w:val="24"/>
              </w:rPr>
              <w:t xml:space="preserve"> ra viện</w:t>
            </w:r>
          </w:p>
        </w:tc>
        <w:tc>
          <w:tcPr>
            <w:tcW w:w="2268" w:type="dxa"/>
            <w:tcMar>
              <w:top w:w="50" w:type="dxa"/>
              <w:left w:w="60" w:type="dxa"/>
              <w:bottom w:w="50" w:type="dxa"/>
              <w:right w:w="60" w:type="dxa"/>
            </w:tcMar>
            <w:vAlign w:val="center"/>
          </w:tcPr>
          <w:p w14:paraId="4479D056" w14:textId="77777777" w:rsidR="00151392" w:rsidRPr="00F54F5A" w:rsidRDefault="00151392" w:rsidP="00F54F5A">
            <w:pPr>
              <w:spacing w:after="0" w:line="240" w:lineRule="auto"/>
              <w:jc w:val="center"/>
              <w:rPr>
                <w:rFonts w:cs="Times New Roman"/>
                <w:sz w:val="24"/>
              </w:rPr>
            </w:pPr>
          </w:p>
        </w:tc>
        <w:tc>
          <w:tcPr>
            <w:tcW w:w="1984" w:type="dxa"/>
            <w:tcMar>
              <w:top w:w="50" w:type="dxa"/>
              <w:left w:w="60" w:type="dxa"/>
              <w:bottom w:w="50" w:type="dxa"/>
              <w:right w:w="60" w:type="dxa"/>
            </w:tcMar>
            <w:vAlign w:val="center"/>
          </w:tcPr>
          <w:p w14:paraId="103A5C72" w14:textId="77777777" w:rsidR="00151392" w:rsidRPr="00F54F5A" w:rsidRDefault="00151392" w:rsidP="00F54F5A">
            <w:pPr>
              <w:spacing w:after="0" w:line="240" w:lineRule="auto"/>
              <w:jc w:val="center"/>
              <w:rPr>
                <w:rFonts w:cs="Times New Roman"/>
                <w:sz w:val="24"/>
              </w:rPr>
            </w:pPr>
          </w:p>
        </w:tc>
      </w:tr>
      <w:tr w:rsidR="00151392" w:rsidRPr="00F54F5A" w14:paraId="2F8F745E" w14:textId="77777777" w:rsidTr="00F54F5A">
        <w:trPr>
          <w:cantSplit/>
          <w:jc w:val="center"/>
        </w:trPr>
        <w:tc>
          <w:tcPr>
            <w:tcW w:w="567" w:type="dxa"/>
            <w:tcMar>
              <w:top w:w="50" w:type="dxa"/>
              <w:left w:w="60" w:type="dxa"/>
              <w:bottom w:w="50" w:type="dxa"/>
              <w:right w:w="60" w:type="dxa"/>
            </w:tcMar>
            <w:vAlign w:val="center"/>
          </w:tcPr>
          <w:p w14:paraId="58915EF2" w14:textId="7375F2D5" w:rsidR="00151392" w:rsidRPr="00F54F5A" w:rsidRDefault="00151392" w:rsidP="00F54F5A">
            <w:pPr>
              <w:spacing w:after="0" w:line="240" w:lineRule="auto"/>
              <w:jc w:val="center"/>
              <w:rPr>
                <w:rFonts w:cs="Times New Roman"/>
                <w:sz w:val="24"/>
              </w:rPr>
            </w:pPr>
            <w:r w:rsidRPr="00F54F5A">
              <w:rPr>
                <w:rFonts w:eastAsia="Times New Roman" w:cs="Times New Roman"/>
                <w:sz w:val="24"/>
                <w:lang w:val="vi-VN"/>
              </w:rPr>
              <w:t>7</w:t>
            </w:r>
          </w:p>
        </w:tc>
        <w:tc>
          <w:tcPr>
            <w:tcW w:w="5669" w:type="dxa"/>
            <w:tcMar>
              <w:top w:w="50" w:type="dxa"/>
              <w:left w:w="60" w:type="dxa"/>
              <w:bottom w:w="50" w:type="dxa"/>
              <w:right w:w="60" w:type="dxa"/>
            </w:tcMar>
            <w:vAlign w:val="center"/>
          </w:tcPr>
          <w:p w14:paraId="5BF45E93" w14:textId="5115454C" w:rsidR="00151392"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151392" w:rsidRPr="00F54F5A">
              <w:rPr>
                <w:rFonts w:eastAsia="Times New Roman" w:cs="Times New Roman"/>
                <w:sz w:val="24"/>
              </w:rPr>
              <w:t xml:space="preserve"> chuyển tuyến</w:t>
            </w:r>
          </w:p>
        </w:tc>
        <w:tc>
          <w:tcPr>
            <w:tcW w:w="2268" w:type="dxa"/>
            <w:tcMar>
              <w:top w:w="50" w:type="dxa"/>
              <w:left w:w="60" w:type="dxa"/>
              <w:bottom w:w="50" w:type="dxa"/>
              <w:right w:w="60" w:type="dxa"/>
            </w:tcMar>
            <w:vAlign w:val="center"/>
          </w:tcPr>
          <w:p w14:paraId="671A5144" w14:textId="77777777" w:rsidR="00151392" w:rsidRPr="00F54F5A" w:rsidRDefault="00151392" w:rsidP="00F54F5A">
            <w:pPr>
              <w:spacing w:after="0" w:line="240" w:lineRule="auto"/>
              <w:jc w:val="center"/>
              <w:rPr>
                <w:rFonts w:cs="Times New Roman"/>
                <w:sz w:val="24"/>
              </w:rPr>
            </w:pPr>
          </w:p>
        </w:tc>
        <w:tc>
          <w:tcPr>
            <w:tcW w:w="1984" w:type="dxa"/>
            <w:tcMar>
              <w:top w:w="50" w:type="dxa"/>
              <w:left w:w="60" w:type="dxa"/>
              <w:bottom w:w="50" w:type="dxa"/>
              <w:right w:w="60" w:type="dxa"/>
            </w:tcMar>
            <w:vAlign w:val="center"/>
          </w:tcPr>
          <w:p w14:paraId="77AC7EF5" w14:textId="77777777" w:rsidR="00151392" w:rsidRPr="00F54F5A" w:rsidRDefault="00151392" w:rsidP="00F54F5A">
            <w:pPr>
              <w:spacing w:after="0" w:line="240" w:lineRule="auto"/>
              <w:jc w:val="center"/>
              <w:rPr>
                <w:rFonts w:cs="Times New Roman"/>
                <w:sz w:val="24"/>
              </w:rPr>
            </w:pPr>
          </w:p>
        </w:tc>
      </w:tr>
      <w:tr w:rsidR="00151392" w:rsidRPr="008C62CF" w14:paraId="21E3CE13" w14:textId="77777777" w:rsidTr="00F54F5A">
        <w:trPr>
          <w:cantSplit/>
          <w:jc w:val="center"/>
        </w:trPr>
        <w:tc>
          <w:tcPr>
            <w:tcW w:w="567" w:type="dxa"/>
            <w:tcMar>
              <w:top w:w="50" w:type="dxa"/>
              <w:left w:w="60" w:type="dxa"/>
              <w:bottom w:w="50" w:type="dxa"/>
              <w:right w:w="60" w:type="dxa"/>
            </w:tcMar>
            <w:vAlign w:val="center"/>
          </w:tcPr>
          <w:p w14:paraId="5CE76EBB" w14:textId="47655E99" w:rsidR="00151392" w:rsidRPr="00F54F5A" w:rsidRDefault="00151392" w:rsidP="00F54F5A">
            <w:pPr>
              <w:spacing w:after="0" w:line="240" w:lineRule="auto"/>
              <w:jc w:val="center"/>
              <w:rPr>
                <w:rFonts w:eastAsia="Times New Roman" w:cs="Times New Roman"/>
                <w:sz w:val="24"/>
                <w:lang w:val="vi-VN"/>
              </w:rPr>
            </w:pPr>
            <w:r w:rsidRPr="00F54F5A">
              <w:rPr>
                <w:rFonts w:eastAsia="Times New Roman" w:cs="Times New Roman"/>
                <w:sz w:val="24"/>
                <w:lang w:val="vi-VN"/>
              </w:rPr>
              <w:t>8</w:t>
            </w:r>
          </w:p>
        </w:tc>
        <w:tc>
          <w:tcPr>
            <w:tcW w:w="5669" w:type="dxa"/>
            <w:tcMar>
              <w:top w:w="50" w:type="dxa"/>
              <w:left w:w="60" w:type="dxa"/>
              <w:bottom w:w="50" w:type="dxa"/>
              <w:right w:w="60" w:type="dxa"/>
            </w:tcMar>
            <w:vAlign w:val="center"/>
          </w:tcPr>
          <w:p w14:paraId="358FE98E" w14:textId="648A445A" w:rsidR="00151392" w:rsidRPr="00F54F5A" w:rsidRDefault="003A21C1" w:rsidP="00F54F5A">
            <w:pPr>
              <w:spacing w:after="0" w:line="240" w:lineRule="auto"/>
              <w:rPr>
                <w:rFonts w:eastAsia="Times New Roman" w:cs="Times New Roman"/>
                <w:sz w:val="24"/>
                <w:lang w:val="vi-VN"/>
              </w:rPr>
            </w:pPr>
            <w:r w:rsidRPr="00F54F5A">
              <w:rPr>
                <w:rFonts w:eastAsia="Times New Roman" w:cs="Times New Roman"/>
                <w:sz w:val="24"/>
                <w:lang w:val="vi-VN"/>
              </w:rPr>
              <w:t>Số trường hợp bệnh</w:t>
            </w:r>
            <w:r w:rsidR="00151392" w:rsidRPr="00F54F5A">
              <w:rPr>
                <w:rFonts w:eastAsia="Times New Roman" w:cs="Times New Roman"/>
                <w:sz w:val="24"/>
                <w:lang w:val="vi-VN"/>
              </w:rPr>
              <w:t xml:space="preserve"> tử vong</w:t>
            </w:r>
          </w:p>
        </w:tc>
        <w:tc>
          <w:tcPr>
            <w:tcW w:w="2268" w:type="dxa"/>
            <w:tcMar>
              <w:top w:w="50" w:type="dxa"/>
              <w:left w:w="60" w:type="dxa"/>
              <w:bottom w:w="50" w:type="dxa"/>
              <w:right w:w="60" w:type="dxa"/>
            </w:tcMar>
            <w:vAlign w:val="center"/>
          </w:tcPr>
          <w:p w14:paraId="6CFFBC75" w14:textId="77777777" w:rsidR="00151392" w:rsidRPr="00F54F5A" w:rsidRDefault="00151392" w:rsidP="00F54F5A">
            <w:pPr>
              <w:spacing w:after="0" w:line="240" w:lineRule="auto"/>
              <w:jc w:val="center"/>
              <w:rPr>
                <w:rFonts w:cs="Times New Roman"/>
                <w:sz w:val="24"/>
                <w:lang w:val="vi-VN"/>
              </w:rPr>
            </w:pPr>
          </w:p>
        </w:tc>
        <w:tc>
          <w:tcPr>
            <w:tcW w:w="1984" w:type="dxa"/>
            <w:tcMar>
              <w:top w:w="50" w:type="dxa"/>
              <w:left w:w="60" w:type="dxa"/>
              <w:bottom w:w="50" w:type="dxa"/>
              <w:right w:w="60" w:type="dxa"/>
            </w:tcMar>
            <w:vAlign w:val="center"/>
          </w:tcPr>
          <w:p w14:paraId="29EDC679" w14:textId="77777777" w:rsidR="00151392" w:rsidRPr="00F54F5A" w:rsidRDefault="00151392" w:rsidP="00F54F5A">
            <w:pPr>
              <w:spacing w:after="0" w:line="240" w:lineRule="auto"/>
              <w:jc w:val="center"/>
              <w:rPr>
                <w:rFonts w:cs="Times New Roman"/>
                <w:sz w:val="24"/>
                <w:lang w:val="vi-VN"/>
              </w:rPr>
            </w:pPr>
          </w:p>
        </w:tc>
      </w:tr>
      <w:tr w:rsidR="00151392" w:rsidRPr="008C62CF" w14:paraId="0A4F1563" w14:textId="77777777" w:rsidTr="00F54F5A">
        <w:trPr>
          <w:cantSplit/>
          <w:jc w:val="center"/>
        </w:trPr>
        <w:tc>
          <w:tcPr>
            <w:tcW w:w="567" w:type="dxa"/>
            <w:tcMar>
              <w:top w:w="50" w:type="dxa"/>
              <w:left w:w="60" w:type="dxa"/>
              <w:bottom w:w="50" w:type="dxa"/>
              <w:right w:w="60" w:type="dxa"/>
            </w:tcMar>
            <w:vAlign w:val="center"/>
          </w:tcPr>
          <w:p w14:paraId="2DE8837B" w14:textId="1A8DF3CE" w:rsidR="00151392" w:rsidRPr="00F54F5A" w:rsidRDefault="00151392" w:rsidP="00F54F5A">
            <w:pPr>
              <w:spacing w:after="0" w:line="240" w:lineRule="auto"/>
              <w:jc w:val="center"/>
              <w:rPr>
                <w:rFonts w:eastAsia="Times New Roman" w:cs="Times New Roman"/>
                <w:sz w:val="24"/>
                <w:lang w:val="vi-VN"/>
              </w:rPr>
            </w:pPr>
            <w:r w:rsidRPr="00F54F5A">
              <w:rPr>
                <w:rFonts w:eastAsia="Times New Roman" w:cs="Times New Roman"/>
                <w:sz w:val="24"/>
                <w:lang w:val="vi-VN"/>
              </w:rPr>
              <w:t>9</w:t>
            </w:r>
          </w:p>
        </w:tc>
        <w:tc>
          <w:tcPr>
            <w:tcW w:w="5669" w:type="dxa"/>
            <w:tcMar>
              <w:top w:w="50" w:type="dxa"/>
              <w:left w:w="60" w:type="dxa"/>
              <w:bottom w:w="50" w:type="dxa"/>
              <w:right w:w="60" w:type="dxa"/>
            </w:tcMar>
            <w:vAlign w:val="center"/>
          </w:tcPr>
          <w:p w14:paraId="4C08E405" w14:textId="6C29F003" w:rsidR="00151392" w:rsidRPr="008C62CF" w:rsidRDefault="003A21C1" w:rsidP="00F54F5A">
            <w:pPr>
              <w:spacing w:after="0" w:line="240" w:lineRule="auto"/>
              <w:rPr>
                <w:rFonts w:eastAsia="Times New Roman" w:cs="Times New Roman"/>
                <w:sz w:val="24"/>
                <w:lang w:val="vi-VN"/>
              </w:rPr>
            </w:pPr>
            <w:r w:rsidRPr="00F54F5A">
              <w:rPr>
                <w:rFonts w:eastAsia="Times New Roman" w:cs="Times New Roman"/>
                <w:sz w:val="24"/>
                <w:lang w:val="vi-VN"/>
              </w:rPr>
              <w:t>Số trường hợp bệnh</w:t>
            </w:r>
            <w:r w:rsidR="00151392" w:rsidRPr="00F54F5A">
              <w:rPr>
                <w:rFonts w:eastAsia="Times New Roman" w:cs="Times New Roman"/>
                <w:sz w:val="24"/>
                <w:lang w:val="vi-VN"/>
              </w:rPr>
              <w:t xml:space="preserve"> có di chứng được xác định</w:t>
            </w:r>
            <w:r w:rsidR="00A84B45" w:rsidRPr="008C62CF">
              <w:rPr>
                <w:rFonts w:eastAsia="Times New Roman" w:cs="Times New Roman"/>
                <w:sz w:val="24"/>
                <w:vertAlign w:val="superscript"/>
                <w:lang w:val="vi-VN"/>
              </w:rPr>
              <w:t>***</w:t>
            </w:r>
          </w:p>
        </w:tc>
        <w:tc>
          <w:tcPr>
            <w:tcW w:w="2268" w:type="dxa"/>
            <w:tcMar>
              <w:top w:w="50" w:type="dxa"/>
              <w:left w:w="60" w:type="dxa"/>
              <w:bottom w:w="50" w:type="dxa"/>
              <w:right w:w="60" w:type="dxa"/>
            </w:tcMar>
            <w:vAlign w:val="center"/>
          </w:tcPr>
          <w:p w14:paraId="0C206198" w14:textId="77777777" w:rsidR="00151392" w:rsidRPr="00F54F5A" w:rsidRDefault="00151392" w:rsidP="00F54F5A">
            <w:pPr>
              <w:spacing w:after="0" w:line="240" w:lineRule="auto"/>
              <w:jc w:val="center"/>
              <w:rPr>
                <w:rFonts w:cs="Times New Roman"/>
                <w:sz w:val="24"/>
                <w:lang w:val="vi-VN"/>
              </w:rPr>
            </w:pPr>
          </w:p>
        </w:tc>
        <w:tc>
          <w:tcPr>
            <w:tcW w:w="1984" w:type="dxa"/>
            <w:tcMar>
              <w:top w:w="50" w:type="dxa"/>
              <w:left w:w="60" w:type="dxa"/>
              <w:bottom w:w="50" w:type="dxa"/>
              <w:right w:w="60" w:type="dxa"/>
            </w:tcMar>
            <w:vAlign w:val="center"/>
          </w:tcPr>
          <w:p w14:paraId="514CCC86" w14:textId="77777777" w:rsidR="00151392" w:rsidRPr="00F54F5A" w:rsidRDefault="00151392" w:rsidP="00F54F5A">
            <w:pPr>
              <w:spacing w:after="0" w:line="240" w:lineRule="auto"/>
              <w:jc w:val="center"/>
              <w:rPr>
                <w:rFonts w:cs="Times New Roman"/>
                <w:sz w:val="24"/>
                <w:lang w:val="vi-VN"/>
              </w:rPr>
            </w:pPr>
          </w:p>
        </w:tc>
      </w:tr>
      <w:tr w:rsidR="00151392" w:rsidRPr="008C62CF" w14:paraId="52003694" w14:textId="77777777" w:rsidTr="00F54F5A">
        <w:trPr>
          <w:cantSplit/>
          <w:jc w:val="center"/>
        </w:trPr>
        <w:tc>
          <w:tcPr>
            <w:tcW w:w="567" w:type="dxa"/>
            <w:tcMar>
              <w:top w:w="50" w:type="dxa"/>
              <w:left w:w="60" w:type="dxa"/>
              <w:bottom w:w="50" w:type="dxa"/>
              <w:right w:w="60" w:type="dxa"/>
            </w:tcMar>
            <w:vAlign w:val="center"/>
          </w:tcPr>
          <w:p w14:paraId="2A0C072B" w14:textId="5CF09D43" w:rsidR="00151392" w:rsidRPr="00F54F5A" w:rsidRDefault="00151392" w:rsidP="00F54F5A">
            <w:pPr>
              <w:spacing w:after="0" w:line="240" w:lineRule="auto"/>
              <w:jc w:val="center"/>
              <w:rPr>
                <w:rFonts w:eastAsia="Times New Roman" w:cs="Times New Roman"/>
                <w:sz w:val="24"/>
                <w:szCs w:val="18"/>
                <w:lang w:val="vi-VN"/>
              </w:rPr>
            </w:pPr>
            <w:r w:rsidRPr="00F54F5A">
              <w:rPr>
                <w:rFonts w:cs="Times New Roman"/>
                <w:sz w:val="24"/>
                <w:szCs w:val="18"/>
                <w:lang w:val="vi-VN"/>
              </w:rPr>
              <w:lastRenderedPageBreak/>
              <w:t>10</w:t>
            </w:r>
          </w:p>
        </w:tc>
        <w:tc>
          <w:tcPr>
            <w:tcW w:w="5669" w:type="dxa"/>
            <w:tcMar>
              <w:top w:w="50" w:type="dxa"/>
              <w:left w:w="60" w:type="dxa"/>
              <w:bottom w:w="50" w:type="dxa"/>
              <w:right w:w="60" w:type="dxa"/>
            </w:tcMar>
            <w:vAlign w:val="center"/>
          </w:tcPr>
          <w:p w14:paraId="2A7BC2C1" w14:textId="15CE0CCD" w:rsidR="00151392" w:rsidRPr="00F54F5A" w:rsidRDefault="00151392" w:rsidP="00F54F5A">
            <w:pPr>
              <w:spacing w:after="0" w:line="240" w:lineRule="auto"/>
              <w:rPr>
                <w:rFonts w:eastAsia="Times New Roman" w:cs="Times New Roman"/>
                <w:sz w:val="24"/>
                <w:lang w:val="vi-VN"/>
              </w:rPr>
            </w:pPr>
            <w:r w:rsidRPr="00F54F5A">
              <w:rPr>
                <w:rFonts w:eastAsia="Times New Roman" w:cs="Times New Roman"/>
                <w:sz w:val="24"/>
                <w:lang w:val="vi-VN"/>
              </w:rPr>
              <w:t>Số nhân viên y tế mắc bệnh</w:t>
            </w:r>
          </w:p>
        </w:tc>
        <w:tc>
          <w:tcPr>
            <w:tcW w:w="2268" w:type="dxa"/>
            <w:tcMar>
              <w:top w:w="50" w:type="dxa"/>
              <w:left w:w="60" w:type="dxa"/>
              <w:bottom w:w="50" w:type="dxa"/>
              <w:right w:w="60" w:type="dxa"/>
            </w:tcMar>
            <w:vAlign w:val="center"/>
          </w:tcPr>
          <w:p w14:paraId="68EB408D" w14:textId="77777777" w:rsidR="00151392" w:rsidRPr="00F54F5A" w:rsidRDefault="00151392" w:rsidP="00F54F5A">
            <w:pPr>
              <w:spacing w:after="0" w:line="240" w:lineRule="auto"/>
              <w:jc w:val="center"/>
              <w:rPr>
                <w:rFonts w:cs="Times New Roman"/>
                <w:sz w:val="24"/>
                <w:lang w:val="vi-VN"/>
              </w:rPr>
            </w:pPr>
          </w:p>
        </w:tc>
        <w:tc>
          <w:tcPr>
            <w:tcW w:w="1984" w:type="dxa"/>
            <w:tcMar>
              <w:top w:w="50" w:type="dxa"/>
              <w:left w:w="60" w:type="dxa"/>
              <w:bottom w:w="50" w:type="dxa"/>
              <w:right w:w="60" w:type="dxa"/>
            </w:tcMar>
            <w:vAlign w:val="center"/>
          </w:tcPr>
          <w:p w14:paraId="24184448" w14:textId="77777777" w:rsidR="00151392" w:rsidRPr="00F54F5A" w:rsidRDefault="00151392" w:rsidP="00F54F5A">
            <w:pPr>
              <w:spacing w:after="0" w:line="240" w:lineRule="auto"/>
              <w:jc w:val="center"/>
              <w:rPr>
                <w:rFonts w:cs="Times New Roman"/>
                <w:sz w:val="24"/>
                <w:lang w:val="vi-VN"/>
              </w:rPr>
            </w:pPr>
          </w:p>
        </w:tc>
      </w:tr>
    </w:tbl>
    <w:p w14:paraId="5C9A77B5" w14:textId="77777777" w:rsidR="00A84B45" w:rsidRPr="008C62CF" w:rsidRDefault="00A84B45" w:rsidP="00CA634C">
      <w:pPr>
        <w:keepNext/>
        <w:spacing w:before="120" w:after="0" w:line="240" w:lineRule="auto"/>
        <w:rPr>
          <w:rFonts w:eastAsia="Times New Roman" w:cs="Times New Roman"/>
          <w:b/>
          <w:sz w:val="26"/>
          <w:szCs w:val="18"/>
          <w:lang w:val="vi-VN"/>
        </w:rPr>
      </w:pPr>
      <w:r w:rsidRPr="008C62CF">
        <w:rPr>
          <w:rFonts w:eastAsia="Times New Roman" w:cs="Times New Roman"/>
          <w:b/>
          <w:sz w:val="26"/>
          <w:szCs w:val="18"/>
          <w:lang w:val="vi-VN"/>
        </w:rPr>
        <w:t>Ghi chú:</w:t>
      </w:r>
    </w:p>
    <w:p w14:paraId="2CEF46A7" w14:textId="77777777" w:rsidR="00A84B45" w:rsidRPr="008C62CF" w:rsidRDefault="00A84B45" w:rsidP="00CA634C">
      <w:pPr>
        <w:keepNext/>
        <w:spacing w:before="120" w:after="0" w:line="240" w:lineRule="auto"/>
        <w:rPr>
          <w:rFonts w:eastAsia="Times New Roman" w:cs="Times New Roman"/>
          <w:bCs/>
          <w:i/>
          <w:iCs/>
          <w:sz w:val="26"/>
          <w:szCs w:val="18"/>
          <w:lang w:val="vi-VN"/>
        </w:rPr>
      </w:pPr>
      <w:r w:rsidRPr="008C62CF">
        <w:rPr>
          <w:rFonts w:eastAsia="Times New Roman" w:cs="Times New Roman"/>
          <w:bCs/>
          <w:i/>
          <w:iCs/>
          <w:sz w:val="26"/>
          <w:szCs w:val="18"/>
          <w:lang w:val="vi-VN"/>
        </w:rPr>
        <w:t>* Trường hợp bệnh nặng/nguy kịch là những trường hợp có suy giảm chức năng cơ quan, tổn thương nghiêm trọng và có thể tử vong.</w:t>
      </w:r>
    </w:p>
    <w:p w14:paraId="72763DB8" w14:textId="77777777" w:rsidR="00A84B45" w:rsidRPr="008C62CF" w:rsidRDefault="00A84B45" w:rsidP="00CA634C">
      <w:pPr>
        <w:keepNext/>
        <w:spacing w:before="120" w:after="0" w:line="240" w:lineRule="auto"/>
        <w:rPr>
          <w:rFonts w:eastAsia="Times New Roman" w:cs="Times New Roman"/>
          <w:bCs/>
          <w:i/>
          <w:iCs/>
          <w:spacing w:val="-2"/>
          <w:sz w:val="26"/>
          <w:szCs w:val="18"/>
          <w:lang w:val="vi-VN"/>
        </w:rPr>
      </w:pPr>
      <w:r w:rsidRPr="008C62CF">
        <w:rPr>
          <w:rFonts w:eastAsia="Times New Roman" w:cs="Times New Roman"/>
          <w:bCs/>
          <w:i/>
          <w:iCs/>
          <w:spacing w:val="-2"/>
          <w:sz w:val="26"/>
          <w:szCs w:val="18"/>
          <w:lang w:val="vi-VN"/>
        </w:rPr>
        <w:t>** Trường hợp biến chứng là bệnh, hội chứng hoặc tình trạng bệnh lý xuất hiện trong quá trình điều trị, là hậu quả hoặc do tiến triển xấu đi của bệnh trong quá trình điều trị.</w:t>
      </w:r>
    </w:p>
    <w:p w14:paraId="3D2ABFDE" w14:textId="77777777" w:rsidR="00A84B45" w:rsidRPr="008C62CF" w:rsidRDefault="00A84B45" w:rsidP="00CA634C">
      <w:pPr>
        <w:keepNext/>
        <w:spacing w:before="120" w:after="0" w:line="240" w:lineRule="auto"/>
        <w:rPr>
          <w:rFonts w:eastAsia="Times New Roman" w:cs="Times New Roman"/>
          <w:bCs/>
          <w:i/>
          <w:iCs/>
          <w:sz w:val="26"/>
          <w:szCs w:val="18"/>
          <w:lang w:val="vi-VN"/>
        </w:rPr>
      </w:pPr>
      <w:r w:rsidRPr="008C62CF">
        <w:rPr>
          <w:rFonts w:eastAsia="Times New Roman" w:cs="Times New Roman"/>
          <w:bCs/>
          <w:i/>
          <w:iCs/>
          <w:sz w:val="26"/>
          <w:szCs w:val="18"/>
          <w:lang w:val="vi-VN"/>
        </w:rPr>
        <w:t>*** Trường hợp bệnh có di chứng được xác định là một tình trạng bệnh lý được xác định còn lại sau khi đã được điều trị khỏi bệnh.</w:t>
      </w:r>
    </w:p>
    <w:p w14:paraId="13F95490" w14:textId="4DA157F4" w:rsidR="00884DFA" w:rsidRPr="00F54F5A" w:rsidRDefault="00436074" w:rsidP="00CA634C">
      <w:pPr>
        <w:keepNext/>
        <w:spacing w:before="120" w:after="0" w:line="240" w:lineRule="auto"/>
        <w:rPr>
          <w:rFonts w:cs="Times New Roman"/>
          <w:sz w:val="26"/>
          <w:lang w:val="vi-VN"/>
        </w:rPr>
      </w:pPr>
      <w:r w:rsidRPr="00F54F5A">
        <w:rPr>
          <w:rFonts w:eastAsia="Times New Roman" w:cs="Times New Roman"/>
          <w:b/>
          <w:sz w:val="26"/>
          <w:lang w:val="vi-VN"/>
        </w:rPr>
        <w:t>II. PHÂN BỐ CA MẮC, TỬ VONG VÀ DI CHỨNG</w:t>
      </w:r>
    </w:p>
    <w:tbl>
      <w:tblPr>
        <w:tblW w:w="142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88"/>
        <w:gridCol w:w="2236"/>
        <w:gridCol w:w="938"/>
        <w:gridCol w:w="938"/>
        <w:gridCol w:w="938"/>
        <w:gridCol w:w="938"/>
        <w:gridCol w:w="938"/>
        <w:gridCol w:w="938"/>
        <w:gridCol w:w="938"/>
        <w:gridCol w:w="938"/>
        <w:gridCol w:w="938"/>
        <w:gridCol w:w="938"/>
        <w:gridCol w:w="938"/>
        <w:gridCol w:w="938"/>
      </w:tblGrid>
      <w:tr w:rsidR="00884DFA" w:rsidRPr="00F54F5A" w14:paraId="77DE6AB1" w14:textId="77777777" w:rsidTr="00F54F5A">
        <w:trPr>
          <w:cantSplit/>
          <w:tblHeader/>
          <w:jc w:val="center"/>
        </w:trPr>
        <w:tc>
          <w:tcPr>
            <w:tcW w:w="739" w:type="dxa"/>
            <w:vMerge w:val="restart"/>
            <w:shd w:val="clear" w:color="auto" w:fill="E7E6E6"/>
            <w:tcMar>
              <w:top w:w="50" w:type="dxa"/>
              <w:left w:w="60" w:type="dxa"/>
              <w:bottom w:w="50" w:type="dxa"/>
              <w:right w:w="60" w:type="dxa"/>
            </w:tcMar>
            <w:vAlign w:val="center"/>
          </w:tcPr>
          <w:p w14:paraId="5F2DE2CA"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TT</w:t>
            </w:r>
          </w:p>
        </w:tc>
        <w:tc>
          <w:tcPr>
            <w:tcW w:w="2096" w:type="dxa"/>
            <w:vMerge w:val="restart"/>
            <w:shd w:val="clear" w:color="auto" w:fill="E7E6E6"/>
            <w:tcMar>
              <w:top w:w="50" w:type="dxa"/>
              <w:left w:w="60" w:type="dxa"/>
              <w:bottom w:w="50" w:type="dxa"/>
              <w:right w:w="60" w:type="dxa"/>
            </w:tcMar>
            <w:vAlign w:val="center"/>
          </w:tcPr>
          <w:p w14:paraId="7E624E59"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Nội dung</w:t>
            </w:r>
          </w:p>
        </w:tc>
        <w:tc>
          <w:tcPr>
            <w:tcW w:w="1758" w:type="dxa"/>
            <w:gridSpan w:val="2"/>
            <w:shd w:val="clear" w:color="auto" w:fill="E7E6E6"/>
            <w:tcMar>
              <w:top w:w="50" w:type="dxa"/>
              <w:left w:w="60" w:type="dxa"/>
              <w:bottom w:w="50" w:type="dxa"/>
              <w:right w:w="60" w:type="dxa"/>
            </w:tcMar>
            <w:vAlign w:val="center"/>
          </w:tcPr>
          <w:p w14:paraId="1C64ACE9"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Chung</w:t>
            </w:r>
          </w:p>
        </w:tc>
        <w:tc>
          <w:tcPr>
            <w:tcW w:w="1758" w:type="dxa"/>
            <w:gridSpan w:val="2"/>
            <w:shd w:val="clear" w:color="auto" w:fill="E7E6E6"/>
            <w:tcMar>
              <w:top w:w="50" w:type="dxa"/>
              <w:left w:w="60" w:type="dxa"/>
              <w:bottom w:w="50" w:type="dxa"/>
              <w:right w:w="60" w:type="dxa"/>
            </w:tcMar>
            <w:vAlign w:val="center"/>
          </w:tcPr>
          <w:p w14:paraId="5D4A34CB"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0 - 4 tuổi</w:t>
            </w:r>
          </w:p>
        </w:tc>
        <w:tc>
          <w:tcPr>
            <w:tcW w:w="1758" w:type="dxa"/>
            <w:gridSpan w:val="2"/>
            <w:shd w:val="clear" w:color="auto" w:fill="E7E6E6"/>
            <w:tcMar>
              <w:top w:w="50" w:type="dxa"/>
              <w:left w:w="60" w:type="dxa"/>
              <w:bottom w:w="50" w:type="dxa"/>
              <w:right w:w="60" w:type="dxa"/>
            </w:tcMar>
            <w:vAlign w:val="center"/>
          </w:tcPr>
          <w:p w14:paraId="02D83AE6"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5 - &lt;16 tuổi</w:t>
            </w:r>
          </w:p>
        </w:tc>
        <w:tc>
          <w:tcPr>
            <w:tcW w:w="1758" w:type="dxa"/>
            <w:gridSpan w:val="2"/>
            <w:shd w:val="clear" w:color="auto" w:fill="E7E6E6"/>
            <w:tcMar>
              <w:top w:w="50" w:type="dxa"/>
              <w:left w:w="60" w:type="dxa"/>
              <w:bottom w:w="50" w:type="dxa"/>
              <w:right w:w="60" w:type="dxa"/>
            </w:tcMar>
            <w:vAlign w:val="center"/>
          </w:tcPr>
          <w:p w14:paraId="3C58334A"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16 - 19 tuổi</w:t>
            </w:r>
          </w:p>
        </w:tc>
        <w:tc>
          <w:tcPr>
            <w:tcW w:w="1758" w:type="dxa"/>
            <w:gridSpan w:val="2"/>
            <w:shd w:val="clear" w:color="auto" w:fill="E7E6E6"/>
            <w:tcMar>
              <w:top w:w="50" w:type="dxa"/>
              <w:left w:w="60" w:type="dxa"/>
              <w:bottom w:w="50" w:type="dxa"/>
              <w:right w:w="60" w:type="dxa"/>
            </w:tcMar>
            <w:vAlign w:val="center"/>
          </w:tcPr>
          <w:p w14:paraId="1EB47E65"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20 - 60 tuổi</w:t>
            </w:r>
          </w:p>
        </w:tc>
        <w:tc>
          <w:tcPr>
            <w:tcW w:w="1758" w:type="dxa"/>
            <w:gridSpan w:val="2"/>
            <w:shd w:val="clear" w:color="auto" w:fill="E7E6E6"/>
            <w:tcMar>
              <w:top w:w="50" w:type="dxa"/>
              <w:left w:w="60" w:type="dxa"/>
              <w:bottom w:w="50" w:type="dxa"/>
              <w:right w:w="60" w:type="dxa"/>
            </w:tcMar>
            <w:vAlign w:val="center"/>
          </w:tcPr>
          <w:p w14:paraId="0D61B160"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&gt;60 tuổi</w:t>
            </w:r>
          </w:p>
        </w:tc>
      </w:tr>
      <w:tr w:rsidR="00AE3421" w:rsidRPr="00F54F5A" w14:paraId="50BDF763" w14:textId="77777777" w:rsidTr="00F54F5A">
        <w:trPr>
          <w:cantSplit/>
          <w:tblHeader/>
          <w:jc w:val="center"/>
        </w:trPr>
        <w:tc>
          <w:tcPr>
            <w:tcW w:w="739" w:type="dxa"/>
            <w:vMerge/>
          </w:tcPr>
          <w:p w14:paraId="2AAFF8B2" w14:textId="77777777" w:rsidR="00AE3421" w:rsidRPr="00F54F5A" w:rsidRDefault="00AE3421" w:rsidP="00F54F5A">
            <w:pPr>
              <w:spacing w:after="0" w:line="240" w:lineRule="auto"/>
              <w:rPr>
                <w:rFonts w:cs="Times New Roman"/>
                <w:sz w:val="24"/>
              </w:rPr>
            </w:pPr>
          </w:p>
        </w:tc>
        <w:tc>
          <w:tcPr>
            <w:tcW w:w="2096" w:type="dxa"/>
            <w:vMerge/>
          </w:tcPr>
          <w:p w14:paraId="3BE489D3" w14:textId="77777777" w:rsidR="00AE3421" w:rsidRPr="00F54F5A" w:rsidRDefault="00AE3421" w:rsidP="00F54F5A">
            <w:pPr>
              <w:spacing w:after="0" w:line="240" w:lineRule="auto"/>
              <w:rPr>
                <w:rFonts w:cs="Times New Roman"/>
                <w:sz w:val="24"/>
              </w:rPr>
            </w:pPr>
          </w:p>
        </w:tc>
        <w:tc>
          <w:tcPr>
            <w:tcW w:w="879" w:type="dxa"/>
            <w:shd w:val="clear" w:color="auto" w:fill="E7E6E6"/>
            <w:tcMar>
              <w:top w:w="50" w:type="dxa"/>
              <w:left w:w="60" w:type="dxa"/>
              <w:bottom w:w="50" w:type="dxa"/>
              <w:right w:w="60" w:type="dxa"/>
            </w:tcMar>
            <w:vAlign w:val="center"/>
          </w:tcPr>
          <w:p w14:paraId="4988303B" w14:textId="530A2E62"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Nam</w:t>
            </w:r>
          </w:p>
        </w:tc>
        <w:tc>
          <w:tcPr>
            <w:tcW w:w="879" w:type="dxa"/>
            <w:shd w:val="clear" w:color="auto" w:fill="E7E6E6"/>
            <w:tcMar>
              <w:top w:w="50" w:type="dxa"/>
              <w:left w:w="60" w:type="dxa"/>
              <w:bottom w:w="50" w:type="dxa"/>
              <w:right w:w="60" w:type="dxa"/>
            </w:tcMar>
            <w:vAlign w:val="center"/>
          </w:tcPr>
          <w:p w14:paraId="08AF1357" w14:textId="13742335"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Nữ</w:t>
            </w:r>
          </w:p>
        </w:tc>
        <w:tc>
          <w:tcPr>
            <w:tcW w:w="879" w:type="dxa"/>
            <w:shd w:val="clear" w:color="auto" w:fill="E7E6E6"/>
            <w:tcMar>
              <w:top w:w="50" w:type="dxa"/>
              <w:left w:w="60" w:type="dxa"/>
              <w:bottom w:w="50" w:type="dxa"/>
              <w:right w:w="60" w:type="dxa"/>
            </w:tcMar>
            <w:vAlign w:val="center"/>
          </w:tcPr>
          <w:p w14:paraId="3F85A428" w14:textId="263D019F"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Nam</w:t>
            </w:r>
          </w:p>
        </w:tc>
        <w:tc>
          <w:tcPr>
            <w:tcW w:w="879" w:type="dxa"/>
            <w:shd w:val="clear" w:color="auto" w:fill="E7E6E6"/>
            <w:tcMar>
              <w:top w:w="50" w:type="dxa"/>
              <w:left w:w="60" w:type="dxa"/>
              <w:bottom w:w="50" w:type="dxa"/>
              <w:right w:w="60" w:type="dxa"/>
            </w:tcMar>
            <w:vAlign w:val="center"/>
          </w:tcPr>
          <w:p w14:paraId="04F76B2D" w14:textId="338EB83F"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Nữ</w:t>
            </w:r>
          </w:p>
        </w:tc>
        <w:tc>
          <w:tcPr>
            <w:tcW w:w="879" w:type="dxa"/>
            <w:shd w:val="clear" w:color="auto" w:fill="E7E6E6"/>
            <w:tcMar>
              <w:top w:w="50" w:type="dxa"/>
              <w:left w:w="60" w:type="dxa"/>
              <w:bottom w:w="50" w:type="dxa"/>
              <w:right w:w="60" w:type="dxa"/>
            </w:tcMar>
            <w:vAlign w:val="center"/>
          </w:tcPr>
          <w:p w14:paraId="22D74C41" w14:textId="5E91F45E"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Nam</w:t>
            </w:r>
          </w:p>
        </w:tc>
        <w:tc>
          <w:tcPr>
            <w:tcW w:w="879" w:type="dxa"/>
            <w:shd w:val="clear" w:color="auto" w:fill="E7E6E6"/>
            <w:tcMar>
              <w:top w:w="50" w:type="dxa"/>
              <w:left w:w="60" w:type="dxa"/>
              <w:bottom w:w="50" w:type="dxa"/>
              <w:right w:w="60" w:type="dxa"/>
            </w:tcMar>
            <w:vAlign w:val="center"/>
          </w:tcPr>
          <w:p w14:paraId="38952837" w14:textId="020C98C2"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Nữ</w:t>
            </w:r>
          </w:p>
        </w:tc>
        <w:tc>
          <w:tcPr>
            <w:tcW w:w="879" w:type="dxa"/>
            <w:shd w:val="clear" w:color="auto" w:fill="E7E6E6"/>
            <w:tcMar>
              <w:top w:w="50" w:type="dxa"/>
              <w:left w:w="60" w:type="dxa"/>
              <w:bottom w:w="50" w:type="dxa"/>
              <w:right w:w="60" w:type="dxa"/>
            </w:tcMar>
            <w:vAlign w:val="center"/>
          </w:tcPr>
          <w:p w14:paraId="4D348E36" w14:textId="7BB496F3"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Nam</w:t>
            </w:r>
          </w:p>
        </w:tc>
        <w:tc>
          <w:tcPr>
            <w:tcW w:w="879" w:type="dxa"/>
            <w:shd w:val="clear" w:color="auto" w:fill="E7E6E6"/>
            <w:tcMar>
              <w:top w:w="50" w:type="dxa"/>
              <w:left w:w="60" w:type="dxa"/>
              <w:bottom w:w="50" w:type="dxa"/>
              <w:right w:w="60" w:type="dxa"/>
            </w:tcMar>
            <w:vAlign w:val="center"/>
          </w:tcPr>
          <w:p w14:paraId="74408B5A" w14:textId="30CF1791"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Nữ</w:t>
            </w:r>
          </w:p>
        </w:tc>
        <w:tc>
          <w:tcPr>
            <w:tcW w:w="879" w:type="dxa"/>
            <w:shd w:val="clear" w:color="auto" w:fill="E7E6E6"/>
            <w:tcMar>
              <w:top w:w="50" w:type="dxa"/>
              <w:left w:w="60" w:type="dxa"/>
              <w:bottom w:w="50" w:type="dxa"/>
              <w:right w:w="60" w:type="dxa"/>
            </w:tcMar>
            <w:vAlign w:val="center"/>
          </w:tcPr>
          <w:p w14:paraId="6B2EDE73" w14:textId="7417BC58"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Nam</w:t>
            </w:r>
          </w:p>
        </w:tc>
        <w:tc>
          <w:tcPr>
            <w:tcW w:w="879" w:type="dxa"/>
            <w:shd w:val="clear" w:color="auto" w:fill="E7E6E6"/>
            <w:tcMar>
              <w:top w:w="50" w:type="dxa"/>
              <w:left w:w="60" w:type="dxa"/>
              <w:bottom w:w="50" w:type="dxa"/>
              <w:right w:w="60" w:type="dxa"/>
            </w:tcMar>
            <w:vAlign w:val="center"/>
          </w:tcPr>
          <w:p w14:paraId="0018CB35" w14:textId="45006E5C"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Nữ</w:t>
            </w:r>
          </w:p>
        </w:tc>
        <w:tc>
          <w:tcPr>
            <w:tcW w:w="879" w:type="dxa"/>
            <w:shd w:val="clear" w:color="auto" w:fill="E7E6E6"/>
            <w:tcMar>
              <w:top w:w="50" w:type="dxa"/>
              <w:left w:w="60" w:type="dxa"/>
              <w:bottom w:w="50" w:type="dxa"/>
              <w:right w:w="60" w:type="dxa"/>
            </w:tcMar>
            <w:vAlign w:val="center"/>
          </w:tcPr>
          <w:p w14:paraId="5238533F" w14:textId="75AB31BA"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Nam</w:t>
            </w:r>
          </w:p>
        </w:tc>
        <w:tc>
          <w:tcPr>
            <w:tcW w:w="879" w:type="dxa"/>
            <w:shd w:val="clear" w:color="auto" w:fill="E7E6E6"/>
            <w:tcMar>
              <w:top w:w="50" w:type="dxa"/>
              <w:left w:w="60" w:type="dxa"/>
              <w:bottom w:w="50" w:type="dxa"/>
              <w:right w:w="60" w:type="dxa"/>
            </w:tcMar>
            <w:vAlign w:val="center"/>
          </w:tcPr>
          <w:p w14:paraId="55DE6B0F" w14:textId="60A84E9B"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Nữ</w:t>
            </w:r>
          </w:p>
        </w:tc>
      </w:tr>
      <w:tr w:rsidR="00884DFA" w:rsidRPr="00F54F5A" w14:paraId="6C847484" w14:textId="77777777" w:rsidTr="00F54F5A">
        <w:trPr>
          <w:cantSplit/>
          <w:jc w:val="center"/>
        </w:trPr>
        <w:tc>
          <w:tcPr>
            <w:tcW w:w="739" w:type="dxa"/>
            <w:tcMar>
              <w:top w:w="50" w:type="dxa"/>
              <w:left w:w="60" w:type="dxa"/>
              <w:bottom w:w="50" w:type="dxa"/>
              <w:right w:w="60" w:type="dxa"/>
            </w:tcMar>
            <w:vAlign w:val="center"/>
          </w:tcPr>
          <w:p w14:paraId="22C8821C"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1</w:t>
            </w:r>
          </w:p>
        </w:tc>
        <w:tc>
          <w:tcPr>
            <w:tcW w:w="2096" w:type="dxa"/>
            <w:tcMar>
              <w:top w:w="50" w:type="dxa"/>
              <w:left w:w="60" w:type="dxa"/>
              <w:bottom w:w="50" w:type="dxa"/>
              <w:right w:w="60" w:type="dxa"/>
            </w:tcMar>
            <w:vAlign w:val="center"/>
          </w:tcPr>
          <w:p w14:paraId="01342A4B" w14:textId="486F3520" w:rsidR="00884DFA"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436074" w:rsidRPr="00F54F5A">
              <w:rPr>
                <w:rFonts w:eastAsia="Times New Roman" w:cs="Times New Roman"/>
                <w:sz w:val="24"/>
              </w:rPr>
              <w:t xml:space="preserve"> mắc</w:t>
            </w:r>
          </w:p>
        </w:tc>
        <w:tc>
          <w:tcPr>
            <w:tcW w:w="879" w:type="dxa"/>
            <w:tcMar>
              <w:top w:w="50" w:type="dxa"/>
              <w:left w:w="60" w:type="dxa"/>
              <w:bottom w:w="50" w:type="dxa"/>
              <w:right w:w="60" w:type="dxa"/>
            </w:tcMar>
            <w:vAlign w:val="center"/>
          </w:tcPr>
          <w:p w14:paraId="4947229D"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907B0AF"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7121219"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B4D31D6"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B7D8FAB"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AFD846A"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ACDA290"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DE22FCE"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9509BDF"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4789007"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03A4A78"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7477C9D" w14:textId="77777777" w:rsidR="00884DFA" w:rsidRPr="00F54F5A" w:rsidRDefault="00884DFA" w:rsidP="00F54F5A">
            <w:pPr>
              <w:spacing w:after="0" w:line="240" w:lineRule="auto"/>
              <w:jc w:val="center"/>
              <w:rPr>
                <w:rFonts w:cs="Times New Roman"/>
                <w:sz w:val="24"/>
              </w:rPr>
            </w:pPr>
          </w:p>
        </w:tc>
      </w:tr>
      <w:tr w:rsidR="00884DFA" w:rsidRPr="00F54F5A" w14:paraId="51AF4004" w14:textId="77777777" w:rsidTr="00F54F5A">
        <w:trPr>
          <w:cantSplit/>
          <w:jc w:val="center"/>
        </w:trPr>
        <w:tc>
          <w:tcPr>
            <w:tcW w:w="739" w:type="dxa"/>
            <w:tcMar>
              <w:top w:w="50" w:type="dxa"/>
              <w:left w:w="60" w:type="dxa"/>
              <w:bottom w:w="50" w:type="dxa"/>
              <w:right w:w="60" w:type="dxa"/>
            </w:tcMar>
            <w:vAlign w:val="center"/>
          </w:tcPr>
          <w:p w14:paraId="3076E03E"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1.1</w:t>
            </w:r>
          </w:p>
        </w:tc>
        <w:tc>
          <w:tcPr>
            <w:tcW w:w="2096" w:type="dxa"/>
            <w:tcMar>
              <w:top w:w="50" w:type="dxa"/>
              <w:left w:w="60" w:type="dxa"/>
              <w:bottom w:w="50" w:type="dxa"/>
              <w:right w:w="60" w:type="dxa"/>
            </w:tcMar>
            <w:vAlign w:val="center"/>
          </w:tcPr>
          <w:p w14:paraId="5B8580C4" w14:textId="763D875C" w:rsidR="00884DFA" w:rsidRPr="00F54F5A" w:rsidRDefault="008F6410" w:rsidP="00F54F5A">
            <w:pPr>
              <w:spacing w:after="0" w:line="240" w:lineRule="auto"/>
              <w:rPr>
                <w:rFonts w:cs="Times New Roman"/>
                <w:sz w:val="24"/>
              </w:rPr>
            </w:pPr>
            <w:r w:rsidRPr="00F54F5A">
              <w:rPr>
                <w:rFonts w:eastAsia="Times New Roman" w:cs="Times New Roman"/>
                <w:sz w:val="24"/>
              </w:rPr>
              <w:t>Số trường hợp bệnh</w:t>
            </w:r>
            <w:r w:rsidR="00B6413E" w:rsidRPr="00F54F5A">
              <w:rPr>
                <w:rFonts w:eastAsia="Times New Roman" w:cs="Times New Roman"/>
                <w:sz w:val="24"/>
              </w:rPr>
              <w:t xml:space="preserve"> nghi ngờ</w:t>
            </w:r>
          </w:p>
        </w:tc>
        <w:tc>
          <w:tcPr>
            <w:tcW w:w="879" w:type="dxa"/>
            <w:tcMar>
              <w:top w:w="50" w:type="dxa"/>
              <w:left w:w="60" w:type="dxa"/>
              <w:bottom w:w="50" w:type="dxa"/>
              <w:right w:w="60" w:type="dxa"/>
            </w:tcMar>
            <w:vAlign w:val="center"/>
          </w:tcPr>
          <w:p w14:paraId="2BA9BBAB"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9914825"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5896FAF"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48E67E9"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6353F98"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3D57DE9"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04C4FBB"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A9B649E"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66FD745"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BA22BAF"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772CC8F"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A1E910C" w14:textId="77777777" w:rsidR="00884DFA" w:rsidRPr="00F54F5A" w:rsidRDefault="00884DFA" w:rsidP="00F54F5A">
            <w:pPr>
              <w:spacing w:after="0" w:line="240" w:lineRule="auto"/>
              <w:jc w:val="center"/>
              <w:rPr>
                <w:rFonts w:cs="Times New Roman"/>
                <w:sz w:val="24"/>
              </w:rPr>
            </w:pPr>
          </w:p>
        </w:tc>
      </w:tr>
      <w:tr w:rsidR="00884DFA" w:rsidRPr="00F54F5A" w14:paraId="2BA20187" w14:textId="77777777" w:rsidTr="00F54F5A">
        <w:trPr>
          <w:cantSplit/>
          <w:jc w:val="center"/>
        </w:trPr>
        <w:tc>
          <w:tcPr>
            <w:tcW w:w="739" w:type="dxa"/>
            <w:tcMar>
              <w:top w:w="50" w:type="dxa"/>
              <w:left w:w="60" w:type="dxa"/>
              <w:bottom w:w="50" w:type="dxa"/>
              <w:right w:w="60" w:type="dxa"/>
            </w:tcMar>
            <w:vAlign w:val="center"/>
          </w:tcPr>
          <w:p w14:paraId="4B37BE4E"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1.2</w:t>
            </w:r>
          </w:p>
        </w:tc>
        <w:tc>
          <w:tcPr>
            <w:tcW w:w="2096" w:type="dxa"/>
            <w:tcMar>
              <w:top w:w="50" w:type="dxa"/>
              <w:left w:w="60" w:type="dxa"/>
              <w:bottom w:w="50" w:type="dxa"/>
              <w:right w:w="60" w:type="dxa"/>
            </w:tcMar>
            <w:vAlign w:val="center"/>
          </w:tcPr>
          <w:p w14:paraId="348CA2E8" w14:textId="68D559B3" w:rsidR="00884DFA" w:rsidRPr="00F54F5A" w:rsidRDefault="008F6410" w:rsidP="00F54F5A">
            <w:pPr>
              <w:spacing w:after="0" w:line="240" w:lineRule="auto"/>
              <w:rPr>
                <w:rFonts w:cs="Times New Roman"/>
                <w:sz w:val="24"/>
              </w:rPr>
            </w:pPr>
            <w:r w:rsidRPr="00F54F5A">
              <w:rPr>
                <w:rFonts w:eastAsia="Times New Roman" w:cs="Times New Roman"/>
                <w:sz w:val="24"/>
              </w:rPr>
              <w:t>Số trường hợp bệnh</w:t>
            </w:r>
            <w:r w:rsidR="00B6413E" w:rsidRPr="00F54F5A">
              <w:rPr>
                <w:rFonts w:eastAsia="Times New Roman" w:cs="Times New Roman"/>
                <w:sz w:val="24"/>
              </w:rPr>
              <w:t xml:space="preserve"> xác định</w:t>
            </w:r>
          </w:p>
        </w:tc>
        <w:tc>
          <w:tcPr>
            <w:tcW w:w="879" w:type="dxa"/>
            <w:tcMar>
              <w:top w:w="50" w:type="dxa"/>
              <w:left w:w="60" w:type="dxa"/>
              <w:bottom w:w="50" w:type="dxa"/>
              <w:right w:w="60" w:type="dxa"/>
            </w:tcMar>
            <w:vAlign w:val="center"/>
          </w:tcPr>
          <w:p w14:paraId="12527FB1"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1F961E0"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72C872B"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24A70B0"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CD1E847"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BC8CB8C"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135BF4E"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5F90081"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C9547A8"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5EAB600"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854D9CB"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A3418A3" w14:textId="77777777" w:rsidR="00884DFA" w:rsidRPr="00F54F5A" w:rsidRDefault="00884DFA" w:rsidP="00F54F5A">
            <w:pPr>
              <w:spacing w:after="0" w:line="240" w:lineRule="auto"/>
              <w:jc w:val="center"/>
              <w:rPr>
                <w:rFonts w:cs="Times New Roman"/>
                <w:sz w:val="24"/>
              </w:rPr>
            </w:pPr>
          </w:p>
        </w:tc>
      </w:tr>
      <w:tr w:rsidR="00884DFA" w:rsidRPr="00F54F5A" w14:paraId="5D5EE6DD" w14:textId="77777777" w:rsidTr="00F54F5A">
        <w:trPr>
          <w:cantSplit/>
          <w:jc w:val="center"/>
        </w:trPr>
        <w:tc>
          <w:tcPr>
            <w:tcW w:w="739" w:type="dxa"/>
            <w:tcMar>
              <w:top w:w="50" w:type="dxa"/>
              <w:left w:w="60" w:type="dxa"/>
              <w:bottom w:w="50" w:type="dxa"/>
              <w:right w:w="60" w:type="dxa"/>
            </w:tcMar>
            <w:vAlign w:val="center"/>
          </w:tcPr>
          <w:p w14:paraId="0121697F"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2</w:t>
            </w:r>
          </w:p>
        </w:tc>
        <w:tc>
          <w:tcPr>
            <w:tcW w:w="2096" w:type="dxa"/>
            <w:tcMar>
              <w:top w:w="50" w:type="dxa"/>
              <w:left w:w="60" w:type="dxa"/>
              <w:bottom w:w="50" w:type="dxa"/>
              <w:right w:w="60" w:type="dxa"/>
            </w:tcMar>
            <w:vAlign w:val="center"/>
          </w:tcPr>
          <w:p w14:paraId="79D8CB41" w14:textId="128E5F61" w:rsidR="00884DFA"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436074" w:rsidRPr="00F54F5A">
              <w:rPr>
                <w:rFonts w:eastAsia="Times New Roman" w:cs="Times New Roman"/>
                <w:sz w:val="24"/>
              </w:rPr>
              <w:t xml:space="preserve"> tử vong</w:t>
            </w:r>
          </w:p>
        </w:tc>
        <w:tc>
          <w:tcPr>
            <w:tcW w:w="879" w:type="dxa"/>
            <w:tcMar>
              <w:top w:w="50" w:type="dxa"/>
              <w:left w:w="60" w:type="dxa"/>
              <w:bottom w:w="50" w:type="dxa"/>
              <w:right w:w="60" w:type="dxa"/>
            </w:tcMar>
            <w:vAlign w:val="center"/>
          </w:tcPr>
          <w:p w14:paraId="0CFA7D92"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0AFF9EC"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A1388D4"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A7532C3"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D29510F"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5178DB6"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3A429C0"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BE29228"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E0DAF1F"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E0400A5"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A997F40"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DB394C4" w14:textId="77777777" w:rsidR="00884DFA" w:rsidRPr="00F54F5A" w:rsidRDefault="00884DFA" w:rsidP="00F54F5A">
            <w:pPr>
              <w:spacing w:after="0" w:line="240" w:lineRule="auto"/>
              <w:jc w:val="center"/>
              <w:rPr>
                <w:rFonts w:cs="Times New Roman"/>
                <w:sz w:val="24"/>
              </w:rPr>
            </w:pPr>
          </w:p>
        </w:tc>
      </w:tr>
      <w:tr w:rsidR="00884DFA" w:rsidRPr="00F54F5A" w14:paraId="298B908F" w14:textId="77777777" w:rsidTr="00F54F5A">
        <w:trPr>
          <w:cantSplit/>
          <w:jc w:val="center"/>
        </w:trPr>
        <w:tc>
          <w:tcPr>
            <w:tcW w:w="739" w:type="dxa"/>
            <w:tcMar>
              <w:top w:w="50" w:type="dxa"/>
              <w:left w:w="60" w:type="dxa"/>
              <w:bottom w:w="50" w:type="dxa"/>
              <w:right w:w="60" w:type="dxa"/>
            </w:tcMar>
            <w:vAlign w:val="center"/>
          </w:tcPr>
          <w:p w14:paraId="1CCB86F3"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3</w:t>
            </w:r>
          </w:p>
        </w:tc>
        <w:tc>
          <w:tcPr>
            <w:tcW w:w="2096" w:type="dxa"/>
            <w:tcMar>
              <w:top w:w="50" w:type="dxa"/>
              <w:left w:w="60" w:type="dxa"/>
              <w:bottom w:w="50" w:type="dxa"/>
              <w:right w:w="60" w:type="dxa"/>
            </w:tcMar>
            <w:vAlign w:val="center"/>
          </w:tcPr>
          <w:p w14:paraId="4704E9E0" w14:textId="11DA3360" w:rsidR="00884DFA"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436074" w:rsidRPr="00F54F5A">
              <w:rPr>
                <w:rFonts w:eastAsia="Times New Roman" w:cs="Times New Roman"/>
                <w:sz w:val="24"/>
              </w:rPr>
              <w:t xml:space="preserve"> có di chứng</w:t>
            </w:r>
          </w:p>
        </w:tc>
        <w:tc>
          <w:tcPr>
            <w:tcW w:w="879" w:type="dxa"/>
            <w:tcMar>
              <w:top w:w="50" w:type="dxa"/>
              <w:left w:w="60" w:type="dxa"/>
              <w:bottom w:w="50" w:type="dxa"/>
              <w:right w:w="60" w:type="dxa"/>
            </w:tcMar>
            <w:vAlign w:val="center"/>
          </w:tcPr>
          <w:p w14:paraId="228D08CC"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7974C75"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25CEFE2"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26B8099"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1316312"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EB27C2F"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052FE53"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AF39BAF"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EA840C6"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7C9A83F"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E485B31"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8DF4CA0" w14:textId="77777777" w:rsidR="00884DFA" w:rsidRPr="00F54F5A" w:rsidRDefault="00884DFA" w:rsidP="00F54F5A">
            <w:pPr>
              <w:spacing w:after="0" w:line="240" w:lineRule="auto"/>
              <w:jc w:val="center"/>
              <w:rPr>
                <w:rFonts w:cs="Times New Roman"/>
                <w:sz w:val="24"/>
              </w:rPr>
            </w:pPr>
          </w:p>
        </w:tc>
      </w:tr>
    </w:tbl>
    <w:p w14:paraId="6A35904B" w14:textId="77777777" w:rsidR="00884DFA" w:rsidRPr="00F54F5A" w:rsidRDefault="00436074" w:rsidP="00CA634C">
      <w:pPr>
        <w:spacing w:before="120" w:after="0" w:line="240" w:lineRule="auto"/>
        <w:rPr>
          <w:rFonts w:cs="Times New Roman"/>
          <w:sz w:val="26"/>
        </w:rPr>
      </w:pPr>
      <w:r w:rsidRPr="00F54F5A">
        <w:rPr>
          <w:rFonts w:eastAsia="Times New Roman" w:cs="Times New Roman"/>
          <w:i/>
          <w:sz w:val="26"/>
        </w:rPr>
        <w:t>(Số liệu của toàn bộ thời gian thống kê; nhóm tuổi và giới tính xác định theo tuổi tại thời điểm mắc bệnh.)</w:t>
      </w:r>
    </w:p>
    <w:tbl>
      <w:tblPr>
        <w:tblW w:w="142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7"/>
        <w:gridCol w:w="5986"/>
        <w:gridCol w:w="2457"/>
        <w:gridCol w:w="2457"/>
        <w:gridCol w:w="2613"/>
      </w:tblGrid>
      <w:tr w:rsidR="00884DFA" w:rsidRPr="008C62CF" w14:paraId="5639EB86" w14:textId="77777777" w:rsidTr="00F54F5A">
        <w:trPr>
          <w:cantSplit/>
          <w:tblHeader/>
          <w:jc w:val="center"/>
        </w:trPr>
        <w:tc>
          <w:tcPr>
            <w:tcW w:w="709" w:type="dxa"/>
            <w:shd w:val="clear" w:color="auto" w:fill="E7E6E6"/>
            <w:tcMar>
              <w:top w:w="50" w:type="dxa"/>
              <w:left w:w="60" w:type="dxa"/>
              <w:bottom w:w="50" w:type="dxa"/>
              <w:right w:w="60" w:type="dxa"/>
            </w:tcMar>
            <w:vAlign w:val="center"/>
          </w:tcPr>
          <w:p w14:paraId="23ED7EFD"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TT</w:t>
            </w:r>
          </w:p>
        </w:tc>
        <w:tc>
          <w:tcPr>
            <w:tcW w:w="5526" w:type="dxa"/>
            <w:shd w:val="clear" w:color="auto" w:fill="E7E6E6"/>
            <w:tcMar>
              <w:top w:w="50" w:type="dxa"/>
              <w:left w:w="60" w:type="dxa"/>
              <w:bottom w:w="50" w:type="dxa"/>
              <w:right w:w="60" w:type="dxa"/>
            </w:tcMar>
            <w:vAlign w:val="center"/>
          </w:tcPr>
          <w:p w14:paraId="692D7F68" w14:textId="2ECEECB4" w:rsidR="00884DFA" w:rsidRPr="00F54F5A" w:rsidRDefault="00436074" w:rsidP="00F54F5A">
            <w:pPr>
              <w:spacing w:after="0" w:line="240" w:lineRule="auto"/>
              <w:jc w:val="center"/>
              <w:rPr>
                <w:rFonts w:cs="Times New Roman"/>
                <w:sz w:val="24"/>
                <w:lang w:val="vi-VN"/>
              </w:rPr>
            </w:pPr>
            <w:r w:rsidRPr="00F54F5A">
              <w:rPr>
                <w:rFonts w:eastAsia="Times New Roman" w:cs="Times New Roman"/>
                <w:b/>
                <w:sz w:val="24"/>
              </w:rPr>
              <w:t>Dân tộc</w:t>
            </w:r>
          </w:p>
        </w:tc>
        <w:tc>
          <w:tcPr>
            <w:tcW w:w="2268" w:type="dxa"/>
            <w:shd w:val="clear" w:color="auto" w:fill="E7E6E6"/>
            <w:tcMar>
              <w:top w:w="50" w:type="dxa"/>
              <w:left w:w="60" w:type="dxa"/>
              <w:bottom w:w="50" w:type="dxa"/>
              <w:right w:w="60" w:type="dxa"/>
            </w:tcMar>
            <w:vAlign w:val="center"/>
          </w:tcPr>
          <w:p w14:paraId="117DAE46" w14:textId="21F4D9F5" w:rsidR="00884DFA" w:rsidRPr="00F54F5A" w:rsidRDefault="003A21C1" w:rsidP="00F54F5A">
            <w:pPr>
              <w:spacing w:after="0" w:line="240" w:lineRule="auto"/>
              <w:jc w:val="center"/>
              <w:rPr>
                <w:rFonts w:cs="Times New Roman"/>
                <w:sz w:val="24"/>
                <w:lang w:val="vi-VN"/>
              </w:rPr>
            </w:pPr>
            <w:r w:rsidRPr="00F54F5A">
              <w:rPr>
                <w:rFonts w:eastAsia="Times New Roman" w:cs="Times New Roman"/>
                <w:b/>
                <w:sz w:val="24"/>
                <w:lang w:val="vi-VN"/>
              </w:rPr>
              <w:t>Số trường hợp bệnh</w:t>
            </w:r>
            <w:r w:rsidR="00436074" w:rsidRPr="00F54F5A">
              <w:rPr>
                <w:rFonts w:eastAsia="Times New Roman" w:cs="Times New Roman"/>
                <w:b/>
                <w:sz w:val="24"/>
                <w:lang w:val="vi-VN"/>
              </w:rPr>
              <w:t xml:space="preserve"> mắc</w:t>
            </w:r>
          </w:p>
        </w:tc>
        <w:tc>
          <w:tcPr>
            <w:tcW w:w="2268" w:type="dxa"/>
            <w:shd w:val="clear" w:color="auto" w:fill="E7E6E6"/>
            <w:tcMar>
              <w:top w:w="50" w:type="dxa"/>
              <w:left w:w="60" w:type="dxa"/>
              <w:bottom w:w="50" w:type="dxa"/>
              <w:right w:w="60" w:type="dxa"/>
            </w:tcMar>
            <w:vAlign w:val="center"/>
          </w:tcPr>
          <w:p w14:paraId="1D935FB7" w14:textId="27111A0C" w:rsidR="00884DFA" w:rsidRPr="00F54F5A" w:rsidRDefault="003A21C1" w:rsidP="00F54F5A">
            <w:pPr>
              <w:spacing w:after="0" w:line="240" w:lineRule="auto"/>
              <w:jc w:val="center"/>
              <w:rPr>
                <w:rFonts w:cs="Times New Roman"/>
                <w:sz w:val="24"/>
                <w:lang w:val="vi-VN"/>
              </w:rPr>
            </w:pPr>
            <w:r w:rsidRPr="00F54F5A">
              <w:rPr>
                <w:rFonts w:eastAsia="Times New Roman" w:cs="Times New Roman"/>
                <w:b/>
                <w:sz w:val="24"/>
                <w:lang w:val="vi-VN"/>
              </w:rPr>
              <w:t>Số trường hợp bệnh</w:t>
            </w:r>
            <w:r w:rsidR="00436074" w:rsidRPr="00F54F5A">
              <w:rPr>
                <w:rFonts w:eastAsia="Times New Roman" w:cs="Times New Roman"/>
                <w:b/>
                <w:sz w:val="24"/>
                <w:lang w:val="vi-VN"/>
              </w:rPr>
              <w:t xml:space="preserve"> tử vong</w:t>
            </w:r>
          </w:p>
        </w:tc>
        <w:tc>
          <w:tcPr>
            <w:tcW w:w="2412" w:type="dxa"/>
            <w:shd w:val="clear" w:color="auto" w:fill="E7E6E6"/>
            <w:tcMar>
              <w:top w:w="50" w:type="dxa"/>
              <w:left w:w="60" w:type="dxa"/>
              <w:bottom w:w="50" w:type="dxa"/>
              <w:right w:w="60" w:type="dxa"/>
            </w:tcMar>
            <w:vAlign w:val="center"/>
          </w:tcPr>
          <w:p w14:paraId="39CBB05E" w14:textId="4A601F9A" w:rsidR="00884DFA" w:rsidRPr="00F54F5A" w:rsidRDefault="003A21C1" w:rsidP="00F54F5A">
            <w:pPr>
              <w:spacing w:after="0" w:line="240" w:lineRule="auto"/>
              <w:jc w:val="center"/>
              <w:rPr>
                <w:rFonts w:cs="Times New Roman"/>
                <w:sz w:val="24"/>
                <w:lang w:val="vi-VN"/>
              </w:rPr>
            </w:pPr>
            <w:r w:rsidRPr="00F54F5A">
              <w:rPr>
                <w:rFonts w:eastAsia="Times New Roman" w:cs="Times New Roman"/>
                <w:b/>
                <w:sz w:val="24"/>
                <w:lang w:val="vi-VN"/>
              </w:rPr>
              <w:t>Số trường hợp bệnh</w:t>
            </w:r>
            <w:r w:rsidR="00436074" w:rsidRPr="00F54F5A">
              <w:rPr>
                <w:rFonts w:eastAsia="Times New Roman" w:cs="Times New Roman"/>
                <w:b/>
                <w:sz w:val="24"/>
                <w:lang w:val="vi-VN"/>
              </w:rPr>
              <w:t xml:space="preserve"> có di chứng</w:t>
            </w:r>
          </w:p>
        </w:tc>
      </w:tr>
      <w:tr w:rsidR="00884DFA" w:rsidRPr="00F54F5A" w14:paraId="22640FBE" w14:textId="77777777" w:rsidTr="00F54F5A">
        <w:trPr>
          <w:cantSplit/>
          <w:jc w:val="center"/>
        </w:trPr>
        <w:tc>
          <w:tcPr>
            <w:tcW w:w="709" w:type="dxa"/>
            <w:tcMar>
              <w:top w:w="50" w:type="dxa"/>
              <w:left w:w="60" w:type="dxa"/>
              <w:bottom w:w="50" w:type="dxa"/>
              <w:right w:w="60" w:type="dxa"/>
            </w:tcMar>
            <w:vAlign w:val="center"/>
          </w:tcPr>
          <w:p w14:paraId="070D6AAB"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1</w:t>
            </w:r>
          </w:p>
        </w:tc>
        <w:tc>
          <w:tcPr>
            <w:tcW w:w="5526" w:type="dxa"/>
            <w:tcMar>
              <w:top w:w="50" w:type="dxa"/>
              <w:left w:w="60" w:type="dxa"/>
              <w:bottom w:w="50" w:type="dxa"/>
              <w:right w:w="60" w:type="dxa"/>
            </w:tcMar>
            <w:vAlign w:val="center"/>
          </w:tcPr>
          <w:p w14:paraId="28C1E6AF" w14:textId="77777777" w:rsidR="00884DFA" w:rsidRPr="00F54F5A" w:rsidRDefault="00436074" w:rsidP="00F54F5A">
            <w:pPr>
              <w:spacing w:after="0" w:line="240" w:lineRule="auto"/>
              <w:rPr>
                <w:rFonts w:cs="Times New Roman"/>
                <w:sz w:val="24"/>
              </w:rPr>
            </w:pPr>
            <w:r w:rsidRPr="00F54F5A">
              <w:rPr>
                <w:rFonts w:eastAsia="Times New Roman" w:cs="Times New Roman"/>
                <w:sz w:val="24"/>
              </w:rPr>
              <w:t>Dân tộc Kinh</w:t>
            </w:r>
          </w:p>
        </w:tc>
        <w:tc>
          <w:tcPr>
            <w:tcW w:w="2268" w:type="dxa"/>
            <w:tcMar>
              <w:top w:w="50" w:type="dxa"/>
              <w:left w:w="60" w:type="dxa"/>
              <w:bottom w:w="50" w:type="dxa"/>
              <w:right w:w="60" w:type="dxa"/>
            </w:tcMar>
            <w:vAlign w:val="center"/>
          </w:tcPr>
          <w:p w14:paraId="31BB82C5" w14:textId="77777777" w:rsidR="00884DFA" w:rsidRPr="00F54F5A" w:rsidRDefault="00884DFA"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01948614" w14:textId="77777777" w:rsidR="00884DFA" w:rsidRPr="00F54F5A" w:rsidRDefault="00884DFA" w:rsidP="00F54F5A">
            <w:pPr>
              <w:spacing w:after="0" w:line="240" w:lineRule="auto"/>
              <w:jc w:val="center"/>
              <w:rPr>
                <w:rFonts w:cs="Times New Roman"/>
                <w:sz w:val="24"/>
              </w:rPr>
            </w:pPr>
          </w:p>
        </w:tc>
        <w:tc>
          <w:tcPr>
            <w:tcW w:w="2412" w:type="dxa"/>
            <w:tcMar>
              <w:top w:w="50" w:type="dxa"/>
              <w:left w:w="60" w:type="dxa"/>
              <w:bottom w:w="50" w:type="dxa"/>
              <w:right w:w="60" w:type="dxa"/>
            </w:tcMar>
            <w:vAlign w:val="center"/>
          </w:tcPr>
          <w:p w14:paraId="39E85DD2" w14:textId="77777777" w:rsidR="00884DFA" w:rsidRPr="00F54F5A" w:rsidRDefault="00884DFA" w:rsidP="00F54F5A">
            <w:pPr>
              <w:spacing w:after="0" w:line="240" w:lineRule="auto"/>
              <w:jc w:val="center"/>
              <w:rPr>
                <w:rFonts w:cs="Times New Roman"/>
                <w:sz w:val="24"/>
              </w:rPr>
            </w:pPr>
          </w:p>
        </w:tc>
      </w:tr>
      <w:tr w:rsidR="00884DFA" w:rsidRPr="00F54F5A" w14:paraId="792E0414" w14:textId="77777777" w:rsidTr="00F54F5A">
        <w:trPr>
          <w:cantSplit/>
          <w:jc w:val="center"/>
        </w:trPr>
        <w:tc>
          <w:tcPr>
            <w:tcW w:w="709" w:type="dxa"/>
            <w:tcMar>
              <w:top w:w="50" w:type="dxa"/>
              <w:left w:w="60" w:type="dxa"/>
              <w:bottom w:w="50" w:type="dxa"/>
              <w:right w:w="60" w:type="dxa"/>
            </w:tcMar>
            <w:vAlign w:val="center"/>
          </w:tcPr>
          <w:p w14:paraId="73BCB1C7"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2</w:t>
            </w:r>
          </w:p>
        </w:tc>
        <w:tc>
          <w:tcPr>
            <w:tcW w:w="5526" w:type="dxa"/>
            <w:tcMar>
              <w:top w:w="50" w:type="dxa"/>
              <w:left w:w="60" w:type="dxa"/>
              <w:bottom w:w="50" w:type="dxa"/>
              <w:right w:w="60" w:type="dxa"/>
            </w:tcMar>
            <w:vAlign w:val="center"/>
          </w:tcPr>
          <w:p w14:paraId="28FD239E" w14:textId="77777777" w:rsidR="00884DFA" w:rsidRPr="00F54F5A" w:rsidRDefault="00436074" w:rsidP="00F54F5A">
            <w:pPr>
              <w:spacing w:after="0" w:line="240" w:lineRule="auto"/>
              <w:rPr>
                <w:rFonts w:cs="Times New Roman"/>
                <w:sz w:val="24"/>
              </w:rPr>
            </w:pPr>
            <w:r w:rsidRPr="00F54F5A">
              <w:rPr>
                <w:rFonts w:eastAsia="Times New Roman" w:cs="Times New Roman"/>
                <w:sz w:val="24"/>
              </w:rPr>
              <w:t>Dân tộc khác</w:t>
            </w:r>
          </w:p>
        </w:tc>
        <w:tc>
          <w:tcPr>
            <w:tcW w:w="2268" w:type="dxa"/>
            <w:tcMar>
              <w:top w:w="50" w:type="dxa"/>
              <w:left w:w="60" w:type="dxa"/>
              <w:bottom w:w="50" w:type="dxa"/>
              <w:right w:w="60" w:type="dxa"/>
            </w:tcMar>
            <w:vAlign w:val="center"/>
          </w:tcPr>
          <w:p w14:paraId="124C35D9" w14:textId="77777777" w:rsidR="00884DFA" w:rsidRPr="00F54F5A" w:rsidRDefault="00884DFA"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10BA8A52" w14:textId="77777777" w:rsidR="00884DFA" w:rsidRPr="00F54F5A" w:rsidRDefault="00884DFA" w:rsidP="00F54F5A">
            <w:pPr>
              <w:spacing w:after="0" w:line="240" w:lineRule="auto"/>
              <w:jc w:val="center"/>
              <w:rPr>
                <w:rFonts w:cs="Times New Roman"/>
                <w:sz w:val="24"/>
              </w:rPr>
            </w:pPr>
          </w:p>
        </w:tc>
        <w:tc>
          <w:tcPr>
            <w:tcW w:w="2412" w:type="dxa"/>
            <w:tcMar>
              <w:top w:w="50" w:type="dxa"/>
              <w:left w:w="60" w:type="dxa"/>
              <w:bottom w:w="50" w:type="dxa"/>
              <w:right w:w="60" w:type="dxa"/>
            </w:tcMar>
            <w:vAlign w:val="center"/>
          </w:tcPr>
          <w:p w14:paraId="5F592003" w14:textId="77777777" w:rsidR="00884DFA" w:rsidRPr="00F54F5A" w:rsidRDefault="00884DFA" w:rsidP="00F54F5A">
            <w:pPr>
              <w:spacing w:after="0" w:line="240" w:lineRule="auto"/>
              <w:jc w:val="center"/>
              <w:rPr>
                <w:rFonts w:cs="Times New Roman"/>
                <w:sz w:val="24"/>
              </w:rPr>
            </w:pPr>
          </w:p>
        </w:tc>
      </w:tr>
      <w:tr w:rsidR="00884DFA" w:rsidRPr="00F54F5A" w14:paraId="15BE3F0E" w14:textId="77777777" w:rsidTr="00F54F5A">
        <w:trPr>
          <w:cantSplit/>
          <w:jc w:val="center"/>
        </w:trPr>
        <w:tc>
          <w:tcPr>
            <w:tcW w:w="709" w:type="dxa"/>
            <w:tcMar>
              <w:top w:w="50" w:type="dxa"/>
              <w:left w:w="60" w:type="dxa"/>
              <w:bottom w:w="50" w:type="dxa"/>
              <w:right w:w="60" w:type="dxa"/>
            </w:tcMar>
            <w:vAlign w:val="center"/>
          </w:tcPr>
          <w:p w14:paraId="767CAEA7" w14:textId="7C2E64DB" w:rsidR="00884DFA" w:rsidRPr="00F54F5A" w:rsidRDefault="00AE3421" w:rsidP="00F54F5A">
            <w:pPr>
              <w:spacing w:after="0" w:line="240" w:lineRule="auto"/>
              <w:jc w:val="center"/>
              <w:rPr>
                <w:rFonts w:cs="Times New Roman"/>
                <w:sz w:val="24"/>
                <w:lang w:val="vi-VN"/>
              </w:rPr>
            </w:pPr>
            <w:r w:rsidRPr="00F54F5A">
              <w:rPr>
                <w:rFonts w:eastAsia="Times New Roman" w:cs="Times New Roman"/>
                <w:sz w:val="24"/>
                <w:lang w:val="vi-VN"/>
              </w:rPr>
              <w:t>3</w:t>
            </w:r>
          </w:p>
        </w:tc>
        <w:tc>
          <w:tcPr>
            <w:tcW w:w="5526" w:type="dxa"/>
            <w:tcMar>
              <w:top w:w="50" w:type="dxa"/>
              <w:left w:w="60" w:type="dxa"/>
              <w:bottom w:w="50" w:type="dxa"/>
              <w:right w:w="60" w:type="dxa"/>
            </w:tcMar>
            <w:vAlign w:val="center"/>
          </w:tcPr>
          <w:p w14:paraId="284541F8" w14:textId="77777777" w:rsidR="00884DFA" w:rsidRPr="00F54F5A" w:rsidRDefault="00436074" w:rsidP="00F54F5A">
            <w:pPr>
              <w:spacing w:after="0" w:line="240" w:lineRule="auto"/>
              <w:rPr>
                <w:rFonts w:cs="Times New Roman"/>
                <w:sz w:val="24"/>
              </w:rPr>
            </w:pPr>
            <w:r w:rsidRPr="00F54F5A">
              <w:rPr>
                <w:rFonts w:eastAsia="Times New Roman" w:cs="Times New Roman"/>
                <w:sz w:val="24"/>
              </w:rPr>
              <w:t>Nhân viên y tế</w:t>
            </w:r>
          </w:p>
        </w:tc>
        <w:tc>
          <w:tcPr>
            <w:tcW w:w="2268" w:type="dxa"/>
            <w:tcMar>
              <w:top w:w="50" w:type="dxa"/>
              <w:left w:w="60" w:type="dxa"/>
              <w:bottom w:w="50" w:type="dxa"/>
              <w:right w:w="60" w:type="dxa"/>
            </w:tcMar>
            <w:vAlign w:val="center"/>
          </w:tcPr>
          <w:p w14:paraId="04007FF8" w14:textId="77777777" w:rsidR="00884DFA" w:rsidRPr="00F54F5A" w:rsidRDefault="00884DFA"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2239FB67" w14:textId="77777777" w:rsidR="00884DFA" w:rsidRPr="00F54F5A" w:rsidRDefault="00884DFA" w:rsidP="00F54F5A">
            <w:pPr>
              <w:spacing w:after="0" w:line="240" w:lineRule="auto"/>
              <w:jc w:val="center"/>
              <w:rPr>
                <w:rFonts w:cs="Times New Roman"/>
                <w:sz w:val="24"/>
              </w:rPr>
            </w:pPr>
          </w:p>
        </w:tc>
        <w:tc>
          <w:tcPr>
            <w:tcW w:w="2412" w:type="dxa"/>
            <w:tcMar>
              <w:top w:w="50" w:type="dxa"/>
              <w:left w:w="60" w:type="dxa"/>
              <w:bottom w:w="50" w:type="dxa"/>
              <w:right w:w="60" w:type="dxa"/>
            </w:tcMar>
            <w:vAlign w:val="center"/>
          </w:tcPr>
          <w:p w14:paraId="256E5BA3" w14:textId="77777777" w:rsidR="00884DFA" w:rsidRPr="00F54F5A" w:rsidRDefault="00884DFA" w:rsidP="00F54F5A">
            <w:pPr>
              <w:spacing w:after="0" w:line="240" w:lineRule="auto"/>
              <w:jc w:val="center"/>
              <w:rPr>
                <w:rFonts w:cs="Times New Roman"/>
                <w:sz w:val="24"/>
              </w:rPr>
            </w:pPr>
          </w:p>
        </w:tc>
      </w:tr>
    </w:tbl>
    <w:p w14:paraId="3E85B076" w14:textId="160DACA5" w:rsidR="00884DFA" w:rsidRPr="00F54F5A" w:rsidRDefault="00436074" w:rsidP="00CA634C">
      <w:pPr>
        <w:keepNext/>
        <w:spacing w:before="120" w:after="0" w:line="240" w:lineRule="auto"/>
        <w:rPr>
          <w:rFonts w:cs="Times New Roman"/>
          <w:sz w:val="26"/>
        </w:rPr>
      </w:pPr>
      <w:r w:rsidRPr="00F54F5A">
        <w:rPr>
          <w:rFonts w:eastAsia="Times New Roman" w:cs="Times New Roman"/>
          <w:b/>
          <w:sz w:val="26"/>
        </w:rPr>
        <w:lastRenderedPageBreak/>
        <w:t>I</w:t>
      </w:r>
      <w:r w:rsidR="00151392" w:rsidRPr="00F54F5A">
        <w:rPr>
          <w:rFonts w:eastAsia="Times New Roman" w:cs="Times New Roman"/>
          <w:b/>
          <w:sz w:val="26"/>
        </w:rPr>
        <w:t>II</w:t>
      </w:r>
      <w:r w:rsidRPr="00F54F5A">
        <w:rPr>
          <w:rFonts w:eastAsia="Times New Roman" w:cs="Times New Roman"/>
          <w:b/>
          <w:sz w:val="26"/>
        </w:rPr>
        <w:t>. NHẬN ĐỊNH, KHÓ KHĂN VÀ KIẾN NGHỊ</w:t>
      </w:r>
    </w:p>
    <w:p w14:paraId="29CF776F" w14:textId="2D9BCC15" w:rsidR="00884DFA" w:rsidRPr="00F54F5A" w:rsidRDefault="00436074" w:rsidP="00CA634C">
      <w:pPr>
        <w:tabs>
          <w:tab w:val="left" w:leader="dot" w:pos="13608"/>
        </w:tabs>
        <w:spacing w:before="120" w:after="0" w:line="240" w:lineRule="auto"/>
        <w:ind w:firstLine="567"/>
        <w:rPr>
          <w:rFonts w:cs="Times New Roman"/>
          <w:sz w:val="26"/>
        </w:rPr>
      </w:pPr>
      <w:r w:rsidRPr="00F54F5A">
        <w:rPr>
          <w:rFonts w:eastAsia="Times New Roman" w:cs="Times New Roman"/>
          <w:b/>
          <w:sz w:val="26"/>
        </w:rPr>
        <w:t xml:space="preserve">1. Nhận định về mức độ thiệt hại: </w:t>
      </w:r>
      <w:r w:rsidR="00E61833">
        <w:rPr>
          <w:rFonts w:eastAsia="Times New Roman" w:cs="Times New Roman"/>
          <w:sz w:val="26"/>
        </w:rPr>
        <w:tab/>
      </w:r>
    </w:p>
    <w:p w14:paraId="1725ABA1" w14:textId="45D11668" w:rsidR="00884DFA" w:rsidRPr="00F54F5A" w:rsidRDefault="00436074" w:rsidP="00CA634C">
      <w:pPr>
        <w:tabs>
          <w:tab w:val="left" w:leader="dot" w:pos="13608"/>
        </w:tabs>
        <w:spacing w:before="120" w:after="0" w:line="240" w:lineRule="auto"/>
        <w:ind w:firstLine="567"/>
        <w:rPr>
          <w:rFonts w:cs="Times New Roman"/>
          <w:sz w:val="26"/>
        </w:rPr>
      </w:pPr>
      <w:r w:rsidRPr="00F54F5A">
        <w:rPr>
          <w:rFonts w:eastAsia="Times New Roman" w:cs="Times New Roman"/>
          <w:b/>
          <w:sz w:val="26"/>
        </w:rPr>
        <w:t xml:space="preserve">2. Khó khăn: </w:t>
      </w:r>
      <w:r w:rsidR="00E61833">
        <w:rPr>
          <w:rFonts w:eastAsia="Times New Roman" w:cs="Times New Roman"/>
          <w:sz w:val="26"/>
        </w:rPr>
        <w:tab/>
      </w:r>
    </w:p>
    <w:p w14:paraId="1B35EBD9" w14:textId="429AFE1E" w:rsidR="00884DFA" w:rsidRPr="00F54F5A" w:rsidRDefault="00436074" w:rsidP="00CA634C">
      <w:pPr>
        <w:tabs>
          <w:tab w:val="left" w:leader="dot" w:pos="13608"/>
        </w:tabs>
        <w:spacing w:before="120" w:after="0" w:line="240" w:lineRule="auto"/>
        <w:ind w:firstLine="567"/>
        <w:rPr>
          <w:rFonts w:cs="Times New Roman"/>
          <w:sz w:val="26"/>
        </w:rPr>
      </w:pPr>
      <w:r w:rsidRPr="00F54F5A">
        <w:rPr>
          <w:rFonts w:eastAsia="Times New Roman" w:cs="Times New Roman"/>
          <w:b/>
          <w:sz w:val="26"/>
        </w:rPr>
        <w:t xml:space="preserve">3. Kiến nghị, đề xuất: </w:t>
      </w:r>
      <w:r w:rsidR="00E61833">
        <w:rPr>
          <w:rFonts w:eastAsia="Times New Roman" w:cs="Times New Roman"/>
          <w:sz w:val="26"/>
        </w:rPr>
        <w:tab/>
      </w:r>
    </w:p>
    <w:p w14:paraId="34B86032" w14:textId="77777777" w:rsidR="00884DFA" w:rsidRPr="00F54F5A" w:rsidRDefault="00436074" w:rsidP="00CA634C">
      <w:pPr>
        <w:spacing w:before="120" w:after="0" w:line="240" w:lineRule="auto"/>
        <w:rPr>
          <w:rFonts w:cs="Times New Roman"/>
          <w:sz w:val="26"/>
        </w:rPr>
      </w:pPr>
      <w:r w:rsidRPr="00F54F5A">
        <w:rPr>
          <w:rFonts w:eastAsia="Times New Roman" w:cs="Times New Roman"/>
          <w:b/>
          <w:i/>
          <w:sz w:val="26"/>
        </w:rPr>
        <w:t>Ghi chú:</w:t>
      </w:r>
    </w:p>
    <w:p w14:paraId="204F2F50" w14:textId="77777777" w:rsidR="00884DFA" w:rsidRPr="00F54F5A" w:rsidRDefault="00436074" w:rsidP="00CA634C">
      <w:pPr>
        <w:spacing w:before="120" w:after="0" w:line="240" w:lineRule="auto"/>
        <w:ind w:left="283" w:hanging="227"/>
        <w:rPr>
          <w:rFonts w:cs="Times New Roman"/>
          <w:sz w:val="26"/>
        </w:rPr>
      </w:pPr>
      <w:r w:rsidRPr="00F54F5A">
        <w:rPr>
          <w:rFonts w:eastAsia="Times New Roman" w:cs="Times New Roman"/>
          <w:i/>
          <w:sz w:val="26"/>
        </w:rPr>
        <w:t>- Báo cáo tổng hợp được lập khi kết thúc công tác khắc phục hậu quả hoặc theo yêu cầu của cơ quan có thẩm quyền.</w:t>
      </w:r>
    </w:p>
    <w:p w14:paraId="18D6DF0A" w14:textId="77777777" w:rsidR="00884DFA" w:rsidRPr="00F54F5A" w:rsidRDefault="00436074" w:rsidP="00CA634C">
      <w:pPr>
        <w:spacing w:before="120" w:after="0" w:line="240" w:lineRule="auto"/>
        <w:ind w:left="283" w:hanging="227"/>
        <w:rPr>
          <w:rFonts w:cs="Times New Roman"/>
          <w:sz w:val="26"/>
        </w:rPr>
      </w:pPr>
      <w:r w:rsidRPr="00F54F5A">
        <w:rPr>
          <w:rFonts w:eastAsia="Times New Roman" w:cs="Times New Roman"/>
          <w:i/>
          <w:sz w:val="26"/>
        </w:rPr>
        <w:t>- Người bệnh điều trị tại nhà do cơ sở khám bệnh, chữa bệnh phụ trách được ghi tại cột “Tại nhà/cộng đồng”.</w:t>
      </w:r>
    </w:p>
    <w:p w14:paraId="06374759" w14:textId="77777777" w:rsidR="00884DFA" w:rsidRPr="00F54F5A" w:rsidRDefault="00436074" w:rsidP="00CA634C">
      <w:pPr>
        <w:spacing w:before="120" w:after="0" w:line="240" w:lineRule="auto"/>
        <w:ind w:left="283" w:hanging="227"/>
        <w:rPr>
          <w:rFonts w:cs="Times New Roman"/>
          <w:sz w:val="26"/>
        </w:rPr>
      </w:pPr>
      <w:r w:rsidRPr="00F54F5A">
        <w:rPr>
          <w:rFonts w:eastAsia="Times New Roman" w:cs="Times New Roman"/>
          <w:i/>
          <w:sz w:val="26"/>
        </w:rPr>
        <w:t>- Mỗi người chỉ tính một lần; trường hợp chuyển tuyến, chuyển nơi quản lý phải đối chiếu hồ sơ để loại trừ trùng lặp.</w:t>
      </w:r>
    </w:p>
    <w:p w14:paraId="22348496" w14:textId="77777777" w:rsidR="00A326EC" w:rsidRPr="00F54F5A" w:rsidRDefault="00436074" w:rsidP="00A326EC">
      <w:pPr>
        <w:tabs>
          <w:tab w:val="center" w:pos="3515"/>
          <w:tab w:val="center" w:pos="11339"/>
        </w:tabs>
        <w:spacing w:before="120" w:after="0" w:line="240" w:lineRule="auto"/>
        <w:rPr>
          <w:rFonts w:eastAsia="Times New Roman" w:cs="Times New Roman"/>
          <w:b/>
          <w:sz w:val="26"/>
        </w:rPr>
      </w:pPr>
      <w:r w:rsidRPr="00F54F5A">
        <w:rPr>
          <w:rFonts w:eastAsia="Times New Roman" w:cs="Times New Roman"/>
          <w:b/>
          <w:sz w:val="26"/>
        </w:rPr>
        <w:tab/>
      </w:r>
    </w:p>
    <w:tbl>
      <w:tblPr>
        <w:tblW w:w="16388" w:type="dxa"/>
        <w:tblLayout w:type="fixed"/>
        <w:tblLook w:val="0400" w:firstRow="0" w:lastRow="0" w:firstColumn="0" w:lastColumn="0" w:noHBand="0" w:noVBand="1"/>
      </w:tblPr>
      <w:tblGrid>
        <w:gridCol w:w="2835"/>
        <w:gridCol w:w="6521"/>
        <w:gridCol w:w="7032"/>
      </w:tblGrid>
      <w:tr w:rsidR="00A326EC" w:rsidRPr="004F4045" w14:paraId="5F16385D" w14:textId="77777777" w:rsidTr="00C43B42">
        <w:tc>
          <w:tcPr>
            <w:tcW w:w="2835" w:type="dxa"/>
          </w:tcPr>
          <w:p w14:paraId="53CF3560" w14:textId="77777777" w:rsidR="00A326EC" w:rsidRPr="004F4045" w:rsidRDefault="00A326EC" w:rsidP="00C43B42">
            <w:pPr>
              <w:spacing w:before="60" w:after="0" w:line="240" w:lineRule="auto"/>
            </w:pPr>
            <w:r w:rsidRPr="004F4045">
              <w:rPr>
                <w:b/>
                <w:bCs/>
                <w:i/>
                <w:iCs/>
              </w:rPr>
              <w:t>Nơi nhận:</w:t>
            </w:r>
          </w:p>
          <w:p w14:paraId="4F3F7745" w14:textId="77777777" w:rsidR="00A326EC" w:rsidRPr="004F4045" w:rsidRDefault="00A326EC" w:rsidP="00C43B42">
            <w:pPr>
              <w:spacing w:before="60" w:after="0" w:line="240" w:lineRule="auto"/>
            </w:pPr>
            <w:r w:rsidRPr="004F4045">
              <w:t xml:space="preserve">- </w:t>
            </w:r>
            <w:r>
              <w:t>Trạm Y tế xã</w:t>
            </w:r>
            <w:r w:rsidRPr="004F4045">
              <w:rPr>
                <w:sz w:val="26"/>
                <w:szCs w:val="26"/>
              </w:rPr>
              <w:t>….</w:t>
            </w:r>
            <w:r w:rsidRPr="004F4045">
              <w:rPr>
                <w:sz w:val="26"/>
                <w:szCs w:val="26"/>
                <w:vertAlign w:val="superscript"/>
              </w:rPr>
              <w:t>(1)</w:t>
            </w:r>
            <w:r w:rsidRPr="004F4045">
              <w:rPr>
                <w:sz w:val="26"/>
                <w:szCs w:val="26"/>
              </w:rPr>
              <w:t>….</w:t>
            </w:r>
            <w:r w:rsidRPr="004F4045">
              <w:t>;</w:t>
            </w:r>
          </w:p>
          <w:p w14:paraId="50CF7246" w14:textId="77777777" w:rsidR="00A326EC" w:rsidRPr="004F4045" w:rsidRDefault="00A326EC" w:rsidP="00C43B42">
            <w:pPr>
              <w:spacing w:before="60" w:after="0" w:line="240" w:lineRule="auto"/>
            </w:pPr>
            <w:r w:rsidRPr="004F4045">
              <w:t>- Lưu: VT, … .</w:t>
            </w:r>
          </w:p>
        </w:tc>
        <w:tc>
          <w:tcPr>
            <w:tcW w:w="6521" w:type="dxa"/>
          </w:tcPr>
          <w:p w14:paraId="415FC9F6" w14:textId="77777777" w:rsidR="00A326EC" w:rsidRPr="004F4045" w:rsidRDefault="00A326EC" w:rsidP="00C43B42"/>
        </w:tc>
        <w:tc>
          <w:tcPr>
            <w:tcW w:w="7032" w:type="dxa"/>
          </w:tcPr>
          <w:p w14:paraId="12D3B6BD" w14:textId="77777777" w:rsidR="00A326EC" w:rsidRPr="00161C10" w:rsidRDefault="00A326EC" w:rsidP="00C43B42">
            <w:pPr>
              <w:rPr>
                <w:b/>
                <w:bCs/>
                <w:sz w:val="26"/>
                <w:szCs w:val="26"/>
              </w:rPr>
            </w:pPr>
            <w:r w:rsidRPr="00161C10">
              <w:rPr>
                <w:b/>
                <w:bCs/>
                <w:sz w:val="26"/>
                <w:szCs w:val="26"/>
              </w:rPr>
              <w:t>LÃNH ĐẠO ĐƠN VỊ</w:t>
            </w:r>
          </w:p>
        </w:tc>
      </w:tr>
    </w:tbl>
    <w:p w14:paraId="37CC5FD8" w14:textId="77777777" w:rsidR="00A326EC" w:rsidRDefault="00A326EC" w:rsidP="00A326EC">
      <w:pPr>
        <w:tabs>
          <w:tab w:val="center" w:pos="3515"/>
          <w:tab w:val="center" w:pos="11339"/>
        </w:tabs>
        <w:spacing w:before="120" w:after="0" w:line="240" w:lineRule="auto"/>
        <w:rPr>
          <w:rFonts w:eastAsia="Times New Roman" w:cs="Times New Roman"/>
          <w:b/>
          <w:sz w:val="26"/>
        </w:rPr>
      </w:pPr>
    </w:p>
    <w:p w14:paraId="43E57212" w14:textId="77777777" w:rsidR="00A326EC" w:rsidRDefault="00A326EC">
      <w:pPr>
        <w:rPr>
          <w:rFonts w:eastAsia="Times New Roman" w:cs="Times New Roman"/>
          <w:b/>
          <w:sz w:val="26"/>
        </w:rPr>
      </w:pPr>
      <w:r>
        <w:rPr>
          <w:rFonts w:eastAsia="Times New Roman" w:cs="Times New Roman"/>
          <w:b/>
          <w:sz w:val="26"/>
        </w:rPr>
        <w:br w:type="page"/>
      </w:r>
    </w:p>
    <w:p w14:paraId="502E3E93" w14:textId="3685BE61" w:rsidR="00884DFA" w:rsidRPr="00F54F5A" w:rsidRDefault="00436074" w:rsidP="00161C10">
      <w:pPr>
        <w:tabs>
          <w:tab w:val="center" w:pos="3515"/>
          <w:tab w:val="center" w:pos="11339"/>
        </w:tabs>
        <w:spacing w:before="120" w:after="0" w:line="240" w:lineRule="auto"/>
        <w:jc w:val="right"/>
        <w:rPr>
          <w:rFonts w:cs="Times New Roman"/>
          <w:sz w:val="26"/>
        </w:rPr>
      </w:pPr>
      <w:r w:rsidRPr="00F54F5A">
        <w:rPr>
          <w:rFonts w:eastAsia="Times New Roman" w:cs="Times New Roman"/>
          <w:b/>
          <w:sz w:val="26"/>
        </w:rPr>
        <w:lastRenderedPageBreak/>
        <w:t>Mẫu số 0</w:t>
      </w:r>
      <w:r w:rsidR="009A4C74">
        <w:rPr>
          <w:rFonts w:eastAsia="Times New Roman" w:cs="Times New Roman"/>
          <w:b/>
          <w:sz w:val="26"/>
        </w:rPr>
        <w:t>5</w:t>
      </w:r>
    </w:p>
    <w:tbl>
      <w:tblPr>
        <w:tblW w:w="14280" w:type="dxa"/>
        <w:jc w:val="center"/>
        <w:tblBorders>
          <w:top w:val="nil"/>
          <w:left w:val="nil"/>
          <w:bottom w:val="nil"/>
          <w:right w:val="nil"/>
          <w:insideH w:val="nil"/>
          <w:insideV w:val="nil"/>
        </w:tblBorders>
        <w:tblLayout w:type="fixed"/>
        <w:tblLook w:val="04A0" w:firstRow="1" w:lastRow="0" w:firstColumn="1" w:lastColumn="0" w:noHBand="0" w:noVBand="1"/>
      </w:tblPr>
      <w:tblGrid>
        <w:gridCol w:w="6708"/>
        <w:gridCol w:w="7572"/>
      </w:tblGrid>
      <w:tr w:rsidR="00884DFA" w:rsidRPr="00F54F5A" w14:paraId="6EAE9729" w14:textId="77777777" w:rsidTr="00F54F5A">
        <w:trPr>
          <w:jc w:val="center"/>
        </w:trPr>
        <w:tc>
          <w:tcPr>
            <w:tcW w:w="7030" w:type="dxa"/>
            <w:tcMar>
              <w:top w:w="50" w:type="dxa"/>
              <w:left w:w="60" w:type="dxa"/>
              <w:bottom w:w="50" w:type="dxa"/>
              <w:right w:w="60" w:type="dxa"/>
            </w:tcMar>
            <w:vAlign w:val="center"/>
          </w:tcPr>
          <w:p w14:paraId="1923793A" w14:textId="77777777" w:rsidR="00884DFA" w:rsidRPr="00F54F5A" w:rsidRDefault="00436074" w:rsidP="00F54F5A">
            <w:pPr>
              <w:spacing w:after="0" w:line="240" w:lineRule="auto"/>
              <w:jc w:val="center"/>
              <w:rPr>
                <w:rFonts w:cs="Times New Roman"/>
                <w:sz w:val="24"/>
                <w:lang w:val="fr-FR"/>
              </w:rPr>
            </w:pPr>
            <w:r w:rsidRPr="00F54F5A">
              <w:rPr>
                <w:rFonts w:eastAsia="Times New Roman" w:cs="Times New Roman"/>
                <w:sz w:val="24"/>
                <w:lang w:val="fr-FR"/>
              </w:rPr>
              <w:t>ỦY BAN NHÂN DÂN ....</w:t>
            </w:r>
          </w:p>
          <w:p w14:paraId="00EE6829" w14:textId="77777777" w:rsidR="00884DFA" w:rsidRPr="00F54F5A" w:rsidRDefault="00436074" w:rsidP="00F54F5A">
            <w:pPr>
              <w:spacing w:after="0" w:line="240" w:lineRule="auto"/>
              <w:jc w:val="center"/>
              <w:rPr>
                <w:rFonts w:cs="Times New Roman"/>
                <w:b/>
                <w:sz w:val="24"/>
                <w:lang w:val="fr-FR"/>
              </w:rPr>
            </w:pPr>
            <w:r w:rsidRPr="00F54F5A">
              <w:rPr>
                <w:rFonts w:eastAsia="Times New Roman" w:cs="Times New Roman"/>
                <w:b/>
                <w:sz w:val="24"/>
                <w:lang w:val="fr-FR"/>
              </w:rPr>
              <w:t>TRẠM Y TẾ ....</w:t>
            </w:r>
          </w:p>
        </w:tc>
        <w:tc>
          <w:tcPr>
            <w:tcW w:w="7937" w:type="dxa"/>
            <w:tcMar>
              <w:top w:w="50" w:type="dxa"/>
              <w:left w:w="60" w:type="dxa"/>
              <w:bottom w:w="50" w:type="dxa"/>
              <w:right w:w="60" w:type="dxa"/>
            </w:tcMar>
            <w:vAlign w:val="center"/>
          </w:tcPr>
          <w:p w14:paraId="551EA850" w14:textId="332E6629" w:rsidR="00884DFA" w:rsidRPr="00F54F5A" w:rsidRDefault="00436074" w:rsidP="00F54F5A">
            <w:pPr>
              <w:spacing w:after="0" w:line="240" w:lineRule="auto"/>
              <w:jc w:val="center"/>
              <w:rPr>
                <w:rFonts w:cs="Times New Roman"/>
                <w:sz w:val="24"/>
                <w:lang w:val="fr-FR"/>
              </w:rPr>
            </w:pPr>
            <w:r w:rsidRPr="00F54F5A">
              <w:rPr>
                <w:rFonts w:eastAsia="Times New Roman" w:cs="Times New Roman"/>
                <w:b/>
                <w:sz w:val="24"/>
                <w:lang w:val="fr-FR"/>
              </w:rPr>
              <w:t>CỘNG HÒA XÃ HỘI CHỦ NGHĨA VIỆT NAM</w:t>
            </w:r>
          </w:p>
          <w:p w14:paraId="142BE07B" w14:textId="77777777" w:rsidR="00884DFA" w:rsidRPr="00F54F5A" w:rsidRDefault="00436074" w:rsidP="00F54F5A">
            <w:pPr>
              <w:spacing w:after="0" w:line="240" w:lineRule="auto"/>
              <w:jc w:val="center"/>
              <w:rPr>
                <w:rFonts w:cs="Times New Roman"/>
                <w:b/>
                <w:sz w:val="26"/>
              </w:rPr>
            </w:pPr>
            <w:r w:rsidRPr="00F54F5A">
              <w:rPr>
                <w:rFonts w:eastAsia="Times New Roman" w:cs="Times New Roman"/>
                <w:b/>
                <w:sz w:val="26"/>
              </w:rPr>
              <w:t>Độc lập - Tự do - Hạnh phúc</w:t>
            </w:r>
          </w:p>
          <w:p w14:paraId="724F7E56" w14:textId="340D8D0D" w:rsidR="00884DFA" w:rsidRPr="00BF1258" w:rsidRDefault="00BF1258" w:rsidP="00BF1258">
            <w:pPr>
              <w:spacing w:after="0" w:line="240" w:lineRule="auto"/>
              <w:jc w:val="center"/>
              <w:rPr>
                <w:rFonts w:cs="Times New Roman"/>
                <w:sz w:val="26"/>
                <w:u w:val="single"/>
              </w:rPr>
            </w:pPr>
            <w:r w:rsidRPr="00BF1258">
              <w:rPr>
                <w:rFonts w:eastAsia="Times New Roman" w:cs="Times New Roman"/>
                <w:sz w:val="26"/>
                <w:u w:val="single"/>
              </w:rPr>
              <w:t>                                                </w:t>
            </w:r>
          </w:p>
        </w:tc>
      </w:tr>
    </w:tbl>
    <w:p w14:paraId="3AE9EBB8" w14:textId="77777777" w:rsidR="00884DFA" w:rsidRPr="00F54F5A" w:rsidRDefault="00436074" w:rsidP="00CA634C">
      <w:pPr>
        <w:spacing w:before="120" w:after="0" w:line="240" w:lineRule="auto"/>
        <w:jc w:val="center"/>
        <w:rPr>
          <w:rFonts w:cs="Times New Roman"/>
          <w:sz w:val="28"/>
        </w:rPr>
      </w:pPr>
      <w:r w:rsidRPr="00F54F5A">
        <w:rPr>
          <w:rFonts w:eastAsia="Times New Roman" w:cs="Times New Roman"/>
          <w:b/>
          <w:sz w:val="28"/>
        </w:rPr>
        <w:t>BÁO CÁO TỔNG HỢP THIỆT HẠI VỀ Y TẾ DO DỊCH BỆNH GÂY RA</w:t>
      </w:r>
    </w:p>
    <w:p w14:paraId="3B04B402" w14:textId="77777777" w:rsidR="00884DFA" w:rsidRPr="00F54F5A" w:rsidRDefault="00436074" w:rsidP="00CA634C">
      <w:pPr>
        <w:spacing w:before="120" w:after="0" w:line="240" w:lineRule="auto"/>
        <w:jc w:val="center"/>
        <w:rPr>
          <w:rFonts w:cs="Times New Roman"/>
          <w:sz w:val="26"/>
        </w:rPr>
      </w:pPr>
      <w:r w:rsidRPr="00F54F5A">
        <w:rPr>
          <w:rFonts w:eastAsia="Times New Roman" w:cs="Times New Roman"/>
          <w:b/>
          <w:i/>
          <w:sz w:val="26"/>
        </w:rPr>
        <w:t>Dùng cho Trạm Y tế cấp xã</w:t>
      </w:r>
    </w:p>
    <w:p w14:paraId="3E7A731D" w14:textId="3815A031" w:rsidR="00884DFA" w:rsidRPr="00F54F5A" w:rsidRDefault="00436074" w:rsidP="00CA634C">
      <w:pPr>
        <w:tabs>
          <w:tab w:val="left" w:leader="dot" w:pos="13608"/>
        </w:tabs>
        <w:spacing w:before="120" w:after="0" w:line="240" w:lineRule="auto"/>
        <w:ind w:firstLine="567"/>
        <w:rPr>
          <w:rFonts w:cs="Times New Roman"/>
          <w:sz w:val="26"/>
        </w:rPr>
      </w:pPr>
      <w:r w:rsidRPr="00F54F5A">
        <w:rPr>
          <w:rFonts w:eastAsia="Times New Roman" w:cs="Times New Roman"/>
          <w:b/>
          <w:sz w:val="26"/>
        </w:rPr>
        <w:t xml:space="preserve">1. Tên dịch bệnh: </w:t>
      </w:r>
      <w:r w:rsidR="00D61407">
        <w:rPr>
          <w:rFonts w:eastAsia="Times New Roman" w:cs="Times New Roman"/>
          <w:sz w:val="26"/>
        </w:rPr>
        <w:tab/>
      </w:r>
    </w:p>
    <w:p w14:paraId="7A9EF6D3" w14:textId="4DE4F464" w:rsidR="00884DFA" w:rsidRPr="00F54F5A" w:rsidRDefault="00436074" w:rsidP="00CA634C">
      <w:pPr>
        <w:tabs>
          <w:tab w:val="left" w:leader="dot" w:pos="13608"/>
        </w:tabs>
        <w:spacing w:before="120" w:after="0" w:line="240" w:lineRule="auto"/>
        <w:ind w:firstLine="567"/>
        <w:rPr>
          <w:rFonts w:cs="Times New Roman"/>
          <w:sz w:val="26"/>
        </w:rPr>
      </w:pPr>
      <w:r w:rsidRPr="00F54F5A">
        <w:rPr>
          <w:rFonts w:eastAsia="Times New Roman" w:cs="Times New Roman"/>
          <w:b/>
          <w:sz w:val="26"/>
        </w:rPr>
        <w:t>2. Cấp độ phòng thủ dân sự về dịch bệnh:</w:t>
      </w:r>
      <w:r w:rsidR="00D61407">
        <w:rPr>
          <w:rFonts w:eastAsia="Times New Roman" w:cs="Times New Roman"/>
          <w:sz w:val="26"/>
        </w:rPr>
        <w:tab/>
      </w:r>
    </w:p>
    <w:p w14:paraId="3F6FEDF2" w14:textId="41B41E6C" w:rsidR="00884DFA" w:rsidRPr="00F54F5A" w:rsidRDefault="00436074" w:rsidP="00CA634C">
      <w:pPr>
        <w:tabs>
          <w:tab w:val="left" w:leader="dot" w:pos="13608"/>
        </w:tabs>
        <w:spacing w:before="120" w:after="0" w:line="240" w:lineRule="auto"/>
        <w:ind w:firstLine="567"/>
        <w:rPr>
          <w:rFonts w:cs="Times New Roman"/>
          <w:sz w:val="26"/>
        </w:rPr>
      </w:pPr>
      <w:r w:rsidRPr="00F54F5A">
        <w:rPr>
          <w:rFonts w:eastAsia="Times New Roman" w:cs="Times New Roman"/>
          <w:b/>
          <w:sz w:val="26"/>
        </w:rPr>
        <w:t xml:space="preserve">3. Địa bàn báo cáo: xã/phường/đặc khu </w:t>
      </w:r>
      <w:r w:rsidRPr="00275E10">
        <w:rPr>
          <w:rFonts w:eastAsia="Times New Roman" w:cs="Times New Roman"/>
          <w:bCs/>
          <w:sz w:val="26"/>
        </w:rPr>
        <w:t xml:space="preserve">......................... </w:t>
      </w:r>
      <w:r w:rsidRPr="00F54F5A">
        <w:rPr>
          <w:rFonts w:eastAsia="Times New Roman" w:cs="Times New Roman"/>
          <w:b/>
          <w:sz w:val="26"/>
        </w:rPr>
        <w:t xml:space="preserve">tỉnh/thành phố </w:t>
      </w:r>
      <w:r w:rsidRPr="00275E10">
        <w:rPr>
          <w:rFonts w:eastAsia="Times New Roman" w:cs="Times New Roman"/>
          <w:bCs/>
          <w:sz w:val="26"/>
        </w:rPr>
        <w:t>.........................</w:t>
      </w:r>
      <w:r w:rsidRPr="00F54F5A">
        <w:rPr>
          <w:rFonts w:eastAsia="Times New Roman" w:cs="Times New Roman"/>
          <w:b/>
          <w:sz w:val="26"/>
        </w:rPr>
        <w:t xml:space="preserve">: </w:t>
      </w:r>
      <w:r w:rsidRPr="00F54F5A">
        <w:rPr>
          <w:rFonts w:eastAsia="Times New Roman" w:cs="Times New Roman"/>
          <w:sz w:val="26"/>
        </w:rPr>
        <w:t>.....................................................</w:t>
      </w:r>
    </w:p>
    <w:p w14:paraId="440828F7" w14:textId="36D9B9B2" w:rsidR="00884DFA" w:rsidRPr="00F54F5A" w:rsidRDefault="00436074" w:rsidP="00CA634C">
      <w:pPr>
        <w:tabs>
          <w:tab w:val="left" w:leader="dot" w:pos="13608"/>
        </w:tabs>
        <w:spacing w:before="120" w:after="0" w:line="240" w:lineRule="auto"/>
        <w:ind w:firstLine="567"/>
        <w:rPr>
          <w:rFonts w:cs="Times New Roman"/>
          <w:sz w:val="26"/>
        </w:rPr>
      </w:pPr>
      <w:r w:rsidRPr="00F54F5A">
        <w:rPr>
          <w:rFonts w:eastAsia="Times New Roman" w:cs="Times New Roman"/>
          <w:b/>
          <w:sz w:val="26"/>
        </w:rPr>
        <w:t>4. Thời gian thống kê: từ ngày ....../....../20.... đến ngày ....../....../20</w:t>
      </w:r>
      <w:r w:rsidR="00D61407" w:rsidRPr="00275E10">
        <w:rPr>
          <w:rFonts w:eastAsia="Times New Roman" w:cs="Times New Roman"/>
          <w:bCs/>
          <w:sz w:val="26"/>
        </w:rPr>
        <w:tab/>
      </w:r>
    </w:p>
    <w:p w14:paraId="08187396" w14:textId="2A8E250E" w:rsidR="00884DFA" w:rsidRPr="00F54F5A" w:rsidRDefault="00436074" w:rsidP="00CA634C">
      <w:pPr>
        <w:tabs>
          <w:tab w:val="left" w:leader="dot" w:pos="13608"/>
        </w:tabs>
        <w:spacing w:before="120" w:after="0" w:line="240" w:lineRule="auto"/>
        <w:ind w:firstLine="567"/>
        <w:rPr>
          <w:rFonts w:cs="Times New Roman"/>
          <w:sz w:val="26"/>
        </w:rPr>
      </w:pPr>
      <w:r w:rsidRPr="00F54F5A">
        <w:rPr>
          <w:rFonts w:eastAsia="Times New Roman" w:cs="Times New Roman"/>
          <w:b/>
          <w:sz w:val="26"/>
        </w:rPr>
        <w:t>5. Thời điểm báo cáo: ...... giờ ...... ngày ....../....../20</w:t>
      </w:r>
      <w:r w:rsidR="00D61407" w:rsidRPr="00275E10">
        <w:rPr>
          <w:rFonts w:eastAsia="Times New Roman" w:cs="Times New Roman"/>
          <w:bCs/>
          <w:sz w:val="26"/>
        </w:rPr>
        <w:tab/>
      </w:r>
    </w:p>
    <w:p w14:paraId="2D16EB87" w14:textId="1CC414CA" w:rsidR="00884DFA" w:rsidRPr="00F54F5A" w:rsidRDefault="00436074" w:rsidP="00CA634C">
      <w:pPr>
        <w:tabs>
          <w:tab w:val="left" w:leader="dot" w:pos="13608"/>
        </w:tabs>
        <w:spacing w:before="120" w:after="0" w:line="240" w:lineRule="auto"/>
        <w:ind w:firstLine="567"/>
        <w:rPr>
          <w:rFonts w:cs="Times New Roman"/>
          <w:sz w:val="26"/>
        </w:rPr>
      </w:pPr>
      <w:r w:rsidRPr="00F54F5A">
        <w:rPr>
          <w:rFonts w:eastAsia="Times New Roman" w:cs="Times New Roman"/>
          <w:b/>
          <w:sz w:val="26"/>
        </w:rPr>
        <w:t>6. Tình trạng số liệu: □ Sơ bộ   □ Chính thức   □ Điều chỉnh</w:t>
      </w:r>
      <w:r w:rsidR="00D61407">
        <w:rPr>
          <w:rFonts w:eastAsia="Times New Roman" w:cs="Times New Roman"/>
          <w:sz w:val="26"/>
        </w:rPr>
        <w:tab/>
      </w:r>
      <w:r w:rsidRPr="00F54F5A">
        <w:rPr>
          <w:rFonts w:eastAsia="Times New Roman" w:cs="Times New Roman"/>
          <w:sz w:val="26"/>
        </w:rPr>
        <w:t>.</w:t>
      </w:r>
    </w:p>
    <w:p w14:paraId="6356700F" w14:textId="77777777" w:rsidR="00884DFA" w:rsidRPr="00F54F5A" w:rsidRDefault="00436074" w:rsidP="00CA634C">
      <w:pPr>
        <w:keepNext/>
        <w:spacing w:before="120" w:after="0" w:line="240" w:lineRule="auto"/>
        <w:rPr>
          <w:rFonts w:cs="Times New Roman"/>
          <w:sz w:val="26"/>
        </w:rPr>
      </w:pPr>
      <w:r w:rsidRPr="00F54F5A">
        <w:rPr>
          <w:rFonts w:eastAsia="Times New Roman" w:cs="Times New Roman"/>
          <w:b/>
          <w:sz w:val="26"/>
        </w:rPr>
        <w:t>I. TÌNH HÌNH TIẾP NHẬN VÀ ĐỐI CHIẾU BÁO CÁO</w:t>
      </w:r>
    </w:p>
    <w:tbl>
      <w:tblPr>
        <w:tblW w:w="142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05"/>
        <w:gridCol w:w="8471"/>
        <w:gridCol w:w="2421"/>
        <w:gridCol w:w="2783"/>
      </w:tblGrid>
      <w:tr w:rsidR="00884DFA" w:rsidRPr="00F54F5A" w14:paraId="0ABBE102" w14:textId="77777777" w:rsidTr="00F54F5A">
        <w:trPr>
          <w:cantSplit/>
          <w:tblHeader/>
          <w:jc w:val="center"/>
        </w:trPr>
        <w:tc>
          <w:tcPr>
            <w:tcW w:w="567" w:type="dxa"/>
            <w:shd w:val="clear" w:color="auto" w:fill="E7E6E6"/>
            <w:tcMar>
              <w:top w:w="50" w:type="dxa"/>
              <w:left w:w="60" w:type="dxa"/>
              <w:bottom w:w="50" w:type="dxa"/>
              <w:right w:w="60" w:type="dxa"/>
            </w:tcMar>
            <w:vAlign w:val="center"/>
          </w:tcPr>
          <w:p w14:paraId="0615DD5F"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TT</w:t>
            </w:r>
          </w:p>
        </w:tc>
        <w:tc>
          <w:tcPr>
            <w:tcW w:w="7937" w:type="dxa"/>
            <w:shd w:val="clear" w:color="auto" w:fill="E7E6E6"/>
            <w:tcMar>
              <w:top w:w="50" w:type="dxa"/>
              <w:left w:w="60" w:type="dxa"/>
              <w:bottom w:w="50" w:type="dxa"/>
              <w:right w:w="60" w:type="dxa"/>
            </w:tcMar>
            <w:vAlign w:val="center"/>
          </w:tcPr>
          <w:p w14:paraId="0FDA4AE6"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Nội dung</w:t>
            </w:r>
          </w:p>
        </w:tc>
        <w:tc>
          <w:tcPr>
            <w:tcW w:w="2268" w:type="dxa"/>
            <w:shd w:val="clear" w:color="auto" w:fill="E7E6E6"/>
            <w:tcMar>
              <w:top w:w="50" w:type="dxa"/>
              <w:left w:w="60" w:type="dxa"/>
              <w:bottom w:w="50" w:type="dxa"/>
              <w:right w:w="60" w:type="dxa"/>
            </w:tcMar>
            <w:vAlign w:val="center"/>
          </w:tcPr>
          <w:p w14:paraId="447814AC"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Số lượng</w:t>
            </w:r>
          </w:p>
        </w:tc>
        <w:tc>
          <w:tcPr>
            <w:tcW w:w="2608" w:type="dxa"/>
            <w:shd w:val="clear" w:color="auto" w:fill="E7E6E6"/>
            <w:tcMar>
              <w:top w:w="50" w:type="dxa"/>
              <w:left w:w="60" w:type="dxa"/>
              <w:bottom w:w="50" w:type="dxa"/>
              <w:right w:w="60" w:type="dxa"/>
            </w:tcMar>
            <w:vAlign w:val="center"/>
          </w:tcPr>
          <w:p w14:paraId="4DBDF063"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Ghi chú</w:t>
            </w:r>
          </w:p>
        </w:tc>
      </w:tr>
      <w:tr w:rsidR="00884DFA" w:rsidRPr="00F54F5A" w14:paraId="380D9D38" w14:textId="77777777" w:rsidTr="00F54F5A">
        <w:trPr>
          <w:cantSplit/>
          <w:jc w:val="center"/>
        </w:trPr>
        <w:tc>
          <w:tcPr>
            <w:tcW w:w="567" w:type="dxa"/>
            <w:tcMar>
              <w:top w:w="50" w:type="dxa"/>
              <w:left w:w="60" w:type="dxa"/>
              <w:bottom w:w="50" w:type="dxa"/>
              <w:right w:w="60" w:type="dxa"/>
            </w:tcMar>
            <w:vAlign w:val="center"/>
          </w:tcPr>
          <w:p w14:paraId="64B3B170"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1</w:t>
            </w:r>
          </w:p>
        </w:tc>
        <w:tc>
          <w:tcPr>
            <w:tcW w:w="7937" w:type="dxa"/>
            <w:tcMar>
              <w:top w:w="50" w:type="dxa"/>
              <w:left w:w="60" w:type="dxa"/>
              <w:bottom w:w="50" w:type="dxa"/>
              <w:right w:w="60" w:type="dxa"/>
            </w:tcMar>
            <w:vAlign w:val="center"/>
          </w:tcPr>
          <w:p w14:paraId="5CAAF9DD" w14:textId="77777777" w:rsidR="00884DFA" w:rsidRPr="00F54F5A" w:rsidRDefault="00436074" w:rsidP="00F54F5A">
            <w:pPr>
              <w:spacing w:after="0" w:line="240" w:lineRule="auto"/>
              <w:rPr>
                <w:rFonts w:cs="Times New Roman"/>
                <w:sz w:val="24"/>
              </w:rPr>
            </w:pPr>
            <w:r w:rsidRPr="00F54F5A">
              <w:rPr>
                <w:rFonts w:eastAsia="Times New Roman" w:cs="Times New Roman"/>
                <w:sz w:val="24"/>
              </w:rPr>
              <w:t>Số cơ sở khám bệnh, chữa bệnh có trường hợp thuộc địa bàn phải báo cáo</w:t>
            </w:r>
          </w:p>
        </w:tc>
        <w:tc>
          <w:tcPr>
            <w:tcW w:w="2268" w:type="dxa"/>
            <w:tcMar>
              <w:top w:w="50" w:type="dxa"/>
              <w:left w:w="60" w:type="dxa"/>
              <w:bottom w:w="50" w:type="dxa"/>
              <w:right w:w="60" w:type="dxa"/>
            </w:tcMar>
            <w:vAlign w:val="center"/>
          </w:tcPr>
          <w:p w14:paraId="26408DDF" w14:textId="77777777" w:rsidR="00884DFA" w:rsidRPr="00F54F5A" w:rsidRDefault="00884DFA" w:rsidP="00F54F5A">
            <w:pPr>
              <w:spacing w:after="0" w:line="240" w:lineRule="auto"/>
              <w:jc w:val="center"/>
              <w:rPr>
                <w:rFonts w:cs="Times New Roman"/>
                <w:sz w:val="24"/>
              </w:rPr>
            </w:pPr>
          </w:p>
        </w:tc>
        <w:tc>
          <w:tcPr>
            <w:tcW w:w="2608" w:type="dxa"/>
            <w:tcMar>
              <w:top w:w="50" w:type="dxa"/>
              <w:left w:w="60" w:type="dxa"/>
              <w:bottom w:w="50" w:type="dxa"/>
              <w:right w:w="60" w:type="dxa"/>
            </w:tcMar>
            <w:vAlign w:val="center"/>
          </w:tcPr>
          <w:p w14:paraId="158F5DC9" w14:textId="77777777" w:rsidR="00884DFA" w:rsidRPr="00F54F5A" w:rsidRDefault="00884DFA" w:rsidP="00F54F5A">
            <w:pPr>
              <w:spacing w:after="0" w:line="240" w:lineRule="auto"/>
              <w:jc w:val="center"/>
              <w:rPr>
                <w:rFonts w:cs="Times New Roman"/>
                <w:sz w:val="24"/>
              </w:rPr>
            </w:pPr>
          </w:p>
        </w:tc>
      </w:tr>
      <w:tr w:rsidR="00884DFA" w:rsidRPr="00F54F5A" w14:paraId="30A83094" w14:textId="77777777" w:rsidTr="00F54F5A">
        <w:trPr>
          <w:cantSplit/>
          <w:jc w:val="center"/>
        </w:trPr>
        <w:tc>
          <w:tcPr>
            <w:tcW w:w="567" w:type="dxa"/>
            <w:tcMar>
              <w:top w:w="50" w:type="dxa"/>
              <w:left w:w="60" w:type="dxa"/>
              <w:bottom w:w="50" w:type="dxa"/>
              <w:right w:w="60" w:type="dxa"/>
            </w:tcMar>
            <w:vAlign w:val="center"/>
          </w:tcPr>
          <w:p w14:paraId="7D5545D5"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2</w:t>
            </w:r>
          </w:p>
        </w:tc>
        <w:tc>
          <w:tcPr>
            <w:tcW w:w="7937" w:type="dxa"/>
            <w:tcMar>
              <w:top w:w="50" w:type="dxa"/>
              <w:left w:w="60" w:type="dxa"/>
              <w:bottom w:w="50" w:type="dxa"/>
              <w:right w:w="60" w:type="dxa"/>
            </w:tcMar>
            <w:vAlign w:val="center"/>
          </w:tcPr>
          <w:p w14:paraId="4B64EA13" w14:textId="77777777" w:rsidR="00884DFA" w:rsidRPr="00F54F5A" w:rsidRDefault="00436074" w:rsidP="00F54F5A">
            <w:pPr>
              <w:spacing w:after="0" w:line="240" w:lineRule="auto"/>
              <w:rPr>
                <w:rFonts w:cs="Times New Roman"/>
                <w:sz w:val="24"/>
              </w:rPr>
            </w:pPr>
            <w:r w:rsidRPr="00F54F5A">
              <w:rPr>
                <w:rFonts w:eastAsia="Times New Roman" w:cs="Times New Roman"/>
                <w:sz w:val="24"/>
              </w:rPr>
              <w:t>Số cơ sở đã gửi báo cáo</w:t>
            </w:r>
          </w:p>
        </w:tc>
        <w:tc>
          <w:tcPr>
            <w:tcW w:w="2268" w:type="dxa"/>
            <w:tcMar>
              <w:top w:w="50" w:type="dxa"/>
              <w:left w:w="60" w:type="dxa"/>
              <w:bottom w:w="50" w:type="dxa"/>
              <w:right w:w="60" w:type="dxa"/>
            </w:tcMar>
            <w:vAlign w:val="center"/>
          </w:tcPr>
          <w:p w14:paraId="7974B1BE" w14:textId="77777777" w:rsidR="00884DFA" w:rsidRPr="00F54F5A" w:rsidRDefault="00884DFA" w:rsidP="00F54F5A">
            <w:pPr>
              <w:spacing w:after="0" w:line="240" w:lineRule="auto"/>
              <w:jc w:val="center"/>
              <w:rPr>
                <w:rFonts w:cs="Times New Roman"/>
                <w:sz w:val="24"/>
              </w:rPr>
            </w:pPr>
          </w:p>
        </w:tc>
        <w:tc>
          <w:tcPr>
            <w:tcW w:w="2608" w:type="dxa"/>
            <w:tcMar>
              <w:top w:w="50" w:type="dxa"/>
              <w:left w:w="60" w:type="dxa"/>
              <w:bottom w:w="50" w:type="dxa"/>
              <w:right w:w="60" w:type="dxa"/>
            </w:tcMar>
            <w:vAlign w:val="center"/>
          </w:tcPr>
          <w:p w14:paraId="0CD3B3DF" w14:textId="77777777" w:rsidR="00884DFA" w:rsidRPr="00F54F5A" w:rsidRDefault="00884DFA" w:rsidP="00F54F5A">
            <w:pPr>
              <w:spacing w:after="0" w:line="240" w:lineRule="auto"/>
              <w:jc w:val="center"/>
              <w:rPr>
                <w:rFonts w:cs="Times New Roman"/>
                <w:sz w:val="24"/>
              </w:rPr>
            </w:pPr>
          </w:p>
        </w:tc>
      </w:tr>
      <w:tr w:rsidR="00884DFA" w:rsidRPr="00F54F5A" w14:paraId="77A323E1" w14:textId="77777777" w:rsidTr="00F54F5A">
        <w:trPr>
          <w:cantSplit/>
          <w:jc w:val="center"/>
        </w:trPr>
        <w:tc>
          <w:tcPr>
            <w:tcW w:w="567" w:type="dxa"/>
            <w:tcMar>
              <w:top w:w="50" w:type="dxa"/>
              <w:left w:w="60" w:type="dxa"/>
              <w:bottom w:w="50" w:type="dxa"/>
              <w:right w:w="60" w:type="dxa"/>
            </w:tcMar>
            <w:vAlign w:val="center"/>
          </w:tcPr>
          <w:p w14:paraId="3F5C6AF1"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3</w:t>
            </w:r>
          </w:p>
        </w:tc>
        <w:tc>
          <w:tcPr>
            <w:tcW w:w="7937" w:type="dxa"/>
            <w:tcMar>
              <w:top w:w="50" w:type="dxa"/>
              <w:left w:w="60" w:type="dxa"/>
              <w:bottom w:w="50" w:type="dxa"/>
              <w:right w:w="60" w:type="dxa"/>
            </w:tcMar>
            <w:vAlign w:val="center"/>
          </w:tcPr>
          <w:p w14:paraId="577F7CD6" w14:textId="77777777" w:rsidR="00884DFA" w:rsidRPr="00F54F5A" w:rsidRDefault="00436074" w:rsidP="00F54F5A">
            <w:pPr>
              <w:spacing w:after="0" w:line="240" w:lineRule="auto"/>
              <w:rPr>
                <w:rFonts w:cs="Times New Roman"/>
                <w:sz w:val="24"/>
              </w:rPr>
            </w:pPr>
            <w:r w:rsidRPr="00F54F5A">
              <w:rPr>
                <w:rFonts w:eastAsia="Times New Roman" w:cs="Times New Roman"/>
                <w:sz w:val="24"/>
              </w:rPr>
              <w:t>Số cơ sở gửi đúng thời hạn</w:t>
            </w:r>
          </w:p>
        </w:tc>
        <w:tc>
          <w:tcPr>
            <w:tcW w:w="2268" w:type="dxa"/>
            <w:tcMar>
              <w:top w:w="50" w:type="dxa"/>
              <w:left w:w="60" w:type="dxa"/>
              <w:bottom w:w="50" w:type="dxa"/>
              <w:right w:w="60" w:type="dxa"/>
            </w:tcMar>
            <w:vAlign w:val="center"/>
          </w:tcPr>
          <w:p w14:paraId="50E4FD0D" w14:textId="77777777" w:rsidR="00884DFA" w:rsidRPr="00F54F5A" w:rsidRDefault="00884DFA" w:rsidP="00F54F5A">
            <w:pPr>
              <w:spacing w:after="0" w:line="240" w:lineRule="auto"/>
              <w:jc w:val="center"/>
              <w:rPr>
                <w:rFonts w:cs="Times New Roman"/>
                <w:sz w:val="24"/>
              </w:rPr>
            </w:pPr>
          </w:p>
        </w:tc>
        <w:tc>
          <w:tcPr>
            <w:tcW w:w="2608" w:type="dxa"/>
            <w:tcMar>
              <w:top w:w="50" w:type="dxa"/>
              <w:left w:w="60" w:type="dxa"/>
              <w:bottom w:w="50" w:type="dxa"/>
              <w:right w:w="60" w:type="dxa"/>
            </w:tcMar>
            <w:vAlign w:val="center"/>
          </w:tcPr>
          <w:p w14:paraId="7BCCB75B" w14:textId="77777777" w:rsidR="00884DFA" w:rsidRPr="00F54F5A" w:rsidRDefault="00884DFA" w:rsidP="00F54F5A">
            <w:pPr>
              <w:spacing w:after="0" w:line="240" w:lineRule="auto"/>
              <w:jc w:val="center"/>
              <w:rPr>
                <w:rFonts w:cs="Times New Roman"/>
                <w:sz w:val="24"/>
              </w:rPr>
            </w:pPr>
          </w:p>
        </w:tc>
      </w:tr>
      <w:tr w:rsidR="00884DFA" w:rsidRPr="00F54F5A" w14:paraId="44A5C5F5" w14:textId="77777777" w:rsidTr="00F54F5A">
        <w:trPr>
          <w:cantSplit/>
          <w:jc w:val="center"/>
        </w:trPr>
        <w:tc>
          <w:tcPr>
            <w:tcW w:w="567" w:type="dxa"/>
            <w:tcMar>
              <w:top w:w="50" w:type="dxa"/>
              <w:left w:w="60" w:type="dxa"/>
              <w:bottom w:w="50" w:type="dxa"/>
              <w:right w:w="60" w:type="dxa"/>
            </w:tcMar>
            <w:vAlign w:val="center"/>
          </w:tcPr>
          <w:p w14:paraId="48A45876"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4</w:t>
            </w:r>
          </w:p>
        </w:tc>
        <w:tc>
          <w:tcPr>
            <w:tcW w:w="7937" w:type="dxa"/>
            <w:tcMar>
              <w:top w:w="50" w:type="dxa"/>
              <w:left w:w="60" w:type="dxa"/>
              <w:bottom w:w="50" w:type="dxa"/>
              <w:right w:w="60" w:type="dxa"/>
            </w:tcMar>
            <w:vAlign w:val="center"/>
          </w:tcPr>
          <w:p w14:paraId="63E28C18" w14:textId="77777777" w:rsidR="00884DFA" w:rsidRPr="00F54F5A" w:rsidRDefault="00436074" w:rsidP="00F54F5A">
            <w:pPr>
              <w:spacing w:after="0" w:line="240" w:lineRule="auto"/>
              <w:rPr>
                <w:rFonts w:cs="Times New Roman"/>
                <w:sz w:val="24"/>
              </w:rPr>
            </w:pPr>
            <w:r w:rsidRPr="00F54F5A">
              <w:rPr>
                <w:rFonts w:eastAsia="Times New Roman" w:cs="Times New Roman"/>
                <w:sz w:val="24"/>
              </w:rPr>
              <w:t>Số cơ sở phải rà soát, điều chỉnh số liệu</w:t>
            </w:r>
          </w:p>
        </w:tc>
        <w:tc>
          <w:tcPr>
            <w:tcW w:w="2268" w:type="dxa"/>
            <w:tcMar>
              <w:top w:w="50" w:type="dxa"/>
              <w:left w:w="60" w:type="dxa"/>
              <w:bottom w:w="50" w:type="dxa"/>
              <w:right w:w="60" w:type="dxa"/>
            </w:tcMar>
            <w:vAlign w:val="center"/>
          </w:tcPr>
          <w:p w14:paraId="05255DC6" w14:textId="77777777" w:rsidR="00884DFA" w:rsidRPr="00F54F5A" w:rsidRDefault="00884DFA" w:rsidP="00F54F5A">
            <w:pPr>
              <w:spacing w:after="0" w:line="240" w:lineRule="auto"/>
              <w:jc w:val="center"/>
              <w:rPr>
                <w:rFonts w:cs="Times New Roman"/>
                <w:sz w:val="24"/>
              </w:rPr>
            </w:pPr>
          </w:p>
        </w:tc>
        <w:tc>
          <w:tcPr>
            <w:tcW w:w="2608" w:type="dxa"/>
            <w:tcMar>
              <w:top w:w="50" w:type="dxa"/>
              <w:left w:w="60" w:type="dxa"/>
              <w:bottom w:w="50" w:type="dxa"/>
              <w:right w:w="60" w:type="dxa"/>
            </w:tcMar>
            <w:vAlign w:val="center"/>
          </w:tcPr>
          <w:p w14:paraId="058B1B5F" w14:textId="77777777" w:rsidR="00884DFA" w:rsidRPr="00F54F5A" w:rsidRDefault="00884DFA" w:rsidP="00F54F5A">
            <w:pPr>
              <w:spacing w:after="0" w:line="240" w:lineRule="auto"/>
              <w:jc w:val="center"/>
              <w:rPr>
                <w:rFonts w:cs="Times New Roman"/>
                <w:sz w:val="24"/>
              </w:rPr>
            </w:pPr>
          </w:p>
        </w:tc>
      </w:tr>
      <w:tr w:rsidR="00884DFA" w:rsidRPr="00F54F5A" w14:paraId="7D2BDF86" w14:textId="77777777" w:rsidTr="00F54F5A">
        <w:trPr>
          <w:cantSplit/>
          <w:jc w:val="center"/>
        </w:trPr>
        <w:tc>
          <w:tcPr>
            <w:tcW w:w="567" w:type="dxa"/>
            <w:tcMar>
              <w:top w:w="50" w:type="dxa"/>
              <w:left w:w="60" w:type="dxa"/>
              <w:bottom w:w="50" w:type="dxa"/>
              <w:right w:w="60" w:type="dxa"/>
            </w:tcMar>
            <w:vAlign w:val="center"/>
          </w:tcPr>
          <w:p w14:paraId="26A8158E"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5</w:t>
            </w:r>
          </w:p>
        </w:tc>
        <w:tc>
          <w:tcPr>
            <w:tcW w:w="7937" w:type="dxa"/>
            <w:tcMar>
              <w:top w:w="50" w:type="dxa"/>
              <w:left w:w="60" w:type="dxa"/>
              <w:bottom w:w="50" w:type="dxa"/>
              <w:right w:w="60" w:type="dxa"/>
            </w:tcMar>
            <w:vAlign w:val="center"/>
          </w:tcPr>
          <w:p w14:paraId="194FC25A" w14:textId="77777777" w:rsidR="00884DFA" w:rsidRPr="00F54F5A" w:rsidRDefault="00436074" w:rsidP="00F54F5A">
            <w:pPr>
              <w:spacing w:after="0" w:line="240" w:lineRule="auto"/>
              <w:rPr>
                <w:rFonts w:cs="Times New Roman"/>
                <w:sz w:val="24"/>
              </w:rPr>
            </w:pPr>
            <w:r w:rsidRPr="00F54F5A">
              <w:rPr>
                <w:rFonts w:eastAsia="Times New Roman" w:cs="Times New Roman"/>
                <w:sz w:val="24"/>
              </w:rPr>
              <w:t>Số nguồn thông tin cộng đồng đã được xác minh</w:t>
            </w:r>
          </w:p>
        </w:tc>
        <w:tc>
          <w:tcPr>
            <w:tcW w:w="2268" w:type="dxa"/>
            <w:tcMar>
              <w:top w:w="50" w:type="dxa"/>
              <w:left w:w="60" w:type="dxa"/>
              <w:bottom w:w="50" w:type="dxa"/>
              <w:right w:w="60" w:type="dxa"/>
            </w:tcMar>
            <w:vAlign w:val="center"/>
          </w:tcPr>
          <w:p w14:paraId="23DFC167" w14:textId="77777777" w:rsidR="00884DFA" w:rsidRPr="00F54F5A" w:rsidRDefault="00884DFA" w:rsidP="00F54F5A">
            <w:pPr>
              <w:spacing w:after="0" w:line="240" w:lineRule="auto"/>
              <w:jc w:val="center"/>
              <w:rPr>
                <w:rFonts w:cs="Times New Roman"/>
                <w:sz w:val="24"/>
              </w:rPr>
            </w:pPr>
          </w:p>
        </w:tc>
        <w:tc>
          <w:tcPr>
            <w:tcW w:w="2608" w:type="dxa"/>
            <w:tcMar>
              <w:top w:w="50" w:type="dxa"/>
              <w:left w:w="60" w:type="dxa"/>
              <w:bottom w:w="50" w:type="dxa"/>
              <w:right w:w="60" w:type="dxa"/>
            </w:tcMar>
            <w:vAlign w:val="center"/>
          </w:tcPr>
          <w:p w14:paraId="5A0B4390" w14:textId="77777777" w:rsidR="00884DFA" w:rsidRPr="00F54F5A" w:rsidRDefault="00884DFA" w:rsidP="00F54F5A">
            <w:pPr>
              <w:spacing w:after="0" w:line="240" w:lineRule="auto"/>
              <w:jc w:val="center"/>
              <w:rPr>
                <w:rFonts w:cs="Times New Roman"/>
                <w:sz w:val="24"/>
              </w:rPr>
            </w:pPr>
          </w:p>
        </w:tc>
      </w:tr>
    </w:tbl>
    <w:p w14:paraId="172B0D52" w14:textId="77777777" w:rsidR="00884DFA" w:rsidRPr="00F54F5A" w:rsidRDefault="00436074" w:rsidP="00CA634C">
      <w:pPr>
        <w:keepNext/>
        <w:spacing w:before="120" w:after="0" w:line="240" w:lineRule="auto"/>
        <w:rPr>
          <w:rFonts w:cs="Times New Roman"/>
          <w:sz w:val="26"/>
        </w:rPr>
      </w:pPr>
      <w:r w:rsidRPr="00F54F5A">
        <w:rPr>
          <w:rFonts w:eastAsia="Times New Roman" w:cs="Times New Roman"/>
          <w:b/>
          <w:sz w:val="26"/>
        </w:rPr>
        <w:t>II. TỔNG HỢP THIỆT HẠI THEO NƠI ĐIỀU TRỊ, QUẢN LÝ</w:t>
      </w:r>
    </w:p>
    <w:tbl>
      <w:tblPr>
        <w:tblW w:w="142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164"/>
        <w:gridCol w:w="4249"/>
        <w:gridCol w:w="2836"/>
        <w:gridCol w:w="2349"/>
        <w:gridCol w:w="1737"/>
        <w:gridCol w:w="1945"/>
      </w:tblGrid>
      <w:tr w:rsidR="001D3FEE" w:rsidRPr="00F54F5A" w14:paraId="3938AD5A" w14:textId="77777777" w:rsidTr="00F54F5A">
        <w:trPr>
          <w:cantSplit/>
          <w:tblHeader/>
          <w:jc w:val="center"/>
        </w:trPr>
        <w:tc>
          <w:tcPr>
            <w:tcW w:w="764" w:type="dxa"/>
            <w:vMerge w:val="restart"/>
            <w:shd w:val="clear" w:color="auto" w:fill="E7E6E6"/>
            <w:tcMar>
              <w:top w:w="50" w:type="dxa"/>
              <w:left w:w="60" w:type="dxa"/>
              <w:bottom w:w="50" w:type="dxa"/>
              <w:right w:w="60" w:type="dxa"/>
            </w:tcMar>
            <w:vAlign w:val="center"/>
          </w:tcPr>
          <w:p w14:paraId="69AABD28" w14:textId="77777777" w:rsidR="001D3FEE" w:rsidRPr="00F54F5A" w:rsidRDefault="001D3FEE" w:rsidP="00F54F5A">
            <w:pPr>
              <w:spacing w:after="0" w:line="240" w:lineRule="auto"/>
              <w:jc w:val="center"/>
              <w:rPr>
                <w:rFonts w:cs="Times New Roman"/>
                <w:sz w:val="24"/>
              </w:rPr>
            </w:pPr>
            <w:r w:rsidRPr="00F54F5A">
              <w:rPr>
                <w:rFonts w:eastAsia="Times New Roman" w:cs="Times New Roman"/>
                <w:b/>
                <w:sz w:val="24"/>
              </w:rPr>
              <w:t>TT</w:t>
            </w:r>
          </w:p>
        </w:tc>
        <w:tc>
          <w:tcPr>
            <w:tcW w:w="2788" w:type="dxa"/>
            <w:vMerge w:val="restart"/>
            <w:shd w:val="clear" w:color="auto" w:fill="E7E6E6"/>
            <w:tcMar>
              <w:top w:w="50" w:type="dxa"/>
              <w:left w:w="60" w:type="dxa"/>
              <w:bottom w:w="50" w:type="dxa"/>
              <w:right w:w="60" w:type="dxa"/>
            </w:tcMar>
            <w:vAlign w:val="center"/>
          </w:tcPr>
          <w:p w14:paraId="5627947A" w14:textId="12CB38BD" w:rsidR="001D3FEE" w:rsidRPr="00F54F5A" w:rsidRDefault="00AD76A4" w:rsidP="00F54F5A">
            <w:pPr>
              <w:spacing w:after="0" w:line="240" w:lineRule="auto"/>
              <w:jc w:val="center"/>
              <w:rPr>
                <w:rFonts w:cs="Times New Roman"/>
                <w:sz w:val="24"/>
                <w:lang w:val="vi-VN"/>
              </w:rPr>
            </w:pPr>
            <w:r w:rsidRPr="00F54F5A">
              <w:rPr>
                <w:rFonts w:eastAsia="Times New Roman" w:cs="Times New Roman"/>
                <w:b/>
                <w:sz w:val="24"/>
              </w:rPr>
              <w:t>Nội dung</w:t>
            </w:r>
          </w:p>
        </w:tc>
        <w:tc>
          <w:tcPr>
            <w:tcW w:w="4542" w:type="dxa"/>
            <w:gridSpan w:val="3"/>
            <w:shd w:val="clear" w:color="auto" w:fill="E7E6E6"/>
            <w:tcMar>
              <w:top w:w="50" w:type="dxa"/>
              <w:left w:w="60" w:type="dxa"/>
              <w:bottom w:w="50" w:type="dxa"/>
              <w:right w:w="60" w:type="dxa"/>
            </w:tcMar>
            <w:vAlign w:val="center"/>
          </w:tcPr>
          <w:p w14:paraId="5E60BD95" w14:textId="77777777" w:rsidR="001D3FEE" w:rsidRPr="00F54F5A" w:rsidRDefault="001D3FEE" w:rsidP="00F54F5A">
            <w:pPr>
              <w:spacing w:after="0" w:line="240" w:lineRule="auto"/>
              <w:jc w:val="center"/>
              <w:rPr>
                <w:rFonts w:cs="Times New Roman"/>
                <w:sz w:val="24"/>
                <w:lang w:val="vi-VN"/>
              </w:rPr>
            </w:pPr>
            <w:r w:rsidRPr="00F54F5A">
              <w:rPr>
                <w:rFonts w:eastAsia="Times New Roman" w:cs="Times New Roman"/>
                <w:b/>
                <w:sz w:val="24"/>
                <w:lang w:val="vi-VN"/>
              </w:rPr>
              <w:t>Lũy tích từ đầu đợt dịch</w:t>
            </w:r>
          </w:p>
        </w:tc>
        <w:tc>
          <w:tcPr>
            <w:tcW w:w="1276" w:type="dxa"/>
            <w:vMerge w:val="restart"/>
            <w:shd w:val="clear" w:color="auto" w:fill="E7E6E6"/>
            <w:tcMar>
              <w:top w:w="50" w:type="dxa"/>
              <w:left w:w="60" w:type="dxa"/>
              <w:bottom w:w="50" w:type="dxa"/>
              <w:right w:w="60" w:type="dxa"/>
            </w:tcMar>
            <w:vAlign w:val="center"/>
          </w:tcPr>
          <w:p w14:paraId="4055DE29" w14:textId="77777777" w:rsidR="001D3FEE" w:rsidRPr="00F54F5A" w:rsidRDefault="001D3FEE" w:rsidP="00F54F5A">
            <w:pPr>
              <w:spacing w:after="0" w:line="240" w:lineRule="auto"/>
              <w:jc w:val="center"/>
              <w:rPr>
                <w:rFonts w:cs="Times New Roman"/>
                <w:sz w:val="24"/>
              </w:rPr>
            </w:pPr>
            <w:r w:rsidRPr="00F54F5A">
              <w:rPr>
                <w:rFonts w:eastAsia="Times New Roman" w:cs="Times New Roman"/>
                <w:b/>
                <w:sz w:val="24"/>
              </w:rPr>
              <w:t>Ghi chú</w:t>
            </w:r>
          </w:p>
        </w:tc>
      </w:tr>
      <w:tr w:rsidR="001D3FEE" w:rsidRPr="00F54F5A" w14:paraId="5734B58B" w14:textId="77777777" w:rsidTr="00F54F5A">
        <w:trPr>
          <w:cantSplit/>
          <w:tblHeader/>
          <w:jc w:val="center"/>
        </w:trPr>
        <w:tc>
          <w:tcPr>
            <w:tcW w:w="764" w:type="dxa"/>
            <w:vMerge/>
          </w:tcPr>
          <w:p w14:paraId="4E5F2318" w14:textId="77777777" w:rsidR="001D3FEE" w:rsidRPr="00F54F5A" w:rsidRDefault="001D3FEE" w:rsidP="00F54F5A">
            <w:pPr>
              <w:spacing w:after="0" w:line="240" w:lineRule="auto"/>
              <w:rPr>
                <w:rFonts w:cs="Times New Roman"/>
                <w:sz w:val="24"/>
              </w:rPr>
            </w:pPr>
          </w:p>
        </w:tc>
        <w:tc>
          <w:tcPr>
            <w:tcW w:w="2788" w:type="dxa"/>
            <w:vMerge/>
          </w:tcPr>
          <w:p w14:paraId="32D241E9" w14:textId="77777777" w:rsidR="001D3FEE" w:rsidRPr="00F54F5A" w:rsidRDefault="001D3FEE" w:rsidP="00F54F5A">
            <w:pPr>
              <w:spacing w:after="0" w:line="240" w:lineRule="auto"/>
              <w:rPr>
                <w:rFonts w:cs="Times New Roman"/>
                <w:sz w:val="24"/>
              </w:rPr>
            </w:pPr>
          </w:p>
        </w:tc>
        <w:tc>
          <w:tcPr>
            <w:tcW w:w="1861" w:type="dxa"/>
            <w:shd w:val="clear" w:color="auto" w:fill="E7E6E6"/>
            <w:tcMar>
              <w:top w:w="50" w:type="dxa"/>
              <w:left w:w="60" w:type="dxa"/>
              <w:bottom w:w="50" w:type="dxa"/>
              <w:right w:w="60" w:type="dxa"/>
            </w:tcMar>
            <w:vAlign w:val="center"/>
          </w:tcPr>
          <w:p w14:paraId="7832305D" w14:textId="77777777" w:rsidR="001D3FEE" w:rsidRPr="00F54F5A" w:rsidRDefault="001D3FEE" w:rsidP="00F54F5A">
            <w:pPr>
              <w:spacing w:after="0" w:line="240" w:lineRule="auto"/>
              <w:jc w:val="center"/>
              <w:rPr>
                <w:rFonts w:cs="Times New Roman"/>
                <w:sz w:val="24"/>
              </w:rPr>
            </w:pPr>
            <w:r w:rsidRPr="00F54F5A">
              <w:rPr>
                <w:rFonts w:eastAsia="Times New Roman" w:cs="Times New Roman"/>
                <w:b/>
                <w:sz w:val="24"/>
              </w:rPr>
              <w:t>Tại cơ sở KBCB</w:t>
            </w:r>
          </w:p>
        </w:tc>
        <w:tc>
          <w:tcPr>
            <w:tcW w:w="1541" w:type="dxa"/>
            <w:shd w:val="clear" w:color="auto" w:fill="E7E6E6"/>
            <w:tcMar>
              <w:top w:w="50" w:type="dxa"/>
              <w:left w:w="60" w:type="dxa"/>
              <w:bottom w:w="50" w:type="dxa"/>
              <w:right w:w="60" w:type="dxa"/>
            </w:tcMar>
            <w:vAlign w:val="center"/>
          </w:tcPr>
          <w:p w14:paraId="387662FC" w14:textId="77777777" w:rsidR="001D3FEE" w:rsidRPr="00F54F5A" w:rsidRDefault="001D3FEE" w:rsidP="00F54F5A">
            <w:pPr>
              <w:spacing w:after="0" w:line="240" w:lineRule="auto"/>
              <w:jc w:val="center"/>
              <w:rPr>
                <w:rFonts w:cs="Times New Roman"/>
                <w:sz w:val="24"/>
              </w:rPr>
            </w:pPr>
            <w:r w:rsidRPr="00F54F5A">
              <w:rPr>
                <w:rFonts w:eastAsia="Times New Roman" w:cs="Times New Roman"/>
                <w:b/>
                <w:sz w:val="24"/>
              </w:rPr>
              <w:t>Tại nhà/ cộng đồng</w:t>
            </w:r>
          </w:p>
        </w:tc>
        <w:tc>
          <w:tcPr>
            <w:tcW w:w="1140" w:type="dxa"/>
            <w:shd w:val="clear" w:color="auto" w:fill="E7E6E6"/>
            <w:tcMar>
              <w:top w:w="50" w:type="dxa"/>
              <w:left w:w="60" w:type="dxa"/>
              <w:bottom w:w="50" w:type="dxa"/>
              <w:right w:w="60" w:type="dxa"/>
            </w:tcMar>
            <w:vAlign w:val="center"/>
          </w:tcPr>
          <w:p w14:paraId="30C0397C" w14:textId="77777777" w:rsidR="001D3FEE" w:rsidRPr="00F54F5A" w:rsidRDefault="001D3FEE" w:rsidP="00F54F5A">
            <w:pPr>
              <w:spacing w:after="0" w:line="240" w:lineRule="auto"/>
              <w:jc w:val="center"/>
              <w:rPr>
                <w:rFonts w:cs="Times New Roman"/>
                <w:sz w:val="24"/>
              </w:rPr>
            </w:pPr>
            <w:r w:rsidRPr="00F54F5A">
              <w:rPr>
                <w:rFonts w:eastAsia="Times New Roman" w:cs="Times New Roman"/>
                <w:b/>
                <w:sz w:val="24"/>
              </w:rPr>
              <w:t>Tổng số</w:t>
            </w:r>
          </w:p>
        </w:tc>
        <w:tc>
          <w:tcPr>
            <w:tcW w:w="1276" w:type="dxa"/>
            <w:vMerge/>
          </w:tcPr>
          <w:p w14:paraId="596A1F04" w14:textId="77777777" w:rsidR="001D3FEE" w:rsidRPr="00F54F5A" w:rsidRDefault="001D3FEE" w:rsidP="00F54F5A">
            <w:pPr>
              <w:spacing w:after="0" w:line="240" w:lineRule="auto"/>
              <w:rPr>
                <w:rFonts w:cs="Times New Roman"/>
                <w:sz w:val="24"/>
              </w:rPr>
            </w:pPr>
          </w:p>
        </w:tc>
      </w:tr>
      <w:tr w:rsidR="00151392" w:rsidRPr="00F54F5A" w14:paraId="7F23D67A" w14:textId="77777777" w:rsidTr="00F54F5A">
        <w:trPr>
          <w:cantSplit/>
          <w:jc w:val="center"/>
        </w:trPr>
        <w:tc>
          <w:tcPr>
            <w:tcW w:w="764" w:type="dxa"/>
            <w:tcMar>
              <w:top w:w="50" w:type="dxa"/>
              <w:left w:w="60" w:type="dxa"/>
              <w:bottom w:w="50" w:type="dxa"/>
              <w:right w:w="60" w:type="dxa"/>
            </w:tcMar>
            <w:vAlign w:val="center"/>
          </w:tcPr>
          <w:p w14:paraId="1C256E37" w14:textId="4852D369" w:rsidR="00151392" w:rsidRPr="00F54F5A" w:rsidRDefault="00151392" w:rsidP="00F54F5A">
            <w:pPr>
              <w:spacing w:after="0" w:line="240" w:lineRule="auto"/>
              <w:jc w:val="center"/>
              <w:rPr>
                <w:rFonts w:cs="Times New Roman"/>
                <w:sz w:val="24"/>
              </w:rPr>
            </w:pPr>
            <w:r w:rsidRPr="00F54F5A">
              <w:rPr>
                <w:rFonts w:eastAsia="Times New Roman" w:cs="Times New Roman"/>
                <w:sz w:val="24"/>
              </w:rPr>
              <w:t>1</w:t>
            </w:r>
          </w:p>
        </w:tc>
        <w:tc>
          <w:tcPr>
            <w:tcW w:w="2788" w:type="dxa"/>
            <w:tcMar>
              <w:top w:w="50" w:type="dxa"/>
              <w:left w:w="60" w:type="dxa"/>
              <w:bottom w:w="50" w:type="dxa"/>
              <w:right w:w="60" w:type="dxa"/>
            </w:tcMar>
            <w:vAlign w:val="center"/>
          </w:tcPr>
          <w:p w14:paraId="6301E9DA" w14:textId="49E3DF24" w:rsidR="00151392"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151392" w:rsidRPr="00F54F5A">
              <w:rPr>
                <w:rFonts w:eastAsia="Times New Roman" w:cs="Times New Roman"/>
                <w:sz w:val="24"/>
              </w:rPr>
              <w:t xml:space="preserve"> mắc</w:t>
            </w:r>
          </w:p>
        </w:tc>
        <w:tc>
          <w:tcPr>
            <w:tcW w:w="1861" w:type="dxa"/>
            <w:tcMar>
              <w:top w:w="50" w:type="dxa"/>
              <w:left w:w="60" w:type="dxa"/>
              <w:bottom w:w="50" w:type="dxa"/>
              <w:right w:w="60" w:type="dxa"/>
            </w:tcMar>
            <w:vAlign w:val="center"/>
          </w:tcPr>
          <w:p w14:paraId="2E3D4407" w14:textId="77777777" w:rsidR="00151392" w:rsidRPr="00F54F5A" w:rsidRDefault="00151392" w:rsidP="00F54F5A">
            <w:pPr>
              <w:spacing w:after="0" w:line="240" w:lineRule="auto"/>
              <w:jc w:val="center"/>
              <w:rPr>
                <w:rFonts w:cs="Times New Roman"/>
                <w:sz w:val="24"/>
              </w:rPr>
            </w:pPr>
          </w:p>
        </w:tc>
        <w:tc>
          <w:tcPr>
            <w:tcW w:w="1541" w:type="dxa"/>
            <w:tcMar>
              <w:top w:w="50" w:type="dxa"/>
              <w:left w:w="60" w:type="dxa"/>
              <w:bottom w:w="50" w:type="dxa"/>
              <w:right w:w="60" w:type="dxa"/>
            </w:tcMar>
            <w:vAlign w:val="center"/>
          </w:tcPr>
          <w:p w14:paraId="7F678566" w14:textId="77777777" w:rsidR="00151392" w:rsidRPr="00F54F5A" w:rsidRDefault="00151392" w:rsidP="00F54F5A">
            <w:pPr>
              <w:spacing w:after="0" w:line="240" w:lineRule="auto"/>
              <w:jc w:val="center"/>
              <w:rPr>
                <w:rFonts w:cs="Times New Roman"/>
                <w:sz w:val="24"/>
              </w:rPr>
            </w:pPr>
          </w:p>
        </w:tc>
        <w:tc>
          <w:tcPr>
            <w:tcW w:w="1140" w:type="dxa"/>
            <w:tcMar>
              <w:top w:w="50" w:type="dxa"/>
              <w:left w:w="60" w:type="dxa"/>
              <w:bottom w:w="50" w:type="dxa"/>
              <w:right w:w="60" w:type="dxa"/>
            </w:tcMar>
            <w:vAlign w:val="center"/>
          </w:tcPr>
          <w:p w14:paraId="4175977C" w14:textId="77777777" w:rsidR="00151392" w:rsidRPr="00F54F5A" w:rsidRDefault="00151392" w:rsidP="00F54F5A">
            <w:pPr>
              <w:spacing w:after="0" w:line="240" w:lineRule="auto"/>
              <w:jc w:val="center"/>
              <w:rPr>
                <w:rFonts w:cs="Times New Roman"/>
                <w:sz w:val="24"/>
              </w:rPr>
            </w:pPr>
          </w:p>
        </w:tc>
        <w:tc>
          <w:tcPr>
            <w:tcW w:w="1276" w:type="dxa"/>
            <w:tcMar>
              <w:top w:w="50" w:type="dxa"/>
              <w:left w:w="60" w:type="dxa"/>
              <w:bottom w:w="50" w:type="dxa"/>
              <w:right w:w="60" w:type="dxa"/>
            </w:tcMar>
            <w:vAlign w:val="center"/>
          </w:tcPr>
          <w:p w14:paraId="57414C95" w14:textId="77777777" w:rsidR="00151392" w:rsidRPr="00F54F5A" w:rsidRDefault="00151392" w:rsidP="00F54F5A">
            <w:pPr>
              <w:spacing w:after="0" w:line="240" w:lineRule="auto"/>
              <w:jc w:val="center"/>
              <w:rPr>
                <w:rFonts w:cs="Times New Roman"/>
                <w:sz w:val="24"/>
              </w:rPr>
            </w:pPr>
          </w:p>
        </w:tc>
      </w:tr>
      <w:tr w:rsidR="00151392" w:rsidRPr="00F54F5A" w14:paraId="59237F61" w14:textId="77777777" w:rsidTr="00F54F5A">
        <w:trPr>
          <w:cantSplit/>
          <w:jc w:val="center"/>
        </w:trPr>
        <w:tc>
          <w:tcPr>
            <w:tcW w:w="764" w:type="dxa"/>
            <w:tcMar>
              <w:top w:w="50" w:type="dxa"/>
              <w:left w:w="60" w:type="dxa"/>
              <w:bottom w:w="50" w:type="dxa"/>
              <w:right w:w="60" w:type="dxa"/>
            </w:tcMar>
            <w:vAlign w:val="center"/>
          </w:tcPr>
          <w:p w14:paraId="1CE80B2C" w14:textId="321F2259" w:rsidR="00151392" w:rsidRPr="00F54F5A" w:rsidRDefault="00151392" w:rsidP="00F54F5A">
            <w:pPr>
              <w:spacing w:after="0" w:line="240" w:lineRule="auto"/>
              <w:jc w:val="center"/>
              <w:rPr>
                <w:rFonts w:cs="Times New Roman"/>
                <w:sz w:val="24"/>
              </w:rPr>
            </w:pPr>
            <w:r w:rsidRPr="00F54F5A">
              <w:rPr>
                <w:rFonts w:eastAsia="Times New Roman" w:cs="Times New Roman"/>
                <w:sz w:val="24"/>
              </w:rPr>
              <w:t>1.1</w:t>
            </w:r>
          </w:p>
        </w:tc>
        <w:tc>
          <w:tcPr>
            <w:tcW w:w="2788" w:type="dxa"/>
            <w:tcMar>
              <w:top w:w="50" w:type="dxa"/>
              <w:left w:w="60" w:type="dxa"/>
              <w:bottom w:w="50" w:type="dxa"/>
              <w:right w:w="60" w:type="dxa"/>
            </w:tcMar>
            <w:vAlign w:val="center"/>
          </w:tcPr>
          <w:p w14:paraId="0D014C69" w14:textId="1742FD35" w:rsidR="00151392" w:rsidRPr="00F54F5A" w:rsidRDefault="008F6410" w:rsidP="00F54F5A">
            <w:pPr>
              <w:spacing w:after="0" w:line="240" w:lineRule="auto"/>
              <w:rPr>
                <w:rFonts w:cs="Times New Roman"/>
                <w:sz w:val="24"/>
              </w:rPr>
            </w:pPr>
            <w:r w:rsidRPr="00F54F5A">
              <w:rPr>
                <w:rFonts w:eastAsia="Times New Roman" w:cs="Times New Roman"/>
                <w:sz w:val="24"/>
              </w:rPr>
              <w:t>Số trường hợp bệnh</w:t>
            </w:r>
            <w:r w:rsidR="00B6413E" w:rsidRPr="00F54F5A">
              <w:rPr>
                <w:rFonts w:eastAsia="Times New Roman" w:cs="Times New Roman"/>
                <w:sz w:val="24"/>
              </w:rPr>
              <w:t xml:space="preserve"> nghi ngờ</w:t>
            </w:r>
          </w:p>
        </w:tc>
        <w:tc>
          <w:tcPr>
            <w:tcW w:w="1861" w:type="dxa"/>
            <w:tcMar>
              <w:top w:w="50" w:type="dxa"/>
              <w:left w:w="60" w:type="dxa"/>
              <w:bottom w:w="50" w:type="dxa"/>
              <w:right w:w="60" w:type="dxa"/>
            </w:tcMar>
            <w:vAlign w:val="center"/>
          </w:tcPr>
          <w:p w14:paraId="096D72A2" w14:textId="77777777" w:rsidR="00151392" w:rsidRPr="00F54F5A" w:rsidRDefault="00151392" w:rsidP="00F54F5A">
            <w:pPr>
              <w:spacing w:after="0" w:line="240" w:lineRule="auto"/>
              <w:jc w:val="center"/>
              <w:rPr>
                <w:rFonts w:cs="Times New Roman"/>
                <w:sz w:val="24"/>
              </w:rPr>
            </w:pPr>
          </w:p>
        </w:tc>
        <w:tc>
          <w:tcPr>
            <w:tcW w:w="1541" w:type="dxa"/>
            <w:tcMar>
              <w:top w:w="50" w:type="dxa"/>
              <w:left w:w="60" w:type="dxa"/>
              <w:bottom w:w="50" w:type="dxa"/>
              <w:right w:w="60" w:type="dxa"/>
            </w:tcMar>
            <w:vAlign w:val="center"/>
          </w:tcPr>
          <w:p w14:paraId="46D357D0" w14:textId="77777777" w:rsidR="00151392" w:rsidRPr="00F54F5A" w:rsidRDefault="00151392" w:rsidP="00F54F5A">
            <w:pPr>
              <w:spacing w:after="0" w:line="240" w:lineRule="auto"/>
              <w:jc w:val="center"/>
              <w:rPr>
                <w:rFonts w:cs="Times New Roman"/>
                <w:sz w:val="24"/>
              </w:rPr>
            </w:pPr>
          </w:p>
        </w:tc>
        <w:tc>
          <w:tcPr>
            <w:tcW w:w="1140" w:type="dxa"/>
            <w:tcMar>
              <w:top w:w="50" w:type="dxa"/>
              <w:left w:w="60" w:type="dxa"/>
              <w:bottom w:w="50" w:type="dxa"/>
              <w:right w:w="60" w:type="dxa"/>
            </w:tcMar>
            <w:vAlign w:val="center"/>
          </w:tcPr>
          <w:p w14:paraId="34DCB1C9" w14:textId="77777777" w:rsidR="00151392" w:rsidRPr="00F54F5A" w:rsidRDefault="00151392" w:rsidP="00F54F5A">
            <w:pPr>
              <w:spacing w:after="0" w:line="240" w:lineRule="auto"/>
              <w:jc w:val="center"/>
              <w:rPr>
                <w:rFonts w:cs="Times New Roman"/>
                <w:sz w:val="24"/>
              </w:rPr>
            </w:pPr>
          </w:p>
        </w:tc>
        <w:tc>
          <w:tcPr>
            <w:tcW w:w="1276" w:type="dxa"/>
            <w:tcMar>
              <w:top w:w="50" w:type="dxa"/>
              <w:left w:w="60" w:type="dxa"/>
              <w:bottom w:w="50" w:type="dxa"/>
              <w:right w:w="60" w:type="dxa"/>
            </w:tcMar>
            <w:vAlign w:val="center"/>
          </w:tcPr>
          <w:p w14:paraId="119D4317" w14:textId="77777777" w:rsidR="00151392" w:rsidRPr="00F54F5A" w:rsidRDefault="00151392" w:rsidP="00F54F5A">
            <w:pPr>
              <w:spacing w:after="0" w:line="240" w:lineRule="auto"/>
              <w:jc w:val="center"/>
              <w:rPr>
                <w:rFonts w:cs="Times New Roman"/>
                <w:sz w:val="24"/>
              </w:rPr>
            </w:pPr>
          </w:p>
        </w:tc>
      </w:tr>
      <w:tr w:rsidR="00151392" w:rsidRPr="00F54F5A" w14:paraId="2EE1C838" w14:textId="77777777" w:rsidTr="00F54F5A">
        <w:trPr>
          <w:cantSplit/>
          <w:jc w:val="center"/>
        </w:trPr>
        <w:tc>
          <w:tcPr>
            <w:tcW w:w="764" w:type="dxa"/>
            <w:tcMar>
              <w:top w:w="50" w:type="dxa"/>
              <w:left w:w="60" w:type="dxa"/>
              <w:bottom w:w="50" w:type="dxa"/>
              <w:right w:w="60" w:type="dxa"/>
            </w:tcMar>
            <w:vAlign w:val="center"/>
          </w:tcPr>
          <w:p w14:paraId="41DA84A7" w14:textId="7BF931CF" w:rsidR="00151392" w:rsidRPr="00F54F5A" w:rsidRDefault="00151392" w:rsidP="00F54F5A">
            <w:pPr>
              <w:spacing w:after="0" w:line="240" w:lineRule="auto"/>
              <w:jc w:val="center"/>
              <w:rPr>
                <w:rFonts w:cs="Times New Roman"/>
                <w:sz w:val="24"/>
              </w:rPr>
            </w:pPr>
            <w:r w:rsidRPr="00F54F5A">
              <w:rPr>
                <w:rFonts w:eastAsia="Times New Roman" w:cs="Times New Roman"/>
                <w:sz w:val="24"/>
              </w:rPr>
              <w:t>1.2</w:t>
            </w:r>
          </w:p>
        </w:tc>
        <w:tc>
          <w:tcPr>
            <w:tcW w:w="2788" w:type="dxa"/>
            <w:tcMar>
              <w:top w:w="50" w:type="dxa"/>
              <w:left w:w="60" w:type="dxa"/>
              <w:bottom w:w="50" w:type="dxa"/>
              <w:right w:w="60" w:type="dxa"/>
            </w:tcMar>
            <w:vAlign w:val="center"/>
          </w:tcPr>
          <w:p w14:paraId="771FE164" w14:textId="00F1479D" w:rsidR="00151392" w:rsidRPr="00F54F5A" w:rsidRDefault="008F6410" w:rsidP="00F54F5A">
            <w:pPr>
              <w:spacing w:after="0" w:line="240" w:lineRule="auto"/>
              <w:rPr>
                <w:rFonts w:cs="Times New Roman"/>
                <w:sz w:val="24"/>
              </w:rPr>
            </w:pPr>
            <w:r w:rsidRPr="00F54F5A">
              <w:rPr>
                <w:rFonts w:eastAsia="Times New Roman" w:cs="Times New Roman"/>
                <w:sz w:val="24"/>
              </w:rPr>
              <w:t>Số trường hợp bệnh</w:t>
            </w:r>
            <w:r w:rsidR="00B6413E" w:rsidRPr="00F54F5A">
              <w:rPr>
                <w:rFonts w:eastAsia="Times New Roman" w:cs="Times New Roman"/>
                <w:sz w:val="24"/>
              </w:rPr>
              <w:t xml:space="preserve"> xác định</w:t>
            </w:r>
          </w:p>
        </w:tc>
        <w:tc>
          <w:tcPr>
            <w:tcW w:w="1861" w:type="dxa"/>
            <w:tcMar>
              <w:top w:w="50" w:type="dxa"/>
              <w:left w:w="60" w:type="dxa"/>
              <w:bottom w:w="50" w:type="dxa"/>
              <w:right w:w="60" w:type="dxa"/>
            </w:tcMar>
            <w:vAlign w:val="center"/>
          </w:tcPr>
          <w:p w14:paraId="01AEA215" w14:textId="77777777" w:rsidR="00151392" w:rsidRPr="00F54F5A" w:rsidRDefault="00151392" w:rsidP="00F54F5A">
            <w:pPr>
              <w:spacing w:after="0" w:line="240" w:lineRule="auto"/>
              <w:jc w:val="center"/>
              <w:rPr>
                <w:rFonts w:cs="Times New Roman"/>
                <w:sz w:val="24"/>
              </w:rPr>
            </w:pPr>
          </w:p>
        </w:tc>
        <w:tc>
          <w:tcPr>
            <w:tcW w:w="1541" w:type="dxa"/>
            <w:tcMar>
              <w:top w:w="50" w:type="dxa"/>
              <w:left w:w="60" w:type="dxa"/>
              <w:bottom w:w="50" w:type="dxa"/>
              <w:right w:w="60" w:type="dxa"/>
            </w:tcMar>
            <w:vAlign w:val="center"/>
          </w:tcPr>
          <w:p w14:paraId="238CBDBF" w14:textId="77777777" w:rsidR="00151392" w:rsidRPr="00F54F5A" w:rsidRDefault="00151392" w:rsidP="00F54F5A">
            <w:pPr>
              <w:spacing w:after="0" w:line="240" w:lineRule="auto"/>
              <w:jc w:val="center"/>
              <w:rPr>
                <w:rFonts w:cs="Times New Roman"/>
                <w:sz w:val="24"/>
              </w:rPr>
            </w:pPr>
          </w:p>
        </w:tc>
        <w:tc>
          <w:tcPr>
            <w:tcW w:w="1140" w:type="dxa"/>
            <w:tcMar>
              <w:top w:w="50" w:type="dxa"/>
              <w:left w:w="60" w:type="dxa"/>
              <w:bottom w:w="50" w:type="dxa"/>
              <w:right w:w="60" w:type="dxa"/>
            </w:tcMar>
            <w:vAlign w:val="center"/>
          </w:tcPr>
          <w:p w14:paraId="6958121E" w14:textId="77777777" w:rsidR="00151392" w:rsidRPr="00F54F5A" w:rsidRDefault="00151392" w:rsidP="00F54F5A">
            <w:pPr>
              <w:spacing w:after="0" w:line="240" w:lineRule="auto"/>
              <w:jc w:val="center"/>
              <w:rPr>
                <w:rFonts w:cs="Times New Roman"/>
                <w:sz w:val="24"/>
              </w:rPr>
            </w:pPr>
          </w:p>
        </w:tc>
        <w:tc>
          <w:tcPr>
            <w:tcW w:w="1276" w:type="dxa"/>
            <w:tcMar>
              <w:top w:w="50" w:type="dxa"/>
              <w:left w:w="60" w:type="dxa"/>
              <w:bottom w:w="50" w:type="dxa"/>
              <w:right w:w="60" w:type="dxa"/>
            </w:tcMar>
            <w:vAlign w:val="center"/>
          </w:tcPr>
          <w:p w14:paraId="72BBEF8C" w14:textId="77777777" w:rsidR="00151392" w:rsidRPr="00F54F5A" w:rsidRDefault="00151392" w:rsidP="00F54F5A">
            <w:pPr>
              <w:spacing w:after="0" w:line="240" w:lineRule="auto"/>
              <w:jc w:val="center"/>
              <w:rPr>
                <w:rFonts w:cs="Times New Roman"/>
                <w:sz w:val="24"/>
              </w:rPr>
            </w:pPr>
          </w:p>
        </w:tc>
      </w:tr>
      <w:tr w:rsidR="00151392" w:rsidRPr="00F54F5A" w14:paraId="6990AD65" w14:textId="77777777" w:rsidTr="00F54F5A">
        <w:trPr>
          <w:cantSplit/>
          <w:jc w:val="center"/>
        </w:trPr>
        <w:tc>
          <w:tcPr>
            <w:tcW w:w="764" w:type="dxa"/>
            <w:tcMar>
              <w:top w:w="50" w:type="dxa"/>
              <w:left w:w="60" w:type="dxa"/>
              <w:bottom w:w="50" w:type="dxa"/>
              <w:right w:w="60" w:type="dxa"/>
            </w:tcMar>
            <w:vAlign w:val="center"/>
          </w:tcPr>
          <w:p w14:paraId="26CAD7A6" w14:textId="58B8757C" w:rsidR="00151392" w:rsidRPr="00F54F5A" w:rsidRDefault="00151392" w:rsidP="00F54F5A">
            <w:pPr>
              <w:spacing w:after="0" w:line="240" w:lineRule="auto"/>
              <w:jc w:val="center"/>
              <w:rPr>
                <w:rFonts w:cs="Times New Roman"/>
                <w:sz w:val="24"/>
              </w:rPr>
            </w:pPr>
            <w:r w:rsidRPr="00F54F5A">
              <w:rPr>
                <w:rFonts w:eastAsia="Times New Roman" w:cs="Times New Roman"/>
                <w:sz w:val="24"/>
              </w:rPr>
              <w:lastRenderedPageBreak/>
              <w:t>2</w:t>
            </w:r>
          </w:p>
        </w:tc>
        <w:tc>
          <w:tcPr>
            <w:tcW w:w="2788" w:type="dxa"/>
            <w:tcMar>
              <w:top w:w="50" w:type="dxa"/>
              <w:left w:w="60" w:type="dxa"/>
              <w:bottom w:w="50" w:type="dxa"/>
              <w:right w:w="60" w:type="dxa"/>
            </w:tcMar>
            <w:vAlign w:val="center"/>
          </w:tcPr>
          <w:p w14:paraId="4EBFC3D6" w14:textId="44D6F9F6" w:rsidR="00151392"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151392" w:rsidRPr="00F54F5A">
              <w:rPr>
                <w:rFonts w:eastAsia="Times New Roman" w:cs="Times New Roman"/>
                <w:sz w:val="24"/>
              </w:rPr>
              <w:t xml:space="preserve"> nhập viện</w:t>
            </w:r>
          </w:p>
        </w:tc>
        <w:tc>
          <w:tcPr>
            <w:tcW w:w="1861" w:type="dxa"/>
            <w:tcMar>
              <w:top w:w="50" w:type="dxa"/>
              <w:left w:w="60" w:type="dxa"/>
              <w:bottom w:w="50" w:type="dxa"/>
              <w:right w:w="60" w:type="dxa"/>
            </w:tcMar>
            <w:vAlign w:val="center"/>
          </w:tcPr>
          <w:p w14:paraId="4DB0DEAB" w14:textId="77777777" w:rsidR="00151392" w:rsidRPr="00F54F5A" w:rsidRDefault="00151392" w:rsidP="00F54F5A">
            <w:pPr>
              <w:spacing w:after="0" w:line="240" w:lineRule="auto"/>
              <w:jc w:val="center"/>
              <w:rPr>
                <w:rFonts w:cs="Times New Roman"/>
                <w:sz w:val="24"/>
              </w:rPr>
            </w:pPr>
          </w:p>
        </w:tc>
        <w:tc>
          <w:tcPr>
            <w:tcW w:w="1541" w:type="dxa"/>
            <w:tcMar>
              <w:top w:w="50" w:type="dxa"/>
              <w:left w:w="60" w:type="dxa"/>
              <w:bottom w:w="50" w:type="dxa"/>
              <w:right w:w="60" w:type="dxa"/>
            </w:tcMar>
            <w:vAlign w:val="center"/>
          </w:tcPr>
          <w:p w14:paraId="155B14E0" w14:textId="77777777" w:rsidR="00151392" w:rsidRPr="00F54F5A" w:rsidRDefault="00151392" w:rsidP="00F54F5A">
            <w:pPr>
              <w:spacing w:after="0" w:line="240" w:lineRule="auto"/>
              <w:jc w:val="center"/>
              <w:rPr>
                <w:rFonts w:cs="Times New Roman"/>
                <w:sz w:val="24"/>
              </w:rPr>
            </w:pPr>
          </w:p>
        </w:tc>
        <w:tc>
          <w:tcPr>
            <w:tcW w:w="1140" w:type="dxa"/>
            <w:tcMar>
              <w:top w:w="50" w:type="dxa"/>
              <w:left w:w="60" w:type="dxa"/>
              <w:bottom w:w="50" w:type="dxa"/>
              <w:right w:w="60" w:type="dxa"/>
            </w:tcMar>
            <w:vAlign w:val="center"/>
          </w:tcPr>
          <w:p w14:paraId="623C852D" w14:textId="77777777" w:rsidR="00151392" w:rsidRPr="00F54F5A" w:rsidRDefault="00151392" w:rsidP="00F54F5A">
            <w:pPr>
              <w:spacing w:after="0" w:line="240" w:lineRule="auto"/>
              <w:jc w:val="center"/>
              <w:rPr>
                <w:rFonts w:cs="Times New Roman"/>
                <w:sz w:val="24"/>
              </w:rPr>
            </w:pPr>
          </w:p>
        </w:tc>
        <w:tc>
          <w:tcPr>
            <w:tcW w:w="1276" w:type="dxa"/>
            <w:tcMar>
              <w:top w:w="50" w:type="dxa"/>
              <w:left w:w="60" w:type="dxa"/>
              <w:bottom w:w="50" w:type="dxa"/>
              <w:right w:w="60" w:type="dxa"/>
            </w:tcMar>
            <w:vAlign w:val="center"/>
          </w:tcPr>
          <w:p w14:paraId="46CE0B34" w14:textId="77777777" w:rsidR="00151392" w:rsidRPr="00F54F5A" w:rsidRDefault="00151392" w:rsidP="00F54F5A">
            <w:pPr>
              <w:spacing w:after="0" w:line="240" w:lineRule="auto"/>
              <w:jc w:val="center"/>
              <w:rPr>
                <w:rFonts w:cs="Times New Roman"/>
                <w:sz w:val="24"/>
              </w:rPr>
            </w:pPr>
          </w:p>
        </w:tc>
      </w:tr>
      <w:tr w:rsidR="00151392" w:rsidRPr="00F54F5A" w14:paraId="2F68272D" w14:textId="77777777" w:rsidTr="00F54F5A">
        <w:trPr>
          <w:cantSplit/>
          <w:jc w:val="center"/>
        </w:trPr>
        <w:tc>
          <w:tcPr>
            <w:tcW w:w="764" w:type="dxa"/>
            <w:tcMar>
              <w:top w:w="50" w:type="dxa"/>
              <w:left w:w="60" w:type="dxa"/>
              <w:bottom w:w="50" w:type="dxa"/>
              <w:right w:w="60" w:type="dxa"/>
            </w:tcMar>
            <w:vAlign w:val="center"/>
          </w:tcPr>
          <w:p w14:paraId="6E58DDEB" w14:textId="104F3067" w:rsidR="00151392" w:rsidRPr="00F54F5A" w:rsidRDefault="00151392" w:rsidP="00F54F5A">
            <w:pPr>
              <w:spacing w:after="0" w:line="240" w:lineRule="auto"/>
              <w:jc w:val="center"/>
              <w:rPr>
                <w:rFonts w:cs="Times New Roman"/>
                <w:sz w:val="24"/>
              </w:rPr>
            </w:pPr>
            <w:r w:rsidRPr="00F54F5A">
              <w:rPr>
                <w:rFonts w:eastAsia="Times New Roman" w:cs="Times New Roman"/>
                <w:sz w:val="24"/>
                <w:lang w:val="vi-VN"/>
              </w:rPr>
              <w:t>3</w:t>
            </w:r>
          </w:p>
        </w:tc>
        <w:tc>
          <w:tcPr>
            <w:tcW w:w="2788" w:type="dxa"/>
            <w:tcMar>
              <w:top w:w="50" w:type="dxa"/>
              <w:left w:w="60" w:type="dxa"/>
              <w:bottom w:w="50" w:type="dxa"/>
              <w:right w:w="60" w:type="dxa"/>
            </w:tcMar>
            <w:vAlign w:val="center"/>
          </w:tcPr>
          <w:p w14:paraId="62468598" w14:textId="35105860" w:rsidR="00151392" w:rsidRPr="00F54F5A" w:rsidRDefault="00151392" w:rsidP="00F54F5A">
            <w:pPr>
              <w:spacing w:after="0" w:line="240" w:lineRule="auto"/>
              <w:rPr>
                <w:rFonts w:cs="Times New Roman"/>
                <w:sz w:val="24"/>
              </w:rPr>
            </w:pPr>
            <w:r w:rsidRPr="00F54F5A">
              <w:rPr>
                <w:rFonts w:eastAsia="Times New Roman" w:cs="Times New Roman"/>
                <w:sz w:val="24"/>
              </w:rPr>
              <w:t>Số</w:t>
            </w:r>
            <w:r w:rsidRPr="00F54F5A">
              <w:rPr>
                <w:rFonts w:eastAsia="Times New Roman" w:cs="Times New Roman"/>
                <w:sz w:val="24"/>
                <w:lang w:val="vi-VN"/>
              </w:rPr>
              <w:t xml:space="preserve"> đang điều trị</w:t>
            </w:r>
          </w:p>
        </w:tc>
        <w:tc>
          <w:tcPr>
            <w:tcW w:w="1861" w:type="dxa"/>
            <w:tcMar>
              <w:top w:w="50" w:type="dxa"/>
              <w:left w:w="60" w:type="dxa"/>
              <w:bottom w:w="50" w:type="dxa"/>
              <w:right w:w="60" w:type="dxa"/>
            </w:tcMar>
            <w:vAlign w:val="center"/>
          </w:tcPr>
          <w:p w14:paraId="202F69D7" w14:textId="77777777" w:rsidR="00151392" w:rsidRPr="00F54F5A" w:rsidRDefault="00151392" w:rsidP="00F54F5A">
            <w:pPr>
              <w:spacing w:after="0" w:line="240" w:lineRule="auto"/>
              <w:jc w:val="center"/>
              <w:rPr>
                <w:rFonts w:cs="Times New Roman"/>
                <w:sz w:val="24"/>
              </w:rPr>
            </w:pPr>
          </w:p>
        </w:tc>
        <w:tc>
          <w:tcPr>
            <w:tcW w:w="1541" w:type="dxa"/>
            <w:tcMar>
              <w:top w:w="50" w:type="dxa"/>
              <w:left w:w="60" w:type="dxa"/>
              <w:bottom w:w="50" w:type="dxa"/>
              <w:right w:w="60" w:type="dxa"/>
            </w:tcMar>
            <w:vAlign w:val="center"/>
          </w:tcPr>
          <w:p w14:paraId="55FC2290" w14:textId="77777777" w:rsidR="00151392" w:rsidRPr="00F54F5A" w:rsidRDefault="00151392" w:rsidP="00F54F5A">
            <w:pPr>
              <w:spacing w:after="0" w:line="240" w:lineRule="auto"/>
              <w:jc w:val="center"/>
              <w:rPr>
                <w:rFonts w:cs="Times New Roman"/>
                <w:sz w:val="24"/>
              </w:rPr>
            </w:pPr>
          </w:p>
        </w:tc>
        <w:tc>
          <w:tcPr>
            <w:tcW w:w="1140" w:type="dxa"/>
            <w:tcMar>
              <w:top w:w="50" w:type="dxa"/>
              <w:left w:w="60" w:type="dxa"/>
              <w:bottom w:w="50" w:type="dxa"/>
              <w:right w:w="60" w:type="dxa"/>
            </w:tcMar>
            <w:vAlign w:val="center"/>
          </w:tcPr>
          <w:p w14:paraId="44C6D6C3" w14:textId="77777777" w:rsidR="00151392" w:rsidRPr="00F54F5A" w:rsidRDefault="00151392" w:rsidP="00F54F5A">
            <w:pPr>
              <w:spacing w:after="0" w:line="240" w:lineRule="auto"/>
              <w:jc w:val="center"/>
              <w:rPr>
                <w:rFonts w:cs="Times New Roman"/>
                <w:sz w:val="24"/>
              </w:rPr>
            </w:pPr>
          </w:p>
        </w:tc>
        <w:tc>
          <w:tcPr>
            <w:tcW w:w="1276" w:type="dxa"/>
            <w:tcMar>
              <w:top w:w="50" w:type="dxa"/>
              <w:left w:w="60" w:type="dxa"/>
              <w:bottom w:w="50" w:type="dxa"/>
              <w:right w:w="60" w:type="dxa"/>
            </w:tcMar>
            <w:vAlign w:val="center"/>
          </w:tcPr>
          <w:p w14:paraId="1B29D8A0" w14:textId="77777777" w:rsidR="00151392" w:rsidRPr="00F54F5A" w:rsidRDefault="00151392" w:rsidP="00F54F5A">
            <w:pPr>
              <w:spacing w:after="0" w:line="240" w:lineRule="auto"/>
              <w:jc w:val="center"/>
              <w:rPr>
                <w:rFonts w:cs="Times New Roman"/>
                <w:sz w:val="24"/>
              </w:rPr>
            </w:pPr>
          </w:p>
        </w:tc>
      </w:tr>
      <w:tr w:rsidR="00151392" w:rsidRPr="00F54F5A" w14:paraId="4AB24084" w14:textId="77777777" w:rsidTr="00F54F5A">
        <w:trPr>
          <w:cantSplit/>
          <w:jc w:val="center"/>
        </w:trPr>
        <w:tc>
          <w:tcPr>
            <w:tcW w:w="764" w:type="dxa"/>
            <w:tcMar>
              <w:top w:w="50" w:type="dxa"/>
              <w:left w:w="60" w:type="dxa"/>
              <w:bottom w:w="50" w:type="dxa"/>
              <w:right w:w="60" w:type="dxa"/>
            </w:tcMar>
            <w:vAlign w:val="center"/>
          </w:tcPr>
          <w:p w14:paraId="49B3B3E7" w14:textId="5F2A2006" w:rsidR="00151392" w:rsidRPr="00F54F5A" w:rsidRDefault="00151392" w:rsidP="00F54F5A">
            <w:pPr>
              <w:spacing w:after="0" w:line="240" w:lineRule="auto"/>
              <w:jc w:val="center"/>
              <w:rPr>
                <w:rFonts w:cs="Times New Roman"/>
                <w:sz w:val="24"/>
              </w:rPr>
            </w:pPr>
            <w:r w:rsidRPr="00F54F5A">
              <w:rPr>
                <w:rFonts w:eastAsia="Times New Roman" w:cs="Times New Roman"/>
                <w:sz w:val="24"/>
                <w:lang w:val="vi-VN"/>
              </w:rPr>
              <w:t>4</w:t>
            </w:r>
          </w:p>
        </w:tc>
        <w:tc>
          <w:tcPr>
            <w:tcW w:w="2788" w:type="dxa"/>
            <w:tcMar>
              <w:top w:w="50" w:type="dxa"/>
              <w:left w:w="60" w:type="dxa"/>
              <w:bottom w:w="50" w:type="dxa"/>
              <w:right w:w="60" w:type="dxa"/>
            </w:tcMar>
            <w:vAlign w:val="center"/>
          </w:tcPr>
          <w:p w14:paraId="0E09747F" w14:textId="1FE98D57" w:rsidR="00151392"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151392" w:rsidRPr="00F54F5A">
              <w:rPr>
                <w:rFonts w:eastAsia="Times New Roman" w:cs="Times New Roman"/>
                <w:sz w:val="24"/>
                <w:lang w:val="vi-VN"/>
              </w:rPr>
              <w:t xml:space="preserve"> nặng</w:t>
            </w:r>
            <w:r w:rsidR="00A84B45" w:rsidRPr="00F54F5A">
              <w:rPr>
                <w:rFonts w:eastAsia="Times New Roman" w:cs="Times New Roman"/>
                <w:sz w:val="24"/>
                <w:vertAlign w:val="superscript"/>
              </w:rPr>
              <w:t>*</w:t>
            </w:r>
          </w:p>
        </w:tc>
        <w:tc>
          <w:tcPr>
            <w:tcW w:w="1861" w:type="dxa"/>
            <w:tcMar>
              <w:top w:w="50" w:type="dxa"/>
              <w:left w:w="60" w:type="dxa"/>
              <w:bottom w:w="50" w:type="dxa"/>
              <w:right w:w="60" w:type="dxa"/>
            </w:tcMar>
            <w:vAlign w:val="center"/>
          </w:tcPr>
          <w:p w14:paraId="45419787" w14:textId="77777777" w:rsidR="00151392" w:rsidRPr="00F54F5A" w:rsidRDefault="00151392" w:rsidP="00F54F5A">
            <w:pPr>
              <w:spacing w:after="0" w:line="240" w:lineRule="auto"/>
              <w:jc w:val="center"/>
              <w:rPr>
                <w:rFonts w:cs="Times New Roman"/>
                <w:sz w:val="24"/>
              </w:rPr>
            </w:pPr>
          </w:p>
        </w:tc>
        <w:tc>
          <w:tcPr>
            <w:tcW w:w="1541" w:type="dxa"/>
            <w:tcMar>
              <w:top w:w="50" w:type="dxa"/>
              <w:left w:w="60" w:type="dxa"/>
              <w:bottom w:w="50" w:type="dxa"/>
              <w:right w:w="60" w:type="dxa"/>
            </w:tcMar>
            <w:vAlign w:val="center"/>
          </w:tcPr>
          <w:p w14:paraId="005EF86E" w14:textId="77777777" w:rsidR="00151392" w:rsidRPr="00F54F5A" w:rsidRDefault="00151392" w:rsidP="00F54F5A">
            <w:pPr>
              <w:spacing w:after="0" w:line="240" w:lineRule="auto"/>
              <w:jc w:val="center"/>
              <w:rPr>
                <w:rFonts w:cs="Times New Roman"/>
                <w:sz w:val="24"/>
              </w:rPr>
            </w:pPr>
          </w:p>
        </w:tc>
        <w:tc>
          <w:tcPr>
            <w:tcW w:w="1140" w:type="dxa"/>
            <w:tcMar>
              <w:top w:w="50" w:type="dxa"/>
              <w:left w:w="60" w:type="dxa"/>
              <w:bottom w:w="50" w:type="dxa"/>
              <w:right w:w="60" w:type="dxa"/>
            </w:tcMar>
            <w:vAlign w:val="center"/>
          </w:tcPr>
          <w:p w14:paraId="566D3407" w14:textId="77777777" w:rsidR="00151392" w:rsidRPr="00F54F5A" w:rsidRDefault="00151392" w:rsidP="00F54F5A">
            <w:pPr>
              <w:spacing w:after="0" w:line="240" w:lineRule="auto"/>
              <w:jc w:val="center"/>
              <w:rPr>
                <w:rFonts w:cs="Times New Roman"/>
                <w:sz w:val="24"/>
              </w:rPr>
            </w:pPr>
          </w:p>
        </w:tc>
        <w:tc>
          <w:tcPr>
            <w:tcW w:w="1276" w:type="dxa"/>
            <w:tcMar>
              <w:top w:w="50" w:type="dxa"/>
              <w:left w:w="60" w:type="dxa"/>
              <w:bottom w:w="50" w:type="dxa"/>
              <w:right w:w="60" w:type="dxa"/>
            </w:tcMar>
            <w:vAlign w:val="center"/>
          </w:tcPr>
          <w:p w14:paraId="3671E6DB" w14:textId="77777777" w:rsidR="00151392" w:rsidRPr="00F54F5A" w:rsidRDefault="00151392" w:rsidP="00F54F5A">
            <w:pPr>
              <w:spacing w:after="0" w:line="240" w:lineRule="auto"/>
              <w:jc w:val="center"/>
              <w:rPr>
                <w:rFonts w:cs="Times New Roman"/>
                <w:sz w:val="24"/>
              </w:rPr>
            </w:pPr>
          </w:p>
        </w:tc>
      </w:tr>
      <w:tr w:rsidR="00151392" w:rsidRPr="00F54F5A" w14:paraId="36D6AF42" w14:textId="77777777" w:rsidTr="00F54F5A">
        <w:trPr>
          <w:cantSplit/>
          <w:jc w:val="center"/>
        </w:trPr>
        <w:tc>
          <w:tcPr>
            <w:tcW w:w="764" w:type="dxa"/>
            <w:tcMar>
              <w:top w:w="50" w:type="dxa"/>
              <w:left w:w="60" w:type="dxa"/>
              <w:bottom w:w="50" w:type="dxa"/>
              <w:right w:w="60" w:type="dxa"/>
            </w:tcMar>
            <w:vAlign w:val="center"/>
          </w:tcPr>
          <w:p w14:paraId="3361E371" w14:textId="0B60A6E9" w:rsidR="00151392" w:rsidRPr="00F54F5A" w:rsidRDefault="00151392" w:rsidP="00F54F5A">
            <w:pPr>
              <w:spacing w:after="0" w:line="240" w:lineRule="auto"/>
              <w:jc w:val="center"/>
              <w:rPr>
                <w:rFonts w:cs="Times New Roman"/>
                <w:sz w:val="24"/>
              </w:rPr>
            </w:pPr>
            <w:r w:rsidRPr="00F54F5A">
              <w:rPr>
                <w:rFonts w:eastAsia="Times New Roman" w:cs="Times New Roman"/>
                <w:sz w:val="24"/>
                <w:lang w:val="vi-VN"/>
              </w:rPr>
              <w:t>5</w:t>
            </w:r>
          </w:p>
        </w:tc>
        <w:tc>
          <w:tcPr>
            <w:tcW w:w="2788" w:type="dxa"/>
            <w:tcMar>
              <w:top w:w="50" w:type="dxa"/>
              <w:left w:w="60" w:type="dxa"/>
              <w:bottom w:w="50" w:type="dxa"/>
              <w:right w:w="60" w:type="dxa"/>
            </w:tcMar>
            <w:vAlign w:val="center"/>
          </w:tcPr>
          <w:p w14:paraId="4D5F3793" w14:textId="7737AF89" w:rsidR="00151392"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151392" w:rsidRPr="00F54F5A">
              <w:rPr>
                <w:rFonts w:eastAsia="Times New Roman" w:cs="Times New Roman"/>
                <w:sz w:val="24"/>
                <w:lang w:val="vi-VN"/>
              </w:rPr>
              <w:t xml:space="preserve"> biến chứng</w:t>
            </w:r>
            <w:r w:rsidR="00A84B45" w:rsidRPr="00F54F5A">
              <w:rPr>
                <w:rFonts w:eastAsia="Times New Roman" w:cs="Times New Roman"/>
                <w:sz w:val="24"/>
                <w:vertAlign w:val="superscript"/>
              </w:rPr>
              <w:t>**</w:t>
            </w:r>
          </w:p>
        </w:tc>
        <w:tc>
          <w:tcPr>
            <w:tcW w:w="1861" w:type="dxa"/>
            <w:tcMar>
              <w:top w:w="50" w:type="dxa"/>
              <w:left w:w="60" w:type="dxa"/>
              <w:bottom w:w="50" w:type="dxa"/>
              <w:right w:w="60" w:type="dxa"/>
            </w:tcMar>
            <w:vAlign w:val="center"/>
          </w:tcPr>
          <w:p w14:paraId="0C8ED1E2" w14:textId="77777777" w:rsidR="00151392" w:rsidRPr="00F54F5A" w:rsidRDefault="00151392" w:rsidP="00F54F5A">
            <w:pPr>
              <w:spacing w:after="0" w:line="240" w:lineRule="auto"/>
              <w:jc w:val="center"/>
              <w:rPr>
                <w:rFonts w:cs="Times New Roman"/>
                <w:sz w:val="24"/>
              </w:rPr>
            </w:pPr>
          </w:p>
        </w:tc>
        <w:tc>
          <w:tcPr>
            <w:tcW w:w="1541" w:type="dxa"/>
            <w:tcMar>
              <w:top w:w="50" w:type="dxa"/>
              <w:left w:w="60" w:type="dxa"/>
              <w:bottom w:w="50" w:type="dxa"/>
              <w:right w:w="60" w:type="dxa"/>
            </w:tcMar>
            <w:vAlign w:val="center"/>
          </w:tcPr>
          <w:p w14:paraId="5E168877" w14:textId="77777777" w:rsidR="00151392" w:rsidRPr="00F54F5A" w:rsidRDefault="00151392" w:rsidP="00F54F5A">
            <w:pPr>
              <w:spacing w:after="0" w:line="240" w:lineRule="auto"/>
              <w:jc w:val="center"/>
              <w:rPr>
                <w:rFonts w:cs="Times New Roman"/>
                <w:sz w:val="24"/>
              </w:rPr>
            </w:pPr>
          </w:p>
        </w:tc>
        <w:tc>
          <w:tcPr>
            <w:tcW w:w="1140" w:type="dxa"/>
            <w:tcMar>
              <w:top w:w="50" w:type="dxa"/>
              <w:left w:w="60" w:type="dxa"/>
              <w:bottom w:w="50" w:type="dxa"/>
              <w:right w:w="60" w:type="dxa"/>
            </w:tcMar>
            <w:vAlign w:val="center"/>
          </w:tcPr>
          <w:p w14:paraId="217E345E" w14:textId="77777777" w:rsidR="00151392" w:rsidRPr="00F54F5A" w:rsidRDefault="00151392" w:rsidP="00F54F5A">
            <w:pPr>
              <w:spacing w:after="0" w:line="240" w:lineRule="auto"/>
              <w:jc w:val="center"/>
              <w:rPr>
                <w:rFonts w:cs="Times New Roman"/>
                <w:sz w:val="24"/>
              </w:rPr>
            </w:pPr>
          </w:p>
        </w:tc>
        <w:tc>
          <w:tcPr>
            <w:tcW w:w="1276" w:type="dxa"/>
            <w:tcMar>
              <w:top w:w="50" w:type="dxa"/>
              <w:left w:w="60" w:type="dxa"/>
              <w:bottom w:w="50" w:type="dxa"/>
              <w:right w:w="60" w:type="dxa"/>
            </w:tcMar>
            <w:vAlign w:val="center"/>
          </w:tcPr>
          <w:p w14:paraId="01ABCCA6" w14:textId="77777777" w:rsidR="00151392" w:rsidRPr="00F54F5A" w:rsidRDefault="00151392" w:rsidP="00F54F5A">
            <w:pPr>
              <w:spacing w:after="0" w:line="240" w:lineRule="auto"/>
              <w:jc w:val="center"/>
              <w:rPr>
                <w:rFonts w:cs="Times New Roman"/>
                <w:sz w:val="24"/>
              </w:rPr>
            </w:pPr>
          </w:p>
        </w:tc>
      </w:tr>
      <w:tr w:rsidR="00151392" w:rsidRPr="00F54F5A" w14:paraId="2C8E0F7F" w14:textId="77777777" w:rsidTr="00F54F5A">
        <w:trPr>
          <w:cantSplit/>
          <w:jc w:val="center"/>
        </w:trPr>
        <w:tc>
          <w:tcPr>
            <w:tcW w:w="764" w:type="dxa"/>
            <w:tcMar>
              <w:top w:w="50" w:type="dxa"/>
              <w:left w:w="60" w:type="dxa"/>
              <w:bottom w:w="50" w:type="dxa"/>
              <w:right w:w="60" w:type="dxa"/>
            </w:tcMar>
            <w:vAlign w:val="center"/>
          </w:tcPr>
          <w:p w14:paraId="650E3E3C" w14:textId="6EE17B1E" w:rsidR="00151392" w:rsidRPr="00F54F5A" w:rsidRDefault="00151392" w:rsidP="00F54F5A">
            <w:pPr>
              <w:spacing w:after="0" w:line="240" w:lineRule="auto"/>
              <w:jc w:val="center"/>
              <w:rPr>
                <w:rFonts w:cs="Times New Roman"/>
                <w:sz w:val="24"/>
              </w:rPr>
            </w:pPr>
            <w:r w:rsidRPr="00F54F5A">
              <w:rPr>
                <w:rFonts w:eastAsia="Times New Roman" w:cs="Times New Roman"/>
                <w:sz w:val="24"/>
                <w:lang w:val="vi-VN"/>
              </w:rPr>
              <w:t>6</w:t>
            </w:r>
          </w:p>
        </w:tc>
        <w:tc>
          <w:tcPr>
            <w:tcW w:w="2788" w:type="dxa"/>
            <w:tcMar>
              <w:top w:w="50" w:type="dxa"/>
              <w:left w:w="60" w:type="dxa"/>
              <w:bottom w:w="50" w:type="dxa"/>
              <w:right w:w="60" w:type="dxa"/>
            </w:tcMar>
            <w:vAlign w:val="center"/>
          </w:tcPr>
          <w:p w14:paraId="6E766AAC" w14:textId="68631499" w:rsidR="00151392"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151392" w:rsidRPr="00F54F5A">
              <w:rPr>
                <w:rFonts w:eastAsia="Times New Roman" w:cs="Times New Roman"/>
                <w:sz w:val="24"/>
              </w:rPr>
              <w:t xml:space="preserve"> ra viện</w:t>
            </w:r>
          </w:p>
        </w:tc>
        <w:tc>
          <w:tcPr>
            <w:tcW w:w="1861" w:type="dxa"/>
            <w:tcMar>
              <w:top w:w="50" w:type="dxa"/>
              <w:left w:w="60" w:type="dxa"/>
              <w:bottom w:w="50" w:type="dxa"/>
              <w:right w:w="60" w:type="dxa"/>
            </w:tcMar>
            <w:vAlign w:val="center"/>
          </w:tcPr>
          <w:p w14:paraId="3DD5B821" w14:textId="77777777" w:rsidR="00151392" w:rsidRPr="00F54F5A" w:rsidRDefault="00151392" w:rsidP="00F54F5A">
            <w:pPr>
              <w:spacing w:after="0" w:line="240" w:lineRule="auto"/>
              <w:jc w:val="center"/>
              <w:rPr>
                <w:rFonts w:cs="Times New Roman"/>
                <w:sz w:val="24"/>
              </w:rPr>
            </w:pPr>
          </w:p>
        </w:tc>
        <w:tc>
          <w:tcPr>
            <w:tcW w:w="1541" w:type="dxa"/>
            <w:tcMar>
              <w:top w:w="50" w:type="dxa"/>
              <w:left w:w="60" w:type="dxa"/>
              <w:bottom w:w="50" w:type="dxa"/>
              <w:right w:w="60" w:type="dxa"/>
            </w:tcMar>
            <w:vAlign w:val="center"/>
          </w:tcPr>
          <w:p w14:paraId="4B05925E" w14:textId="77777777" w:rsidR="00151392" w:rsidRPr="00F54F5A" w:rsidRDefault="00151392" w:rsidP="00F54F5A">
            <w:pPr>
              <w:spacing w:after="0" w:line="240" w:lineRule="auto"/>
              <w:jc w:val="center"/>
              <w:rPr>
                <w:rFonts w:cs="Times New Roman"/>
                <w:sz w:val="24"/>
              </w:rPr>
            </w:pPr>
          </w:p>
        </w:tc>
        <w:tc>
          <w:tcPr>
            <w:tcW w:w="1140" w:type="dxa"/>
            <w:tcMar>
              <w:top w:w="50" w:type="dxa"/>
              <w:left w:w="60" w:type="dxa"/>
              <w:bottom w:w="50" w:type="dxa"/>
              <w:right w:w="60" w:type="dxa"/>
            </w:tcMar>
            <w:vAlign w:val="center"/>
          </w:tcPr>
          <w:p w14:paraId="2FCD0BD2" w14:textId="77777777" w:rsidR="00151392" w:rsidRPr="00F54F5A" w:rsidRDefault="00151392" w:rsidP="00F54F5A">
            <w:pPr>
              <w:spacing w:after="0" w:line="240" w:lineRule="auto"/>
              <w:jc w:val="center"/>
              <w:rPr>
                <w:rFonts w:cs="Times New Roman"/>
                <w:sz w:val="24"/>
              </w:rPr>
            </w:pPr>
          </w:p>
        </w:tc>
        <w:tc>
          <w:tcPr>
            <w:tcW w:w="1276" w:type="dxa"/>
            <w:tcMar>
              <w:top w:w="50" w:type="dxa"/>
              <w:left w:w="60" w:type="dxa"/>
              <w:bottom w:w="50" w:type="dxa"/>
              <w:right w:w="60" w:type="dxa"/>
            </w:tcMar>
            <w:vAlign w:val="center"/>
          </w:tcPr>
          <w:p w14:paraId="684B51CD" w14:textId="77777777" w:rsidR="00151392" w:rsidRPr="00F54F5A" w:rsidRDefault="00151392" w:rsidP="00F54F5A">
            <w:pPr>
              <w:spacing w:after="0" w:line="240" w:lineRule="auto"/>
              <w:jc w:val="center"/>
              <w:rPr>
                <w:rFonts w:cs="Times New Roman"/>
                <w:sz w:val="24"/>
              </w:rPr>
            </w:pPr>
          </w:p>
        </w:tc>
      </w:tr>
      <w:tr w:rsidR="00151392" w:rsidRPr="00F54F5A" w14:paraId="470D0BFA" w14:textId="77777777" w:rsidTr="00F54F5A">
        <w:trPr>
          <w:cantSplit/>
          <w:jc w:val="center"/>
        </w:trPr>
        <w:tc>
          <w:tcPr>
            <w:tcW w:w="764" w:type="dxa"/>
            <w:tcMar>
              <w:top w:w="50" w:type="dxa"/>
              <w:left w:w="60" w:type="dxa"/>
              <w:bottom w:w="50" w:type="dxa"/>
              <w:right w:w="60" w:type="dxa"/>
            </w:tcMar>
            <w:vAlign w:val="center"/>
          </w:tcPr>
          <w:p w14:paraId="60F555CC" w14:textId="26E446D7" w:rsidR="00151392" w:rsidRPr="00F54F5A" w:rsidRDefault="00151392" w:rsidP="00F54F5A">
            <w:pPr>
              <w:spacing w:after="0" w:line="240" w:lineRule="auto"/>
              <w:jc w:val="center"/>
              <w:rPr>
                <w:rFonts w:cs="Times New Roman"/>
                <w:sz w:val="24"/>
              </w:rPr>
            </w:pPr>
            <w:r w:rsidRPr="00F54F5A">
              <w:rPr>
                <w:rFonts w:eastAsia="Times New Roman" w:cs="Times New Roman"/>
                <w:sz w:val="24"/>
                <w:lang w:val="vi-VN"/>
              </w:rPr>
              <w:t>7</w:t>
            </w:r>
          </w:p>
        </w:tc>
        <w:tc>
          <w:tcPr>
            <w:tcW w:w="2788" w:type="dxa"/>
            <w:tcMar>
              <w:top w:w="50" w:type="dxa"/>
              <w:left w:w="60" w:type="dxa"/>
              <w:bottom w:w="50" w:type="dxa"/>
              <w:right w:w="60" w:type="dxa"/>
            </w:tcMar>
            <w:vAlign w:val="center"/>
          </w:tcPr>
          <w:p w14:paraId="3EE96B12" w14:textId="51EF54F8" w:rsidR="00151392"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151392" w:rsidRPr="00F54F5A">
              <w:rPr>
                <w:rFonts w:eastAsia="Times New Roman" w:cs="Times New Roman"/>
                <w:sz w:val="24"/>
              </w:rPr>
              <w:t xml:space="preserve"> chuyển tuyến</w:t>
            </w:r>
          </w:p>
        </w:tc>
        <w:tc>
          <w:tcPr>
            <w:tcW w:w="1861" w:type="dxa"/>
            <w:tcMar>
              <w:top w:w="50" w:type="dxa"/>
              <w:left w:w="60" w:type="dxa"/>
              <w:bottom w:w="50" w:type="dxa"/>
              <w:right w:w="60" w:type="dxa"/>
            </w:tcMar>
            <w:vAlign w:val="center"/>
          </w:tcPr>
          <w:p w14:paraId="2334186C" w14:textId="77777777" w:rsidR="00151392" w:rsidRPr="00F54F5A" w:rsidRDefault="00151392" w:rsidP="00F54F5A">
            <w:pPr>
              <w:spacing w:after="0" w:line="240" w:lineRule="auto"/>
              <w:jc w:val="center"/>
              <w:rPr>
                <w:rFonts w:cs="Times New Roman"/>
                <w:sz w:val="24"/>
              </w:rPr>
            </w:pPr>
          </w:p>
        </w:tc>
        <w:tc>
          <w:tcPr>
            <w:tcW w:w="1541" w:type="dxa"/>
            <w:tcMar>
              <w:top w:w="50" w:type="dxa"/>
              <w:left w:w="60" w:type="dxa"/>
              <w:bottom w:w="50" w:type="dxa"/>
              <w:right w:w="60" w:type="dxa"/>
            </w:tcMar>
            <w:vAlign w:val="center"/>
          </w:tcPr>
          <w:p w14:paraId="2099B65C" w14:textId="77777777" w:rsidR="00151392" w:rsidRPr="00F54F5A" w:rsidRDefault="00151392" w:rsidP="00F54F5A">
            <w:pPr>
              <w:spacing w:after="0" w:line="240" w:lineRule="auto"/>
              <w:jc w:val="center"/>
              <w:rPr>
                <w:rFonts w:cs="Times New Roman"/>
                <w:sz w:val="24"/>
              </w:rPr>
            </w:pPr>
          </w:p>
        </w:tc>
        <w:tc>
          <w:tcPr>
            <w:tcW w:w="1140" w:type="dxa"/>
            <w:tcMar>
              <w:top w:w="50" w:type="dxa"/>
              <w:left w:w="60" w:type="dxa"/>
              <w:bottom w:w="50" w:type="dxa"/>
              <w:right w:w="60" w:type="dxa"/>
            </w:tcMar>
            <w:vAlign w:val="center"/>
          </w:tcPr>
          <w:p w14:paraId="43F5BA11" w14:textId="77777777" w:rsidR="00151392" w:rsidRPr="00F54F5A" w:rsidRDefault="00151392" w:rsidP="00F54F5A">
            <w:pPr>
              <w:spacing w:after="0" w:line="240" w:lineRule="auto"/>
              <w:jc w:val="center"/>
              <w:rPr>
                <w:rFonts w:cs="Times New Roman"/>
                <w:sz w:val="24"/>
              </w:rPr>
            </w:pPr>
          </w:p>
        </w:tc>
        <w:tc>
          <w:tcPr>
            <w:tcW w:w="1276" w:type="dxa"/>
            <w:tcMar>
              <w:top w:w="50" w:type="dxa"/>
              <w:left w:w="60" w:type="dxa"/>
              <w:bottom w:w="50" w:type="dxa"/>
              <w:right w:w="60" w:type="dxa"/>
            </w:tcMar>
            <w:vAlign w:val="center"/>
          </w:tcPr>
          <w:p w14:paraId="44F0056D" w14:textId="77777777" w:rsidR="00151392" w:rsidRPr="00F54F5A" w:rsidRDefault="00151392" w:rsidP="00F54F5A">
            <w:pPr>
              <w:spacing w:after="0" w:line="240" w:lineRule="auto"/>
              <w:jc w:val="center"/>
              <w:rPr>
                <w:rFonts w:cs="Times New Roman"/>
                <w:sz w:val="24"/>
              </w:rPr>
            </w:pPr>
          </w:p>
        </w:tc>
      </w:tr>
      <w:tr w:rsidR="00151392" w:rsidRPr="00F54F5A" w14:paraId="5FC8EA9D" w14:textId="77777777" w:rsidTr="00F54F5A">
        <w:trPr>
          <w:cantSplit/>
          <w:jc w:val="center"/>
        </w:trPr>
        <w:tc>
          <w:tcPr>
            <w:tcW w:w="764" w:type="dxa"/>
            <w:tcMar>
              <w:top w:w="50" w:type="dxa"/>
              <w:left w:w="60" w:type="dxa"/>
              <w:bottom w:w="50" w:type="dxa"/>
              <w:right w:w="60" w:type="dxa"/>
            </w:tcMar>
            <w:vAlign w:val="center"/>
          </w:tcPr>
          <w:p w14:paraId="3952FD27" w14:textId="501EAAD2" w:rsidR="00151392" w:rsidRPr="00F54F5A" w:rsidRDefault="00151392" w:rsidP="00F54F5A">
            <w:pPr>
              <w:spacing w:after="0" w:line="240" w:lineRule="auto"/>
              <w:jc w:val="center"/>
              <w:rPr>
                <w:rFonts w:eastAsia="Times New Roman" w:cs="Times New Roman"/>
                <w:sz w:val="24"/>
              </w:rPr>
            </w:pPr>
            <w:r w:rsidRPr="00F54F5A">
              <w:rPr>
                <w:rFonts w:eastAsia="Times New Roman" w:cs="Times New Roman"/>
                <w:sz w:val="24"/>
                <w:lang w:val="vi-VN"/>
              </w:rPr>
              <w:t>8</w:t>
            </w:r>
          </w:p>
        </w:tc>
        <w:tc>
          <w:tcPr>
            <w:tcW w:w="2788" w:type="dxa"/>
            <w:tcMar>
              <w:top w:w="50" w:type="dxa"/>
              <w:left w:w="60" w:type="dxa"/>
              <w:bottom w:w="50" w:type="dxa"/>
              <w:right w:w="60" w:type="dxa"/>
            </w:tcMar>
            <w:vAlign w:val="center"/>
          </w:tcPr>
          <w:p w14:paraId="3FC69F94" w14:textId="1C97D808" w:rsidR="00151392" w:rsidRPr="00F54F5A" w:rsidRDefault="003A21C1" w:rsidP="00F54F5A">
            <w:pPr>
              <w:spacing w:after="0" w:line="240" w:lineRule="auto"/>
              <w:rPr>
                <w:rFonts w:eastAsia="Times New Roman" w:cs="Times New Roman"/>
                <w:sz w:val="24"/>
              </w:rPr>
            </w:pPr>
            <w:r w:rsidRPr="00F54F5A">
              <w:rPr>
                <w:rFonts w:eastAsia="Times New Roman" w:cs="Times New Roman"/>
                <w:sz w:val="24"/>
              </w:rPr>
              <w:t>Số trường hợp bệnh</w:t>
            </w:r>
            <w:r w:rsidR="00151392" w:rsidRPr="00F54F5A">
              <w:rPr>
                <w:rFonts w:eastAsia="Times New Roman" w:cs="Times New Roman"/>
                <w:sz w:val="24"/>
              </w:rPr>
              <w:t xml:space="preserve"> tử vong</w:t>
            </w:r>
          </w:p>
        </w:tc>
        <w:tc>
          <w:tcPr>
            <w:tcW w:w="1861" w:type="dxa"/>
            <w:tcMar>
              <w:top w:w="50" w:type="dxa"/>
              <w:left w:w="60" w:type="dxa"/>
              <w:bottom w:w="50" w:type="dxa"/>
              <w:right w:w="60" w:type="dxa"/>
            </w:tcMar>
            <w:vAlign w:val="center"/>
          </w:tcPr>
          <w:p w14:paraId="41E4C582" w14:textId="77777777" w:rsidR="00151392" w:rsidRPr="00F54F5A" w:rsidRDefault="00151392" w:rsidP="00F54F5A">
            <w:pPr>
              <w:spacing w:after="0" w:line="240" w:lineRule="auto"/>
              <w:jc w:val="center"/>
              <w:rPr>
                <w:rFonts w:cs="Times New Roman"/>
                <w:sz w:val="24"/>
              </w:rPr>
            </w:pPr>
          </w:p>
        </w:tc>
        <w:tc>
          <w:tcPr>
            <w:tcW w:w="1541" w:type="dxa"/>
            <w:tcMar>
              <w:top w:w="50" w:type="dxa"/>
              <w:left w:w="60" w:type="dxa"/>
              <w:bottom w:w="50" w:type="dxa"/>
              <w:right w:w="60" w:type="dxa"/>
            </w:tcMar>
            <w:vAlign w:val="center"/>
          </w:tcPr>
          <w:p w14:paraId="0079F6C7" w14:textId="77777777" w:rsidR="00151392" w:rsidRPr="00F54F5A" w:rsidRDefault="00151392" w:rsidP="00F54F5A">
            <w:pPr>
              <w:spacing w:after="0" w:line="240" w:lineRule="auto"/>
              <w:jc w:val="center"/>
              <w:rPr>
                <w:rFonts w:cs="Times New Roman"/>
                <w:sz w:val="24"/>
              </w:rPr>
            </w:pPr>
          </w:p>
        </w:tc>
        <w:tc>
          <w:tcPr>
            <w:tcW w:w="1140" w:type="dxa"/>
            <w:tcMar>
              <w:top w:w="50" w:type="dxa"/>
              <w:left w:w="60" w:type="dxa"/>
              <w:bottom w:w="50" w:type="dxa"/>
              <w:right w:w="60" w:type="dxa"/>
            </w:tcMar>
            <w:vAlign w:val="center"/>
          </w:tcPr>
          <w:p w14:paraId="61FCEF02" w14:textId="77777777" w:rsidR="00151392" w:rsidRPr="00F54F5A" w:rsidRDefault="00151392" w:rsidP="00F54F5A">
            <w:pPr>
              <w:spacing w:after="0" w:line="240" w:lineRule="auto"/>
              <w:jc w:val="center"/>
              <w:rPr>
                <w:rFonts w:cs="Times New Roman"/>
                <w:sz w:val="24"/>
              </w:rPr>
            </w:pPr>
          </w:p>
        </w:tc>
        <w:tc>
          <w:tcPr>
            <w:tcW w:w="1276" w:type="dxa"/>
            <w:tcMar>
              <w:top w:w="50" w:type="dxa"/>
              <w:left w:w="60" w:type="dxa"/>
              <w:bottom w:w="50" w:type="dxa"/>
              <w:right w:w="60" w:type="dxa"/>
            </w:tcMar>
            <w:vAlign w:val="center"/>
          </w:tcPr>
          <w:p w14:paraId="3F69FAD7" w14:textId="77777777" w:rsidR="00151392" w:rsidRPr="00F54F5A" w:rsidRDefault="00151392" w:rsidP="00F54F5A">
            <w:pPr>
              <w:spacing w:after="0" w:line="240" w:lineRule="auto"/>
              <w:jc w:val="center"/>
              <w:rPr>
                <w:rFonts w:cs="Times New Roman"/>
                <w:sz w:val="24"/>
              </w:rPr>
            </w:pPr>
          </w:p>
        </w:tc>
      </w:tr>
      <w:tr w:rsidR="00151392" w:rsidRPr="00F54F5A" w14:paraId="2D74D0C5" w14:textId="77777777" w:rsidTr="00F54F5A">
        <w:trPr>
          <w:cantSplit/>
          <w:jc w:val="center"/>
        </w:trPr>
        <w:tc>
          <w:tcPr>
            <w:tcW w:w="764" w:type="dxa"/>
            <w:tcMar>
              <w:top w:w="50" w:type="dxa"/>
              <w:left w:w="60" w:type="dxa"/>
              <w:bottom w:w="50" w:type="dxa"/>
              <w:right w:w="60" w:type="dxa"/>
            </w:tcMar>
            <w:vAlign w:val="center"/>
          </w:tcPr>
          <w:p w14:paraId="0A81FC9F" w14:textId="6E211C5A" w:rsidR="00151392" w:rsidRPr="00F54F5A" w:rsidRDefault="00151392" w:rsidP="00F54F5A">
            <w:pPr>
              <w:spacing w:after="0" w:line="240" w:lineRule="auto"/>
              <w:jc w:val="center"/>
              <w:rPr>
                <w:rFonts w:eastAsia="Times New Roman" w:cs="Times New Roman"/>
                <w:sz w:val="24"/>
              </w:rPr>
            </w:pPr>
            <w:r w:rsidRPr="00F54F5A">
              <w:rPr>
                <w:rFonts w:eastAsia="Times New Roman" w:cs="Times New Roman"/>
                <w:sz w:val="24"/>
                <w:lang w:val="vi-VN"/>
              </w:rPr>
              <w:t>9</w:t>
            </w:r>
          </w:p>
        </w:tc>
        <w:tc>
          <w:tcPr>
            <w:tcW w:w="2788" w:type="dxa"/>
            <w:tcMar>
              <w:top w:w="50" w:type="dxa"/>
              <w:left w:w="60" w:type="dxa"/>
              <w:bottom w:w="50" w:type="dxa"/>
              <w:right w:w="60" w:type="dxa"/>
            </w:tcMar>
            <w:vAlign w:val="center"/>
          </w:tcPr>
          <w:p w14:paraId="37C50AFF" w14:textId="34C73076" w:rsidR="00151392" w:rsidRPr="00F54F5A" w:rsidRDefault="003A21C1" w:rsidP="00F54F5A">
            <w:pPr>
              <w:spacing w:after="0" w:line="240" w:lineRule="auto"/>
              <w:rPr>
                <w:rFonts w:eastAsia="Times New Roman" w:cs="Times New Roman"/>
                <w:sz w:val="24"/>
              </w:rPr>
            </w:pPr>
            <w:r w:rsidRPr="00F54F5A">
              <w:rPr>
                <w:rFonts w:eastAsia="Times New Roman" w:cs="Times New Roman"/>
                <w:sz w:val="24"/>
              </w:rPr>
              <w:t>Số trường hợp bệnh</w:t>
            </w:r>
            <w:r w:rsidR="00151392" w:rsidRPr="00F54F5A">
              <w:rPr>
                <w:rFonts w:eastAsia="Times New Roman" w:cs="Times New Roman"/>
                <w:sz w:val="24"/>
              </w:rPr>
              <w:t xml:space="preserve"> có di chứng được xác định</w:t>
            </w:r>
            <w:r w:rsidR="00A84B45" w:rsidRPr="00F54F5A">
              <w:rPr>
                <w:rFonts w:eastAsia="Times New Roman" w:cs="Times New Roman"/>
                <w:sz w:val="24"/>
                <w:vertAlign w:val="superscript"/>
              </w:rPr>
              <w:t>***</w:t>
            </w:r>
          </w:p>
        </w:tc>
        <w:tc>
          <w:tcPr>
            <w:tcW w:w="1861" w:type="dxa"/>
            <w:tcMar>
              <w:top w:w="50" w:type="dxa"/>
              <w:left w:w="60" w:type="dxa"/>
              <w:bottom w:w="50" w:type="dxa"/>
              <w:right w:w="60" w:type="dxa"/>
            </w:tcMar>
            <w:vAlign w:val="center"/>
          </w:tcPr>
          <w:p w14:paraId="1D43AB0F" w14:textId="77777777" w:rsidR="00151392" w:rsidRPr="00F54F5A" w:rsidRDefault="00151392" w:rsidP="00F54F5A">
            <w:pPr>
              <w:spacing w:after="0" w:line="240" w:lineRule="auto"/>
              <w:jc w:val="center"/>
              <w:rPr>
                <w:rFonts w:cs="Times New Roman"/>
                <w:sz w:val="24"/>
              </w:rPr>
            </w:pPr>
          </w:p>
        </w:tc>
        <w:tc>
          <w:tcPr>
            <w:tcW w:w="1541" w:type="dxa"/>
            <w:tcMar>
              <w:top w:w="50" w:type="dxa"/>
              <w:left w:w="60" w:type="dxa"/>
              <w:bottom w:w="50" w:type="dxa"/>
              <w:right w:w="60" w:type="dxa"/>
            </w:tcMar>
            <w:vAlign w:val="center"/>
          </w:tcPr>
          <w:p w14:paraId="480630CC" w14:textId="77777777" w:rsidR="00151392" w:rsidRPr="00F54F5A" w:rsidRDefault="00151392" w:rsidP="00F54F5A">
            <w:pPr>
              <w:spacing w:after="0" w:line="240" w:lineRule="auto"/>
              <w:jc w:val="center"/>
              <w:rPr>
                <w:rFonts w:cs="Times New Roman"/>
                <w:sz w:val="24"/>
              </w:rPr>
            </w:pPr>
          </w:p>
        </w:tc>
        <w:tc>
          <w:tcPr>
            <w:tcW w:w="1140" w:type="dxa"/>
            <w:tcMar>
              <w:top w:w="50" w:type="dxa"/>
              <w:left w:w="60" w:type="dxa"/>
              <w:bottom w:w="50" w:type="dxa"/>
              <w:right w:w="60" w:type="dxa"/>
            </w:tcMar>
            <w:vAlign w:val="center"/>
          </w:tcPr>
          <w:p w14:paraId="308ACD7D" w14:textId="77777777" w:rsidR="00151392" w:rsidRPr="00F54F5A" w:rsidRDefault="00151392" w:rsidP="00F54F5A">
            <w:pPr>
              <w:spacing w:after="0" w:line="240" w:lineRule="auto"/>
              <w:jc w:val="center"/>
              <w:rPr>
                <w:rFonts w:cs="Times New Roman"/>
                <w:sz w:val="24"/>
              </w:rPr>
            </w:pPr>
          </w:p>
        </w:tc>
        <w:tc>
          <w:tcPr>
            <w:tcW w:w="1276" w:type="dxa"/>
            <w:tcMar>
              <w:top w:w="50" w:type="dxa"/>
              <w:left w:w="60" w:type="dxa"/>
              <w:bottom w:w="50" w:type="dxa"/>
              <w:right w:w="60" w:type="dxa"/>
            </w:tcMar>
            <w:vAlign w:val="center"/>
          </w:tcPr>
          <w:p w14:paraId="57FA03E8" w14:textId="77777777" w:rsidR="00151392" w:rsidRPr="00F54F5A" w:rsidRDefault="00151392" w:rsidP="00F54F5A">
            <w:pPr>
              <w:spacing w:after="0" w:line="240" w:lineRule="auto"/>
              <w:jc w:val="center"/>
              <w:rPr>
                <w:rFonts w:cs="Times New Roman"/>
                <w:sz w:val="24"/>
              </w:rPr>
            </w:pPr>
          </w:p>
        </w:tc>
      </w:tr>
      <w:tr w:rsidR="00151392" w:rsidRPr="00F54F5A" w14:paraId="36A2CE11" w14:textId="77777777" w:rsidTr="00F54F5A">
        <w:trPr>
          <w:cantSplit/>
          <w:jc w:val="center"/>
        </w:trPr>
        <w:tc>
          <w:tcPr>
            <w:tcW w:w="764" w:type="dxa"/>
            <w:tcMar>
              <w:top w:w="50" w:type="dxa"/>
              <w:left w:w="60" w:type="dxa"/>
              <w:bottom w:w="50" w:type="dxa"/>
              <w:right w:w="60" w:type="dxa"/>
            </w:tcMar>
            <w:vAlign w:val="center"/>
          </w:tcPr>
          <w:p w14:paraId="5DC1894F" w14:textId="2B2447E1" w:rsidR="00151392" w:rsidRPr="00F54F5A" w:rsidRDefault="00151392" w:rsidP="00F54F5A">
            <w:pPr>
              <w:spacing w:after="0" w:line="240" w:lineRule="auto"/>
              <w:jc w:val="center"/>
              <w:rPr>
                <w:rFonts w:eastAsia="Times New Roman" w:cs="Times New Roman"/>
                <w:sz w:val="24"/>
              </w:rPr>
            </w:pPr>
            <w:r w:rsidRPr="00F54F5A">
              <w:rPr>
                <w:rFonts w:cs="Times New Roman"/>
                <w:sz w:val="24"/>
                <w:lang w:val="vi-VN"/>
              </w:rPr>
              <w:t>10</w:t>
            </w:r>
          </w:p>
        </w:tc>
        <w:tc>
          <w:tcPr>
            <w:tcW w:w="2788" w:type="dxa"/>
            <w:tcMar>
              <w:top w:w="50" w:type="dxa"/>
              <w:left w:w="60" w:type="dxa"/>
              <w:bottom w:w="50" w:type="dxa"/>
              <w:right w:w="60" w:type="dxa"/>
            </w:tcMar>
            <w:vAlign w:val="center"/>
          </w:tcPr>
          <w:p w14:paraId="64BD9621" w14:textId="29E64979" w:rsidR="00151392" w:rsidRPr="00F54F5A" w:rsidRDefault="00151392" w:rsidP="00F54F5A">
            <w:pPr>
              <w:spacing w:after="0" w:line="240" w:lineRule="auto"/>
              <w:rPr>
                <w:rFonts w:eastAsia="Times New Roman" w:cs="Times New Roman"/>
                <w:sz w:val="24"/>
              </w:rPr>
            </w:pPr>
            <w:r w:rsidRPr="00F54F5A">
              <w:rPr>
                <w:rFonts w:eastAsia="Times New Roman" w:cs="Times New Roman"/>
                <w:sz w:val="24"/>
              </w:rPr>
              <w:t>Số nhân viên y tế mắc bệnh</w:t>
            </w:r>
          </w:p>
        </w:tc>
        <w:tc>
          <w:tcPr>
            <w:tcW w:w="1861" w:type="dxa"/>
            <w:tcMar>
              <w:top w:w="50" w:type="dxa"/>
              <w:left w:w="60" w:type="dxa"/>
              <w:bottom w:w="50" w:type="dxa"/>
              <w:right w:w="60" w:type="dxa"/>
            </w:tcMar>
            <w:vAlign w:val="center"/>
          </w:tcPr>
          <w:p w14:paraId="5835688C" w14:textId="77777777" w:rsidR="00151392" w:rsidRPr="00F54F5A" w:rsidRDefault="00151392" w:rsidP="00F54F5A">
            <w:pPr>
              <w:spacing w:after="0" w:line="240" w:lineRule="auto"/>
              <w:jc w:val="center"/>
              <w:rPr>
                <w:rFonts w:cs="Times New Roman"/>
                <w:sz w:val="24"/>
              </w:rPr>
            </w:pPr>
          </w:p>
        </w:tc>
        <w:tc>
          <w:tcPr>
            <w:tcW w:w="1541" w:type="dxa"/>
            <w:tcMar>
              <w:top w:w="50" w:type="dxa"/>
              <w:left w:w="60" w:type="dxa"/>
              <w:bottom w:w="50" w:type="dxa"/>
              <w:right w:w="60" w:type="dxa"/>
            </w:tcMar>
            <w:vAlign w:val="center"/>
          </w:tcPr>
          <w:p w14:paraId="13F8A6AB" w14:textId="77777777" w:rsidR="00151392" w:rsidRPr="00F54F5A" w:rsidRDefault="00151392" w:rsidP="00F54F5A">
            <w:pPr>
              <w:spacing w:after="0" w:line="240" w:lineRule="auto"/>
              <w:jc w:val="center"/>
              <w:rPr>
                <w:rFonts w:cs="Times New Roman"/>
                <w:sz w:val="24"/>
              </w:rPr>
            </w:pPr>
          </w:p>
        </w:tc>
        <w:tc>
          <w:tcPr>
            <w:tcW w:w="1140" w:type="dxa"/>
            <w:tcMar>
              <w:top w:w="50" w:type="dxa"/>
              <w:left w:w="60" w:type="dxa"/>
              <w:bottom w:w="50" w:type="dxa"/>
              <w:right w:w="60" w:type="dxa"/>
            </w:tcMar>
            <w:vAlign w:val="center"/>
          </w:tcPr>
          <w:p w14:paraId="451E9F80" w14:textId="77777777" w:rsidR="00151392" w:rsidRPr="00F54F5A" w:rsidRDefault="00151392" w:rsidP="00F54F5A">
            <w:pPr>
              <w:spacing w:after="0" w:line="240" w:lineRule="auto"/>
              <w:jc w:val="center"/>
              <w:rPr>
                <w:rFonts w:cs="Times New Roman"/>
                <w:sz w:val="24"/>
              </w:rPr>
            </w:pPr>
          </w:p>
        </w:tc>
        <w:tc>
          <w:tcPr>
            <w:tcW w:w="1276" w:type="dxa"/>
            <w:tcMar>
              <w:top w:w="50" w:type="dxa"/>
              <w:left w:w="60" w:type="dxa"/>
              <w:bottom w:w="50" w:type="dxa"/>
              <w:right w:w="60" w:type="dxa"/>
            </w:tcMar>
            <w:vAlign w:val="center"/>
          </w:tcPr>
          <w:p w14:paraId="42D9BFE0" w14:textId="77777777" w:rsidR="00151392" w:rsidRPr="00F54F5A" w:rsidRDefault="00151392" w:rsidP="00F54F5A">
            <w:pPr>
              <w:spacing w:after="0" w:line="240" w:lineRule="auto"/>
              <w:jc w:val="center"/>
              <w:rPr>
                <w:rFonts w:cs="Times New Roman"/>
                <w:sz w:val="24"/>
              </w:rPr>
            </w:pPr>
          </w:p>
        </w:tc>
      </w:tr>
    </w:tbl>
    <w:p w14:paraId="3641ED0B" w14:textId="77777777" w:rsidR="00A84B45" w:rsidRPr="00F54F5A" w:rsidRDefault="00A84B45" w:rsidP="00CA634C">
      <w:pPr>
        <w:keepNext/>
        <w:spacing w:before="120" w:after="0" w:line="240" w:lineRule="auto"/>
        <w:rPr>
          <w:rFonts w:eastAsia="Times New Roman" w:cs="Times New Roman"/>
          <w:b/>
          <w:sz w:val="26"/>
          <w:szCs w:val="18"/>
        </w:rPr>
      </w:pPr>
      <w:r w:rsidRPr="00F54F5A">
        <w:rPr>
          <w:rFonts w:eastAsia="Times New Roman" w:cs="Times New Roman"/>
          <w:b/>
          <w:sz w:val="26"/>
          <w:szCs w:val="18"/>
        </w:rPr>
        <w:t>Ghi chú:</w:t>
      </w:r>
    </w:p>
    <w:p w14:paraId="1A2F9F82" w14:textId="77777777" w:rsidR="00A84B45" w:rsidRPr="00F54F5A" w:rsidRDefault="00A84B45" w:rsidP="00CA634C">
      <w:pPr>
        <w:keepNext/>
        <w:spacing w:before="120" w:after="0" w:line="240" w:lineRule="auto"/>
        <w:rPr>
          <w:rFonts w:eastAsia="Times New Roman" w:cs="Times New Roman"/>
          <w:bCs/>
          <w:i/>
          <w:iCs/>
          <w:sz w:val="26"/>
          <w:szCs w:val="18"/>
        </w:rPr>
      </w:pPr>
      <w:r w:rsidRPr="00F54F5A">
        <w:rPr>
          <w:rFonts w:eastAsia="Times New Roman" w:cs="Times New Roman"/>
          <w:bCs/>
          <w:i/>
          <w:iCs/>
          <w:sz w:val="26"/>
          <w:szCs w:val="18"/>
        </w:rPr>
        <w:t>* Trường hợp bệnh nặng/nguy kịch là những trường hợp có suy giảm chức năng cơ quan, tổn thương nghiêm trọng và có thể tử vong.</w:t>
      </w:r>
    </w:p>
    <w:p w14:paraId="3006EFE8" w14:textId="77777777" w:rsidR="00A84B45" w:rsidRPr="00F54F5A" w:rsidRDefault="00A84B45" w:rsidP="00CA634C">
      <w:pPr>
        <w:keepNext/>
        <w:spacing w:before="120" w:after="0" w:line="240" w:lineRule="auto"/>
        <w:rPr>
          <w:rFonts w:eastAsia="Times New Roman" w:cs="Times New Roman"/>
          <w:bCs/>
          <w:i/>
          <w:iCs/>
          <w:spacing w:val="-2"/>
          <w:sz w:val="26"/>
          <w:szCs w:val="18"/>
        </w:rPr>
      </w:pPr>
      <w:r w:rsidRPr="00F54F5A">
        <w:rPr>
          <w:rFonts w:eastAsia="Times New Roman" w:cs="Times New Roman"/>
          <w:bCs/>
          <w:i/>
          <w:iCs/>
          <w:spacing w:val="-2"/>
          <w:sz w:val="26"/>
          <w:szCs w:val="18"/>
        </w:rPr>
        <w:t>** Trường hợp biến chứng là bệnh, hội chứng hoặc tình trạng bệnh lý xuất hiện trong quá trình điều trị, là hậu quả hoặc do tiến triển xấu đi của bệnh trong quá trình điều trị.</w:t>
      </w:r>
    </w:p>
    <w:p w14:paraId="152E5B2B" w14:textId="77777777" w:rsidR="00A84B45" w:rsidRPr="00F54F5A" w:rsidRDefault="00A84B45" w:rsidP="00CA634C">
      <w:pPr>
        <w:keepNext/>
        <w:spacing w:before="120" w:after="0" w:line="240" w:lineRule="auto"/>
        <w:rPr>
          <w:rFonts w:eastAsia="Times New Roman" w:cs="Times New Roman"/>
          <w:bCs/>
          <w:i/>
          <w:iCs/>
          <w:sz w:val="26"/>
          <w:szCs w:val="18"/>
        </w:rPr>
      </w:pPr>
      <w:r w:rsidRPr="00F54F5A">
        <w:rPr>
          <w:rFonts w:eastAsia="Times New Roman" w:cs="Times New Roman"/>
          <w:bCs/>
          <w:i/>
          <w:iCs/>
          <w:sz w:val="26"/>
          <w:szCs w:val="18"/>
        </w:rPr>
        <w:t>*** Trường hợp bệnh có di chứng được xác định là một tình trạng bệnh lý được xác định còn lại sau khi đã được điều trị khỏi bệnh.</w:t>
      </w:r>
    </w:p>
    <w:p w14:paraId="5A914671" w14:textId="589AED04" w:rsidR="00884DFA" w:rsidRPr="00F54F5A" w:rsidRDefault="00436074" w:rsidP="00CA634C">
      <w:pPr>
        <w:keepNext/>
        <w:spacing w:before="120" w:after="0" w:line="240" w:lineRule="auto"/>
        <w:rPr>
          <w:rFonts w:cs="Times New Roman"/>
          <w:sz w:val="26"/>
        </w:rPr>
      </w:pPr>
      <w:r w:rsidRPr="00F54F5A">
        <w:rPr>
          <w:rFonts w:eastAsia="Times New Roman" w:cs="Times New Roman"/>
          <w:b/>
          <w:sz w:val="26"/>
        </w:rPr>
        <w:t>III. PHÂN BỐ CA MẮC, TỬ VONG VÀ DI CHỨNG TRÊN ĐỊA BÀN</w:t>
      </w:r>
    </w:p>
    <w:tbl>
      <w:tblPr>
        <w:tblW w:w="142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23"/>
        <w:gridCol w:w="2601"/>
        <w:gridCol w:w="938"/>
        <w:gridCol w:w="938"/>
        <w:gridCol w:w="938"/>
        <w:gridCol w:w="938"/>
        <w:gridCol w:w="938"/>
        <w:gridCol w:w="938"/>
        <w:gridCol w:w="938"/>
        <w:gridCol w:w="938"/>
        <w:gridCol w:w="938"/>
        <w:gridCol w:w="938"/>
        <w:gridCol w:w="938"/>
        <w:gridCol w:w="938"/>
      </w:tblGrid>
      <w:tr w:rsidR="00884DFA" w:rsidRPr="00F54F5A" w14:paraId="08325672" w14:textId="77777777" w:rsidTr="00F54F5A">
        <w:trPr>
          <w:cantSplit/>
          <w:tblHeader/>
          <w:jc w:val="center"/>
        </w:trPr>
        <w:tc>
          <w:tcPr>
            <w:tcW w:w="397" w:type="dxa"/>
            <w:vMerge w:val="restart"/>
            <w:shd w:val="clear" w:color="auto" w:fill="E7E6E6"/>
            <w:tcMar>
              <w:top w:w="50" w:type="dxa"/>
              <w:left w:w="60" w:type="dxa"/>
              <w:bottom w:w="50" w:type="dxa"/>
              <w:right w:w="60" w:type="dxa"/>
            </w:tcMar>
            <w:vAlign w:val="center"/>
          </w:tcPr>
          <w:p w14:paraId="124847FA"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TT</w:t>
            </w:r>
          </w:p>
        </w:tc>
        <w:tc>
          <w:tcPr>
            <w:tcW w:w="2438" w:type="dxa"/>
            <w:vMerge w:val="restart"/>
            <w:shd w:val="clear" w:color="auto" w:fill="E7E6E6"/>
            <w:tcMar>
              <w:top w:w="50" w:type="dxa"/>
              <w:left w:w="60" w:type="dxa"/>
              <w:bottom w:w="50" w:type="dxa"/>
              <w:right w:w="60" w:type="dxa"/>
            </w:tcMar>
            <w:vAlign w:val="center"/>
          </w:tcPr>
          <w:p w14:paraId="79FDFD03"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Nội dung</w:t>
            </w:r>
          </w:p>
        </w:tc>
        <w:tc>
          <w:tcPr>
            <w:tcW w:w="1758" w:type="dxa"/>
            <w:gridSpan w:val="2"/>
            <w:shd w:val="clear" w:color="auto" w:fill="E7E6E6"/>
            <w:tcMar>
              <w:top w:w="50" w:type="dxa"/>
              <w:left w:w="60" w:type="dxa"/>
              <w:bottom w:w="50" w:type="dxa"/>
              <w:right w:w="60" w:type="dxa"/>
            </w:tcMar>
            <w:vAlign w:val="center"/>
          </w:tcPr>
          <w:p w14:paraId="1FE048F7" w14:textId="1836C9E3" w:rsidR="00884DFA" w:rsidRPr="00F54F5A" w:rsidRDefault="002A31A5" w:rsidP="00F54F5A">
            <w:pPr>
              <w:spacing w:after="0" w:line="240" w:lineRule="auto"/>
              <w:jc w:val="center"/>
              <w:rPr>
                <w:rFonts w:cs="Times New Roman"/>
                <w:sz w:val="24"/>
                <w:lang w:val="vi-VN"/>
              </w:rPr>
            </w:pPr>
            <w:r w:rsidRPr="00F54F5A">
              <w:rPr>
                <w:rFonts w:cs="Times New Roman"/>
                <w:sz w:val="24"/>
              </w:rPr>
              <w:t>Tổng</w:t>
            </w:r>
            <w:r w:rsidRPr="00F54F5A">
              <w:rPr>
                <w:rFonts w:cs="Times New Roman"/>
                <w:sz w:val="24"/>
                <w:lang w:val="vi-VN"/>
              </w:rPr>
              <w:t xml:space="preserve"> số</w:t>
            </w:r>
          </w:p>
        </w:tc>
        <w:tc>
          <w:tcPr>
            <w:tcW w:w="1758" w:type="dxa"/>
            <w:gridSpan w:val="2"/>
            <w:shd w:val="clear" w:color="auto" w:fill="E7E6E6"/>
            <w:tcMar>
              <w:top w:w="50" w:type="dxa"/>
              <w:left w:w="60" w:type="dxa"/>
              <w:bottom w:w="50" w:type="dxa"/>
              <w:right w:w="60" w:type="dxa"/>
            </w:tcMar>
            <w:vAlign w:val="center"/>
          </w:tcPr>
          <w:p w14:paraId="7A5BDC5B"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0 - 4 tuổi</w:t>
            </w:r>
          </w:p>
        </w:tc>
        <w:tc>
          <w:tcPr>
            <w:tcW w:w="1758" w:type="dxa"/>
            <w:gridSpan w:val="2"/>
            <w:shd w:val="clear" w:color="auto" w:fill="E7E6E6"/>
            <w:tcMar>
              <w:top w:w="50" w:type="dxa"/>
              <w:left w:w="60" w:type="dxa"/>
              <w:bottom w:w="50" w:type="dxa"/>
              <w:right w:w="60" w:type="dxa"/>
            </w:tcMar>
            <w:vAlign w:val="center"/>
          </w:tcPr>
          <w:p w14:paraId="31218AD7"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5 - &lt;16 tuổi</w:t>
            </w:r>
          </w:p>
        </w:tc>
        <w:tc>
          <w:tcPr>
            <w:tcW w:w="1758" w:type="dxa"/>
            <w:gridSpan w:val="2"/>
            <w:shd w:val="clear" w:color="auto" w:fill="E7E6E6"/>
            <w:tcMar>
              <w:top w:w="50" w:type="dxa"/>
              <w:left w:w="60" w:type="dxa"/>
              <w:bottom w:w="50" w:type="dxa"/>
              <w:right w:w="60" w:type="dxa"/>
            </w:tcMar>
            <w:vAlign w:val="center"/>
          </w:tcPr>
          <w:p w14:paraId="6ED836A4"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16 - 19 tuổi</w:t>
            </w:r>
          </w:p>
        </w:tc>
        <w:tc>
          <w:tcPr>
            <w:tcW w:w="1758" w:type="dxa"/>
            <w:gridSpan w:val="2"/>
            <w:shd w:val="clear" w:color="auto" w:fill="E7E6E6"/>
            <w:tcMar>
              <w:top w:w="50" w:type="dxa"/>
              <w:left w:w="60" w:type="dxa"/>
              <w:bottom w:w="50" w:type="dxa"/>
              <w:right w:w="60" w:type="dxa"/>
            </w:tcMar>
            <w:vAlign w:val="center"/>
          </w:tcPr>
          <w:p w14:paraId="77B517ED"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20 - 60 tuổi</w:t>
            </w:r>
          </w:p>
        </w:tc>
        <w:tc>
          <w:tcPr>
            <w:tcW w:w="1758" w:type="dxa"/>
            <w:gridSpan w:val="2"/>
            <w:shd w:val="clear" w:color="auto" w:fill="E7E6E6"/>
            <w:tcMar>
              <w:top w:w="50" w:type="dxa"/>
              <w:left w:w="60" w:type="dxa"/>
              <w:bottom w:w="50" w:type="dxa"/>
              <w:right w:w="60" w:type="dxa"/>
            </w:tcMar>
            <w:vAlign w:val="center"/>
          </w:tcPr>
          <w:p w14:paraId="7963E418"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&gt;60 tuổi</w:t>
            </w:r>
          </w:p>
        </w:tc>
      </w:tr>
      <w:tr w:rsidR="00AE3421" w:rsidRPr="00F54F5A" w14:paraId="45F78063" w14:textId="77777777" w:rsidTr="00F54F5A">
        <w:trPr>
          <w:cantSplit/>
          <w:tblHeader/>
          <w:jc w:val="center"/>
        </w:trPr>
        <w:tc>
          <w:tcPr>
            <w:tcW w:w="397" w:type="dxa"/>
            <w:vMerge/>
          </w:tcPr>
          <w:p w14:paraId="0E2B1248" w14:textId="77777777" w:rsidR="00AE3421" w:rsidRPr="00F54F5A" w:rsidRDefault="00AE3421" w:rsidP="00F54F5A">
            <w:pPr>
              <w:spacing w:after="0" w:line="240" w:lineRule="auto"/>
              <w:rPr>
                <w:rFonts w:cs="Times New Roman"/>
                <w:sz w:val="24"/>
              </w:rPr>
            </w:pPr>
          </w:p>
        </w:tc>
        <w:tc>
          <w:tcPr>
            <w:tcW w:w="2438" w:type="dxa"/>
            <w:vMerge/>
          </w:tcPr>
          <w:p w14:paraId="256916D8" w14:textId="77777777" w:rsidR="00AE3421" w:rsidRPr="00F54F5A" w:rsidRDefault="00AE3421" w:rsidP="00F54F5A">
            <w:pPr>
              <w:spacing w:after="0" w:line="240" w:lineRule="auto"/>
              <w:rPr>
                <w:rFonts w:cs="Times New Roman"/>
                <w:sz w:val="24"/>
              </w:rPr>
            </w:pPr>
          </w:p>
        </w:tc>
        <w:tc>
          <w:tcPr>
            <w:tcW w:w="879" w:type="dxa"/>
            <w:shd w:val="clear" w:color="auto" w:fill="E7E6E6"/>
            <w:tcMar>
              <w:top w:w="50" w:type="dxa"/>
              <w:left w:w="60" w:type="dxa"/>
              <w:bottom w:w="50" w:type="dxa"/>
              <w:right w:w="60" w:type="dxa"/>
            </w:tcMar>
            <w:vAlign w:val="center"/>
          </w:tcPr>
          <w:p w14:paraId="4B9E2945" w14:textId="04849258"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Nam</w:t>
            </w:r>
          </w:p>
        </w:tc>
        <w:tc>
          <w:tcPr>
            <w:tcW w:w="879" w:type="dxa"/>
            <w:shd w:val="clear" w:color="auto" w:fill="E7E6E6"/>
            <w:tcMar>
              <w:top w:w="50" w:type="dxa"/>
              <w:left w:w="60" w:type="dxa"/>
              <w:bottom w:w="50" w:type="dxa"/>
              <w:right w:w="60" w:type="dxa"/>
            </w:tcMar>
            <w:vAlign w:val="center"/>
          </w:tcPr>
          <w:p w14:paraId="0DA21CE1" w14:textId="23E74DCC"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Nữ</w:t>
            </w:r>
          </w:p>
        </w:tc>
        <w:tc>
          <w:tcPr>
            <w:tcW w:w="879" w:type="dxa"/>
            <w:shd w:val="clear" w:color="auto" w:fill="E7E6E6"/>
            <w:tcMar>
              <w:top w:w="50" w:type="dxa"/>
              <w:left w:w="60" w:type="dxa"/>
              <w:bottom w:w="50" w:type="dxa"/>
              <w:right w:w="60" w:type="dxa"/>
            </w:tcMar>
            <w:vAlign w:val="center"/>
          </w:tcPr>
          <w:p w14:paraId="1F3A8AEE" w14:textId="4FB5B955"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Nam</w:t>
            </w:r>
          </w:p>
        </w:tc>
        <w:tc>
          <w:tcPr>
            <w:tcW w:w="879" w:type="dxa"/>
            <w:shd w:val="clear" w:color="auto" w:fill="E7E6E6"/>
            <w:tcMar>
              <w:top w:w="50" w:type="dxa"/>
              <w:left w:w="60" w:type="dxa"/>
              <w:bottom w:w="50" w:type="dxa"/>
              <w:right w:w="60" w:type="dxa"/>
            </w:tcMar>
            <w:vAlign w:val="center"/>
          </w:tcPr>
          <w:p w14:paraId="23F07FDD" w14:textId="08178B35"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Nữ</w:t>
            </w:r>
          </w:p>
        </w:tc>
        <w:tc>
          <w:tcPr>
            <w:tcW w:w="879" w:type="dxa"/>
            <w:shd w:val="clear" w:color="auto" w:fill="E7E6E6"/>
            <w:tcMar>
              <w:top w:w="50" w:type="dxa"/>
              <w:left w:w="60" w:type="dxa"/>
              <w:bottom w:w="50" w:type="dxa"/>
              <w:right w:w="60" w:type="dxa"/>
            </w:tcMar>
            <w:vAlign w:val="center"/>
          </w:tcPr>
          <w:p w14:paraId="5C660BFD" w14:textId="71EADC50"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Nam</w:t>
            </w:r>
          </w:p>
        </w:tc>
        <w:tc>
          <w:tcPr>
            <w:tcW w:w="879" w:type="dxa"/>
            <w:shd w:val="clear" w:color="auto" w:fill="E7E6E6"/>
            <w:tcMar>
              <w:top w:w="50" w:type="dxa"/>
              <w:left w:w="60" w:type="dxa"/>
              <w:bottom w:w="50" w:type="dxa"/>
              <w:right w:w="60" w:type="dxa"/>
            </w:tcMar>
            <w:vAlign w:val="center"/>
          </w:tcPr>
          <w:p w14:paraId="51E6C66B" w14:textId="1EF3D0D6"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Nữ</w:t>
            </w:r>
          </w:p>
        </w:tc>
        <w:tc>
          <w:tcPr>
            <w:tcW w:w="879" w:type="dxa"/>
            <w:shd w:val="clear" w:color="auto" w:fill="E7E6E6"/>
            <w:tcMar>
              <w:top w:w="50" w:type="dxa"/>
              <w:left w:w="60" w:type="dxa"/>
              <w:bottom w:w="50" w:type="dxa"/>
              <w:right w:w="60" w:type="dxa"/>
            </w:tcMar>
            <w:vAlign w:val="center"/>
          </w:tcPr>
          <w:p w14:paraId="1D56EB16" w14:textId="20B712F0"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Nam</w:t>
            </w:r>
          </w:p>
        </w:tc>
        <w:tc>
          <w:tcPr>
            <w:tcW w:w="879" w:type="dxa"/>
            <w:shd w:val="clear" w:color="auto" w:fill="E7E6E6"/>
            <w:tcMar>
              <w:top w:w="50" w:type="dxa"/>
              <w:left w:w="60" w:type="dxa"/>
              <w:bottom w:w="50" w:type="dxa"/>
              <w:right w:w="60" w:type="dxa"/>
            </w:tcMar>
            <w:vAlign w:val="center"/>
          </w:tcPr>
          <w:p w14:paraId="2A857A45" w14:textId="7B310E43"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Nữ</w:t>
            </w:r>
          </w:p>
        </w:tc>
        <w:tc>
          <w:tcPr>
            <w:tcW w:w="879" w:type="dxa"/>
            <w:shd w:val="clear" w:color="auto" w:fill="E7E6E6"/>
            <w:tcMar>
              <w:top w:w="50" w:type="dxa"/>
              <w:left w:w="60" w:type="dxa"/>
              <w:bottom w:w="50" w:type="dxa"/>
              <w:right w:w="60" w:type="dxa"/>
            </w:tcMar>
            <w:vAlign w:val="center"/>
          </w:tcPr>
          <w:p w14:paraId="5DB06349" w14:textId="40F5E4E5"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Nam</w:t>
            </w:r>
          </w:p>
        </w:tc>
        <w:tc>
          <w:tcPr>
            <w:tcW w:w="879" w:type="dxa"/>
            <w:shd w:val="clear" w:color="auto" w:fill="E7E6E6"/>
            <w:tcMar>
              <w:top w:w="50" w:type="dxa"/>
              <w:left w:w="60" w:type="dxa"/>
              <w:bottom w:w="50" w:type="dxa"/>
              <w:right w:w="60" w:type="dxa"/>
            </w:tcMar>
            <w:vAlign w:val="center"/>
          </w:tcPr>
          <w:p w14:paraId="52DDC687" w14:textId="22F0BC54"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Nữ</w:t>
            </w:r>
          </w:p>
        </w:tc>
        <w:tc>
          <w:tcPr>
            <w:tcW w:w="879" w:type="dxa"/>
            <w:shd w:val="clear" w:color="auto" w:fill="E7E6E6"/>
            <w:tcMar>
              <w:top w:w="50" w:type="dxa"/>
              <w:left w:w="60" w:type="dxa"/>
              <w:bottom w:w="50" w:type="dxa"/>
              <w:right w:w="60" w:type="dxa"/>
            </w:tcMar>
            <w:vAlign w:val="center"/>
          </w:tcPr>
          <w:p w14:paraId="21160F2C" w14:textId="25B9B866"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Nam</w:t>
            </w:r>
          </w:p>
        </w:tc>
        <w:tc>
          <w:tcPr>
            <w:tcW w:w="879" w:type="dxa"/>
            <w:shd w:val="clear" w:color="auto" w:fill="E7E6E6"/>
            <w:tcMar>
              <w:top w:w="50" w:type="dxa"/>
              <w:left w:w="60" w:type="dxa"/>
              <w:bottom w:w="50" w:type="dxa"/>
              <w:right w:w="60" w:type="dxa"/>
            </w:tcMar>
            <w:vAlign w:val="center"/>
          </w:tcPr>
          <w:p w14:paraId="6650D490" w14:textId="2314AC46"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Nữ</w:t>
            </w:r>
          </w:p>
        </w:tc>
      </w:tr>
      <w:tr w:rsidR="00884DFA" w:rsidRPr="00F54F5A" w14:paraId="2A8273DF" w14:textId="77777777" w:rsidTr="00F54F5A">
        <w:trPr>
          <w:cantSplit/>
          <w:jc w:val="center"/>
        </w:trPr>
        <w:tc>
          <w:tcPr>
            <w:tcW w:w="397" w:type="dxa"/>
            <w:tcMar>
              <w:top w:w="50" w:type="dxa"/>
              <w:left w:w="60" w:type="dxa"/>
              <w:bottom w:w="50" w:type="dxa"/>
              <w:right w:w="60" w:type="dxa"/>
            </w:tcMar>
            <w:vAlign w:val="center"/>
          </w:tcPr>
          <w:p w14:paraId="43053B45"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1</w:t>
            </w:r>
          </w:p>
        </w:tc>
        <w:tc>
          <w:tcPr>
            <w:tcW w:w="2438" w:type="dxa"/>
            <w:tcMar>
              <w:top w:w="50" w:type="dxa"/>
              <w:left w:w="60" w:type="dxa"/>
              <w:bottom w:w="50" w:type="dxa"/>
              <w:right w:w="60" w:type="dxa"/>
            </w:tcMar>
            <w:vAlign w:val="center"/>
          </w:tcPr>
          <w:p w14:paraId="3ABF8FB9" w14:textId="2BEDB3BD" w:rsidR="00884DFA"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436074" w:rsidRPr="00F54F5A">
              <w:rPr>
                <w:rFonts w:eastAsia="Times New Roman" w:cs="Times New Roman"/>
                <w:sz w:val="24"/>
              </w:rPr>
              <w:t xml:space="preserve"> mắc</w:t>
            </w:r>
          </w:p>
        </w:tc>
        <w:tc>
          <w:tcPr>
            <w:tcW w:w="879" w:type="dxa"/>
            <w:tcMar>
              <w:top w:w="50" w:type="dxa"/>
              <w:left w:w="60" w:type="dxa"/>
              <w:bottom w:w="50" w:type="dxa"/>
              <w:right w:w="60" w:type="dxa"/>
            </w:tcMar>
            <w:vAlign w:val="center"/>
          </w:tcPr>
          <w:p w14:paraId="61F974E3"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A0609A6"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4ACEF56"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9667B67"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B98EAFE"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47C048A"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4C6FC20"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0C310DF"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66B0C29"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3BE4FDF"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70AE2BA"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7A89C56" w14:textId="77777777" w:rsidR="00884DFA" w:rsidRPr="00F54F5A" w:rsidRDefault="00884DFA" w:rsidP="00F54F5A">
            <w:pPr>
              <w:spacing w:after="0" w:line="240" w:lineRule="auto"/>
              <w:jc w:val="center"/>
              <w:rPr>
                <w:rFonts w:cs="Times New Roman"/>
                <w:sz w:val="24"/>
              </w:rPr>
            </w:pPr>
          </w:p>
        </w:tc>
      </w:tr>
      <w:tr w:rsidR="00884DFA" w:rsidRPr="00F54F5A" w14:paraId="0B1DFF68" w14:textId="77777777" w:rsidTr="00F54F5A">
        <w:trPr>
          <w:cantSplit/>
          <w:jc w:val="center"/>
        </w:trPr>
        <w:tc>
          <w:tcPr>
            <w:tcW w:w="397" w:type="dxa"/>
            <w:tcMar>
              <w:top w:w="50" w:type="dxa"/>
              <w:left w:w="60" w:type="dxa"/>
              <w:bottom w:w="50" w:type="dxa"/>
              <w:right w:w="60" w:type="dxa"/>
            </w:tcMar>
            <w:vAlign w:val="center"/>
          </w:tcPr>
          <w:p w14:paraId="69A409AD"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1.1</w:t>
            </w:r>
          </w:p>
        </w:tc>
        <w:tc>
          <w:tcPr>
            <w:tcW w:w="2438" w:type="dxa"/>
            <w:tcMar>
              <w:top w:w="50" w:type="dxa"/>
              <w:left w:w="60" w:type="dxa"/>
              <w:bottom w:w="50" w:type="dxa"/>
              <w:right w:w="60" w:type="dxa"/>
            </w:tcMar>
            <w:vAlign w:val="center"/>
          </w:tcPr>
          <w:p w14:paraId="55141F9E" w14:textId="2F654867" w:rsidR="00884DFA" w:rsidRPr="00F54F5A" w:rsidRDefault="008F6410" w:rsidP="00F54F5A">
            <w:pPr>
              <w:spacing w:after="0" w:line="240" w:lineRule="auto"/>
              <w:rPr>
                <w:rFonts w:cs="Times New Roman"/>
                <w:sz w:val="24"/>
              </w:rPr>
            </w:pPr>
            <w:r w:rsidRPr="00F54F5A">
              <w:rPr>
                <w:rFonts w:eastAsia="Times New Roman" w:cs="Times New Roman"/>
                <w:sz w:val="24"/>
              </w:rPr>
              <w:t>Số trường hợp bệnh</w:t>
            </w:r>
            <w:r w:rsidR="00B6413E" w:rsidRPr="00F54F5A">
              <w:rPr>
                <w:rFonts w:eastAsia="Times New Roman" w:cs="Times New Roman"/>
                <w:sz w:val="24"/>
              </w:rPr>
              <w:t xml:space="preserve"> nghi ngờ</w:t>
            </w:r>
          </w:p>
        </w:tc>
        <w:tc>
          <w:tcPr>
            <w:tcW w:w="879" w:type="dxa"/>
            <w:tcMar>
              <w:top w:w="50" w:type="dxa"/>
              <w:left w:w="60" w:type="dxa"/>
              <w:bottom w:w="50" w:type="dxa"/>
              <w:right w:w="60" w:type="dxa"/>
            </w:tcMar>
            <w:vAlign w:val="center"/>
          </w:tcPr>
          <w:p w14:paraId="000DCE36"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CACB0FB"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80E4BF9"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7857F2D"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76CB498"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058FD7D"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1018F2F"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3DED1B2"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61F686A"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DF580AE"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E564258"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E3BE71C" w14:textId="77777777" w:rsidR="00884DFA" w:rsidRPr="00F54F5A" w:rsidRDefault="00884DFA" w:rsidP="00F54F5A">
            <w:pPr>
              <w:spacing w:after="0" w:line="240" w:lineRule="auto"/>
              <w:jc w:val="center"/>
              <w:rPr>
                <w:rFonts w:cs="Times New Roman"/>
                <w:sz w:val="24"/>
              </w:rPr>
            </w:pPr>
          </w:p>
        </w:tc>
      </w:tr>
      <w:tr w:rsidR="00884DFA" w:rsidRPr="00F54F5A" w14:paraId="18805D2E" w14:textId="77777777" w:rsidTr="00F54F5A">
        <w:trPr>
          <w:cantSplit/>
          <w:jc w:val="center"/>
        </w:trPr>
        <w:tc>
          <w:tcPr>
            <w:tcW w:w="397" w:type="dxa"/>
            <w:tcMar>
              <w:top w:w="50" w:type="dxa"/>
              <w:left w:w="60" w:type="dxa"/>
              <w:bottom w:w="50" w:type="dxa"/>
              <w:right w:w="60" w:type="dxa"/>
            </w:tcMar>
            <w:vAlign w:val="center"/>
          </w:tcPr>
          <w:p w14:paraId="18DBF15B"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1.2</w:t>
            </w:r>
          </w:p>
        </w:tc>
        <w:tc>
          <w:tcPr>
            <w:tcW w:w="2438" w:type="dxa"/>
            <w:tcMar>
              <w:top w:w="50" w:type="dxa"/>
              <w:left w:w="60" w:type="dxa"/>
              <w:bottom w:w="50" w:type="dxa"/>
              <w:right w:w="60" w:type="dxa"/>
            </w:tcMar>
            <w:vAlign w:val="center"/>
          </w:tcPr>
          <w:p w14:paraId="48C6E8DB" w14:textId="5A4B74E2" w:rsidR="00884DFA" w:rsidRPr="00F54F5A" w:rsidRDefault="008F6410" w:rsidP="00F54F5A">
            <w:pPr>
              <w:spacing w:after="0" w:line="240" w:lineRule="auto"/>
              <w:rPr>
                <w:rFonts w:cs="Times New Roman"/>
                <w:sz w:val="24"/>
              </w:rPr>
            </w:pPr>
            <w:r w:rsidRPr="00F54F5A">
              <w:rPr>
                <w:rFonts w:eastAsia="Times New Roman" w:cs="Times New Roman"/>
                <w:sz w:val="24"/>
              </w:rPr>
              <w:t>Số trường hợp bệnh</w:t>
            </w:r>
            <w:r w:rsidR="00B6413E" w:rsidRPr="00F54F5A">
              <w:rPr>
                <w:rFonts w:eastAsia="Times New Roman" w:cs="Times New Roman"/>
                <w:sz w:val="24"/>
              </w:rPr>
              <w:t xml:space="preserve"> xác định</w:t>
            </w:r>
          </w:p>
        </w:tc>
        <w:tc>
          <w:tcPr>
            <w:tcW w:w="879" w:type="dxa"/>
            <w:tcMar>
              <w:top w:w="50" w:type="dxa"/>
              <w:left w:w="60" w:type="dxa"/>
              <w:bottom w:w="50" w:type="dxa"/>
              <w:right w:w="60" w:type="dxa"/>
            </w:tcMar>
            <w:vAlign w:val="center"/>
          </w:tcPr>
          <w:p w14:paraId="11DFE743"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5B7B6AD"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3E7F3AD"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47BEBBE"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10FC531"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50CDBAA"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953F40E"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4C69B1E"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239CC87"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E682FD5"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DFFE196"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C7DFDD9" w14:textId="77777777" w:rsidR="00884DFA" w:rsidRPr="00F54F5A" w:rsidRDefault="00884DFA" w:rsidP="00F54F5A">
            <w:pPr>
              <w:spacing w:after="0" w:line="240" w:lineRule="auto"/>
              <w:jc w:val="center"/>
              <w:rPr>
                <w:rFonts w:cs="Times New Roman"/>
                <w:sz w:val="24"/>
              </w:rPr>
            </w:pPr>
          </w:p>
        </w:tc>
      </w:tr>
      <w:tr w:rsidR="00884DFA" w:rsidRPr="00F54F5A" w14:paraId="22EAB197" w14:textId="77777777" w:rsidTr="00F54F5A">
        <w:trPr>
          <w:cantSplit/>
          <w:jc w:val="center"/>
        </w:trPr>
        <w:tc>
          <w:tcPr>
            <w:tcW w:w="397" w:type="dxa"/>
            <w:tcMar>
              <w:top w:w="50" w:type="dxa"/>
              <w:left w:w="60" w:type="dxa"/>
              <w:bottom w:w="50" w:type="dxa"/>
              <w:right w:w="60" w:type="dxa"/>
            </w:tcMar>
            <w:vAlign w:val="center"/>
          </w:tcPr>
          <w:p w14:paraId="0F835E0B"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lastRenderedPageBreak/>
              <w:t>2</w:t>
            </w:r>
          </w:p>
        </w:tc>
        <w:tc>
          <w:tcPr>
            <w:tcW w:w="2438" w:type="dxa"/>
            <w:tcMar>
              <w:top w:w="50" w:type="dxa"/>
              <w:left w:w="60" w:type="dxa"/>
              <w:bottom w:w="50" w:type="dxa"/>
              <w:right w:w="60" w:type="dxa"/>
            </w:tcMar>
            <w:vAlign w:val="center"/>
          </w:tcPr>
          <w:p w14:paraId="3DBB858B" w14:textId="194F3640" w:rsidR="00884DFA"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436074" w:rsidRPr="00F54F5A">
              <w:rPr>
                <w:rFonts w:eastAsia="Times New Roman" w:cs="Times New Roman"/>
                <w:sz w:val="24"/>
              </w:rPr>
              <w:t xml:space="preserve"> tử vong</w:t>
            </w:r>
          </w:p>
        </w:tc>
        <w:tc>
          <w:tcPr>
            <w:tcW w:w="879" w:type="dxa"/>
            <w:tcMar>
              <w:top w:w="50" w:type="dxa"/>
              <w:left w:w="60" w:type="dxa"/>
              <w:bottom w:w="50" w:type="dxa"/>
              <w:right w:w="60" w:type="dxa"/>
            </w:tcMar>
            <w:vAlign w:val="center"/>
          </w:tcPr>
          <w:p w14:paraId="5DFEEC27"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7B67906"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E4DA163"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3353460"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B26FF71"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2229793"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41DB041"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1FF7CE4"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166F10C"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53A385E"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5915446"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35AF160" w14:textId="77777777" w:rsidR="00884DFA" w:rsidRPr="00F54F5A" w:rsidRDefault="00884DFA" w:rsidP="00F54F5A">
            <w:pPr>
              <w:spacing w:after="0" w:line="240" w:lineRule="auto"/>
              <w:jc w:val="center"/>
              <w:rPr>
                <w:rFonts w:cs="Times New Roman"/>
                <w:sz w:val="24"/>
              </w:rPr>
            </w:pPr>
          </w:p>
        </w:tc>
      </w:tr>
      <w:tr w:rsidR="00884DFA" w:rsidRPr="00F54F5A" w14:paraId="18445AE3" w14:textId="77777777" w:rsidTr="00F54F5A">
        <w:trPr>
          <w:cantSplit/>
          <w:jc w:val="center"/>
        </w:trPr>
        <w:tc>
          <w:tcPr>
            <w:tcW w:w="397" w:type="dxa"/>
            <w:tcMar>
              <w:top w:w="50" w:type="dxa"/>
              <w:left w:w="60" w:type="dxa"/>
              <w:bottom w:w="50" w:type="dxa"/>
              <w:right w:w="60" w:type="dxa"/>
            </w:tcMar>
            <w:vAlign w:val="center"/>
          </w:tcPr>
          <w:p w14:paraId="20ABACCC"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3</w:t>
            </w:r>
          </w:p>
        </w:tc>
        <w:tc>
          <w:tcPr>
            <w:tcW w:w="2438" w:type="dxa"/>
            <w:tcMar>
              <w:top w:w="50" w:type="dxa"/>
              <w:left w:w="60" w:type="dxa"/>
              <w:bottom w:w="50" w:type="dxa"/>
              <w:right w:w="60" w:type="dxa"/>
            </w:tcMar>
            <w:vAlign w:val="center"/>
          </w:tcPr>
          <w:p w14:paraId="7510D7C3" w14:textId="65D1334B" w:rsidR="00884DFA"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436074" w:rsidRPr="00F54F5A">
              <w:rPr>
                <w:rFonts w:eastAsia="Times New Roman" w:cs="Times New Roman"/>
                <w:sz w:val="24"/>
              </w:rPr>
              <w:t xml:space="preserve"> có di chứng</w:t>
            </w:r>
          </w:p>
        </w:tc>
        <w:tc>
          <w:tcPr>
            <w:tcW w:w="879" w:type="dxa"/>
            <w:tcMar>
              <w:top w:w="50" w:type="dxa"/>
              <w:left w:w="60" w:type="dxa"/>
              <w:bottom w:w="50" w:type="dxa"/>
              <w:right w:w="60" w:type="dxa"/>
            </w:tcMar>
            <w:vAlign w:val="center"/>
          </w:tcPr>
          <w:p w14:paraId="223242E3"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D3CB96E"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DA2AF4B"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52B8D51"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2D91153"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C7A8023"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292703E"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6E8D6D6"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D86A131"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0E29948"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01F601C"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EB6DCE1" w14:textId="77777777" w:rsidR="00884DFA" w:rsidRPr="00F54F5A" w:rsidRDefault="00884DFA" w:rsidP="00F54F5A">
            <w:pPr>
              <w:spacing w:after="0" w:line="240" w:lineRule="auto"/>
              <w:jc w:val="center"/>
              <w:rPr>
                <w:rFonts w:cs="Times New Roman"/>
                <w:sz w:val="24"/>
              </w:rPr>
            </w:pPr>
          </w:p>
        </w:tc>
      </w:tr>
    </w:tbl>
    <w:p w14:paraId="115F8452" w14:textId="77777777" w:rsidR="00884DFA" w:rsidRPr="00F54F5A" w:rsidRDefault="00436074" w:rsidP="00CA634C">
      <w:pPr>
        <w:spacing w:before="120" w:after="0" w:line="240" w:lineRule="auto"/>
        <w:rPr>
          <w:rFonts w:cs="Times New Roman"/>
          <w:sz w:val="26"/>
        </w:rPr>
      </w:pPr>
      <w:r w:rsidRPr="00F54F5A">
        <w:rPr>
          <w:rFonts w:eastAsia="Times New Roman" w:cs="Times New Roman"/>
          <w:i/>
          <w:sz w:val="26"/>
        </w:rPr>
        <w:t>(Số liệu của toàn bộ thời gian thống kê; nhóm tuổi và giới tính xác định theo tuổi tại thời điểm mắc bệnh.)</w:t>
      </w:r>
    </w:p>
    <w:tbl>
      <w:tblPr>
        <w:tblW w:w="142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34"/>
        <w:gridCol w:w="6029"/>
        <w:gridCol w:w="2539"/>
        <w:gridCol w:w="2539"/>
        <w:gridCol w:w="2539"/>
      </w:tblGrid>
      <w:tr w:rsidR="00884DFA" w:rsidRPr="00F54F5A" w14:paraId="36F56727" w14:textId="77777777" w:rsidTr="00F54F5A">
        <w:trPr>
          <w:cantSplit/>
          <w:tblHeader/>
          <w:jc w:val="center"/>
        </w:trPr>
        <w:tc>
          <w:tcPr>
            <w:tcW w:w="567" w:type="dxa"/>
            <w:shd w:val="clear" w:color="auto" w:fill="E7E6E6"/>
            <w:tcMar>
              <w:top w:w="50" w:type="dxa"/>
              <w:left w:w="60" w:type="dxa"/>
              <w:bottom w:w="50" w:type="dxa"/>
              <w:right w:w="60" w:type="dxa"/>
            </w:tcMar>
            <w:vAlign w:val="center"/>
          </w:tcPr>
          <w:p w14:paraId="1863E6B4"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TT</w:t>
            </w:r>
          </w:p>
        </w:tc>
        <w:tc>
          <w:tcPr>
            <w:tcW w:w="5386" w:type="dxa"/>
            <w:shd w:val="clear" w:color="auto" w:fill="E7E6E6"/>
            <w:tcMar>
              <w:top w:w="50" w:type="dxa"/>
              <w:left w:w="60" w:type="dxa"/>
              <w:bottom w:w="50" w:type="dxa"/>
              <w:right w:w="60" w:type="dxa"/>
            </w:tcMar>
            <w:vAlign w:val="center"/>
          </w:tcPr>
          <w:p w14:paraId="4B96419C"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Dân tộc/nhóm đặc thù</w:t>
            </w:r>
          </w:p>
        </w:tc>
        <w:tc>
          <w:tcPr>
            <w:tcW w:w="2268" w:type="dxa"/>
            <w:shd w:val="clear" w:color="auto" w:fill="E7E6E6"/>
            <w:tcMar>
              <w:top w:w="50" w:type="dxa"/>
              <w:left w:w="60" w:type="dxa"/>
              <w:bottom w:w="50" w:type="dxa"/>
              <w:right w:w="60" w:type="dxa"/>
            </w:tcMar>
            <w:vAlign w:val="center"/>
          </w:tcPr>
          <w:p w14:paraId="5E5FDCAE" w14:textId="7767808F" w:rsidR="00884DFA" w:rsidRPr="00F54F5A" w:rsidRDefault="003A21C1" w:rsidP="00F54F5A">
            <w:pPr>
              <w:spacing w:after="0" w:line="240" w:lineRule="auto"/>
              <w:jc w:val="center"/>
              <w:rPr>
                <w:rFonts w:cs="Times New Roman"/>
                <w:sz w:val="24"/>
              </w:rPr>
            </w:pPr>
            <w:r w:rsidRPr="00F54F5A">
              <w:rPr>
                <w:rFonts w:eastAsia="Times New Roman" w:cs="Times New Roman"/>
                <w:b/>
                <w:sz w:val="24"/>
              </w:rPr>
              <w:t>Số trường hợp bệnh</w:t>
            </w:r>
            <w:r w:rsidR="00436074" w:rsidRPr="00F54F5A">
              <w:rPr>
                <w:rFonts w:eastAsia="Times New Roman" w:cs="Times New Roman"/>
                <w:b/>
                <w:sz w:val="24"/>
              </w:rPr>
              <w:t xml:space="preserve"> mắc</w:t>
            </w:r>
          </w:p>
        </w:tc>
        <w:tc>
          <w:tcPr>
            <w:tcW w:w="2268" w:type="dxa"/>
            <w:shd w:val="clear" w:color="auto" w:fill="E7E6E6"/>
            <w:tcMar>
              <w:top w:w="50" w:type="dxa"/>
              <w:left w:w="60" w:type="dxa"/>
              <w:bottom w:w="50" w:type="dxa"/>
              <w:right w:w="60" w:type="dxa"/>
            </w:tcMar>
            <w:vAlign w:val="center"/>
          </w:tcPr>
          <w:p w14:paraId="1EA1E557" w14:textId="394806F9" w:rsidR="00884DFA" w:rsidRPr="00F54F5A" w:rsidRDefault="003A21C1" w:rsidP="00F54F5A">
            <w:pPr>
              <w:spacing w:after="0" w:line="240" w:lineRule="auto"/>
              <w:jc w:val="center"/>
              <w:rPr>
                <w:rFonts w:cs="Times New Roman"/>
                <w:sz w:val="24"/>
              </w:rPr>
            </w:pPr>
            <w:r w:rsidRPr="00F54F5A">
              <w:rPr>
                <w:rFonts w:eastAsia="Times New Roman" w:cs="Times New Roman"/>
                <w:b/>
                <w:sz w:val="24"/>
              </w:rPr>
              <w:t>Số trường hợp bệnh</w:t>
            </w:r>
            <w:r w:rsidR="00436074" w:rsidRPr="00F54F5A">
              <w:rPr>
                <w:rFonts w:eastAsia="Times New Roman" w:cs="Times New Roman"/>
                <w:b/>
                <w:sz w:val="24"/>
              </w:rPr>
              <w:t xml:space="preserve"> tử vong</w:t>
            </w:r>
          </w:p>
        </w:tc>
        <w:tc>
          <w:tcPr>
            <w:tcW w:w="2268" w:type="dxa"/>
            <w:shd w:val="clear" w:color="auto" w:fill="E7E6E6"/>
            <w:tcMar>
              <w:top w:w="50" w:type="dxa"/>
              <w:left w:w="60" w:type="dxa"/>
              <w:bottom w:w="50" w:type="dxa"/>
              <w:right w:w="60" w:type="dxa"/>
            </w:tcMar>
            <w:vAlign w:val="center"/>
          </w:tcPr>
          <w:p w14:paraId="43E8042F" w14:textId="0C4C2705" w:rsidR="00884DFA" w:rsidRPr="00F54F5A" w:rsidRDefault="003A21C1" w:rsidP="00F54F5A">
            <w:pPr>
              <w:spacing w:after="0" w:line="240" w:lineRule="auto"/>
              <w:jc w:val="center"/>
              <w:rPr>
                <w:rFonts w:cs="Times New Roman"/>
                <w:sz w:val="24"/>
              </w:rPr>
            </w:pPr>
            <w:r w:rsidRPr="00F54F5A">
              <w:rPr>
                <w:rFonts w:eastAsia="Times New Roman" w:cs="Times New Roman"/>
                <w:b/>
                <w:sz w:val="24"/>
              </w:rPr>
              <w:t>Số trường hợp bệnh</w:t>
            </w:r>
            <w:r w:rsidR="00436074" w:rsidRPr="00F54F5A">
              <w:rPr>
                <w:rFonts w:eastAsia="Times New Roman" w:cs="Times New Roman"/>
                <w:b/>
                <w:sz w:val="24"/>
              </w:rPr>
              <w:t xml:space="preserve"> có di chứng</w:t>
            </w:r>
          </w:p>
        </w:tc>
      </w:tr>
      <w:tr w:rsidR="00884DFA" w:rsidRPr="00F54F5A" w14:paraId="684BC4A5" w14:textId="77777777" w:rsidTr="00F54F5A">
        <w:trPr>
          <w:cantSplit/>
          <w:jc w:val="center"/>
        </w:trPr>
        <w:tc>
          <w:tcPr>
            <w:tcW w:w="567" w:type="dxa"/>
            <w:tcMar>
              <w:top w:w="50" w:type="dxa"/>
              <w:left w:w="60" w:type="dxa"/>
              <w:bottom w:w="50" w:type="dxa"/>
              <w:right w:w="60" w:type="dxa"/>
            </w:tcMar>
            <w:vAlign w:val="center"/>
          </w:tcPr>
          <w:p w14:paraId="7F83021B"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1</w:t>
            </w:r>
          </w:p>
        </w:tc>
        <w:tc>
          <w:tcPr>
            <w:tcW w:w="5386" w:type="dxa"/>
            <w:tcMar>
              <w:top w:w="50" w:type="dxa"/>
              <w:left w:w="60" w:type="dxa"/>
              <w:bottom w:w="50" w:type="dxa"/>
              <w:right w:w="60" w:type="dxa"/>
            </w:tcMar>
            <w:vAlign w:val="center"/>
          </w:tcPr>
          <w:p w14:paraId="5FF4B5D3" w14:textId="77777777" w:rsidR="00884DFA" w:rsidRPr="00F54F5A" w:rsidRDefault="00436074" w:rsidP="00F54F5A">
            <w:pPr>
              <w:spacing w:after="0" w:line="240" w:lineRule="auto"/>
              <w:rPr>
                <w:rFonts w:cs="Times New Roman"/>
                <w:sz w:val="24"/>
              </w:rPr>
            </w:pPr>
            <w:r w:rsidRPr="00F54F5A">
              <w:rPr>
                <w:rFonts w:eastAsia="Times New Roman" w:cs="Times New Roman"/>
                <w:sz w:val="24"/>
              </w:rPr>
              <w:t>Dân tộc Kinh</w:t>
            </w:r>
          </w:p>
        </w:tc>
        <w:tc>
          <w:tcPr>
            <w:tcW w:w="2268" w:type="dxa"/>
            <w:tcMar>
              <w:top w:w="50" w:type="dxa"/>
              <w:left w:w="60" w:type="dxa"/>
              <w:bottom w:w="50" w:type="dxa"/>
              <w:right w:w="60" w:type="dxa"/>
            </w:tcMar>
            <w:vAlign w:val="center"/>
          </w:tcPr>
          <w:p w14:paraId="49F04EC5" w14:textId="77777777" w:rsidR="00884DFA" w:rsidRPr="00F54F5A" w:rsidRDefault="00884DFA"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230AC3B8" w14:textId="77777777" w:rsidR="00884DFA" w:rsidRPr="00F54F5A" w:rsidRDefault="00884DFA"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6F032FC0" w14:textId="77777777" w:rsidR="00884DFA" w:rsidRPr="00F54F5A" w:rsidRDefault="00884DFA" w:rsidP="00F54F5A">
            <w:pPr>
              <w:spacing w:after="0" w:line="240" w:lineRule="auto"/>
              <w:jc w:val="center"/>
              <w:rPr>
                <w:rFonts w:cs="Times New Roman"/>
                <w:sz w:val="24"/>
              </w:rPr>
            </w:pPr>
          </w:p>
        </w:tc>
      </w:tr>
      <w:tr w:rsidR="00884DFA" w:rsidRPr="00F54F5A" w14:paraId="574E0E37" w14:textId="77777777" w:rsidTr="00F54F5A">
        <w:trPr>
          <w:cantSplit/>
          <w:jc w:val="center"/>
        </w:trPr>
        <w:tc>
          <w:tcPr>
            <w:tcW w:w="567" w:type="dxa"/>
            <w:tcMar>
              <w:top w:w="50" w:type="dxa"/>
              <w:left w:w="60" w:type="dxa"/>
              <w:bottom w:w="50" w:type="dxa"/>
              <w:right w:w="60" w:type="dxa"/>
            </w:tcMar>
            <w:vAlign w:val="center"/>
          </w:tcPr>
          <w:p w14:paraId="3DC3DD5C"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2</w:t>
            </w:r>
          </w:p>
        </w:tc>
        <w:tc>
          <w:tcPr>
            <w:tcW w:w="5386" w:type="dxa"/>
            <w:tcMar>
              <w:top w:w="50" w:type="dxa"/>
              <w:left w:w="60" w:type="dxa"/>
              <w:bottom w:w="50" w:type="dxa"/>
              <w:right w:w="60" w:type="dxa"/>
            </w:tcMar>
            <w:vAlign w:val="center"/>
          </w:tcPr>
          <w:p w14:paraId="1E0FF016" w14:textId="77777777" w:rsidR="00884DFA" w:rsidRPr="00F54F5A" w:rsidRDefault="00436074" w:rsidP="00F54F5A">
            <w:pPr>
              <w:spacing w:after="0" w:line="240" w:lineRule="auto"/>
              <w:rPr>
                <w:rFonts w:cs="Times New Roman"/>
                <w:sz w:val="24"/>
              </w:rPr>
            </w:pPr>
            <w:r w:rsidRPr="00F54F5A">
              <w:rPr>
                <w:rFonts w:eastAsia="Times New Roman" w:cs="Times New Roman"/>
                <w:sz w:val="24"/>
              </w:rPr>
              <w:t>Dân tộc khác</w:t>
            </w:r>
          </w:p>
        </w:tc>
        <w:tc>
          <w:tcPr>
            <w:tcW w:w="2268" w:type="dxa"/>
            <w:tcMar>
              <w:top w:w="50" w:type="dxa"/>
              <w:left w:w="60" w:type="dxa"/>
              <w:bottom w:w="50" w:type="dxa"/>
              <w:right w:w="60" w:type="dxa"/>
            </w:tcMar>
            <w:vAlign w:val="center"/>
          </w:tcPr>
          <w:p w14:paraId="647A316A" w14:textId="77777777" w:rsidR="00884DFA" w:rsidRPr="00F54F5A" w:rsidRDefault="00884DFA"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3EC69CE7" w14:textId="77777777" w:rsidR="00884DFA" w:rsidRPr="00F54F5A" w:rsidRDefault="00884DFA"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647E2B3F" w14:textId="77777777" w:rsidR="00884DFA" w:rsidRPr="00F54F5A" w:rsidRDefault="00884DFA" w:rsidP="00F54F5A">
            <w:pPr>
              <w:spacing w:after="0" w:line="240" w:lineRule="auto"/>
              <w:jc w:val="center"/>
              <w:rPr>
                <w:rFonts w:cs="Times New Roman"/>
                <w:sz w:val="24"/>
              </w:rPr>
            </w:pPr>
          </w:p>
        </w:tc>
      </w:tr>
      <w:tr w:rsidR="00884DFA" w:rsidRPr="00F54F5A" w14:paraId="18FFD9C3" w14:textId="77777777" w:rsidTr="00F54F5A">
        <w:trPr>
          <w:cantSplit/>
          <w:jc w:val="center"/>
        </w:trPr>
        <w:tc>
          <w:tcPr>
            <w:tcW w:w="567" w:type="dxa"/>
            <w:tcMar>
              <w:top w:w="50" w:type="dxa"/>
              <w:left w:w="60" w:type="dxa"/>
              <w:bottom w:w="50" w:type="dxa"/>
              <w:right w:w="60" w:type="dxa"/>
            </w:tcMar>
            <w:vAlign w:val="center"/>
          </w:tcPr>
          <w:p w14:paraId="0046B538" w14:textId="5D2C0940" w:rsidR="00884DFA" w:rsidRPr="00F54F5A" w:rsidRDefault="00AE3421" w:rsidP="00F54F5A">
            <w:pPr>
              <w:spacing w:after="0" w:line="240" w:lineRule="auto"/>
              <w:jc w:val="center"/>
              <w:rPr>
                <w:rFonts w:cs="Times New Roman"/>
                <w:sz w:val="24"/>
                <w:lang w:val="vi-VN"/>
              </w:rPr>
            </w:pPr>
            <w:r w:rsidRPr="00F54F5A">
              <w:rPr>
                <w:rFonts w:eastAsia="Times New Roman" w:cs="Times New Roman"/>
                <w:sz w:val="24"/>
                <w:lang w:val="vi-VN"/>
              </w:rPr>
              <w:t>3</w:t>
            </w:r>
          </w:p>
        </w:tc>
        <w:tc>
          <w:tcPr>
            <w:tcW w:w="5386" w:type="dxa"/>
            <w:tcMar>
              <w:top w:w="50" w:type="dxa"/>
              <w:left w:w="60" w:type="dxa"/>
              <w:bottom w:w="50" w:type="dxa"/>
              <w:right w:w="60" w:type="dxa"/>
            </w:tcMar>
            <w:vAlign w:val="center"/>
          </w:tcPr>
          <w:p w14:paraId="33A2D9F2" w14:textId="77777777" w:rsidR="00884DFA" w:rsidRPr="00F54F5A" w:rsidRDefault="00436074" w:rsidP="00F54F5A">
            <w:pPr>
              <w:spacing w:after="0" w:line="240" w:lineRule="auto"/>
              <w:rPr>
                <w:rFonts w:cs="Times New Roman"/>
                <w:sz w:val="24"/>
              </w:rPr>
            </w:pPr>
            <w:r w:rsidRPr="00F54F5A">
              <w:rPr>
                <w:rFonts w:eastAsia="Times New Roman" w:cs="Times New Roman"/>
                <w:sz w:val="24"/>
              </w:rPr>
              <w:t>Nhân viên y tế</w:t>
            </w:r>
          </w:p>
        </w:tc>
        <w:tc>
          <w:tcPr>
            <w:tcW w:w="2268" w:type="dxa"/>
            <w:tcMar>
              <w:top w:w="50" w:type="dxa"/>
              <w:left w:w="60" w:type="dxa"/>
              <w:bottom w:w="50" w:type="dxa"/>
              <w:right w:w="60" w:type="dxa"/>
            </w:tcMar>
            <w:vAlign w:val="center"/>
          </w:tcPr>
          <w:p w14:paraId="098FE007" w14:textId="77777777" w:rsidR="00884DFA" w:rsidRPr="00F54F5A" w:rsidRDefault="00884DFA"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6F921680" w14:textId="77777777" w:rsidR="00884DFA" w:rsidRPr="00F54F5A" w:rsidRDefault="00884DFA"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527621E9" w14:textId="77777777" w:rsidR="00884DFA" w:rsidRPr="00F54F5A" w:rsidRDefault="00884DFA" w:rsidP="00F54F5A">
            <w:pPr>
              <w:spacing w:after="0" w:line="240" w:lineRule="auto"/>
              <w:jc w:val="center"/>
              <w:rPr>
                <w:rFonts w:cs="Times New Roman"/>
                <w:sz w:val="24"/>
              </w:rPr>
            </w:pPr>
          </w:p>
        </w:tc>
      </w:tr>
    </w:tbl>
    <w:p w14:paraId="2A51D9D2" w14:textId="77777777" w:rsidR="00884DFA" w:rsidRPr="00F54F5A" w:rsidRDefault="00436074" w:rsidP="00CA634C">
      <w:pPr>
        <w:keepNext/>
        <w:spacing w:before="120" w:after="0" w:line="240" w:lineRule="auto"/>
        <w:rPr>
          <w:rFonts w:cs="Times New Roman"/>
          <w:sz w:val="26"/>
        </w:rPr>
      </w:pPr>
      <w:r w:rsidRPr="00F54F5A">
        <w:rPr>
          <w:rFonts w:eastAsia="Times New Roman" w:cs="Times New Roman"/>
          <w:b/>
          <w:sz w:val="26"/>
        </w:rPr>
        <w:t>IV. NHẬN ĐỊNH, KHÓ KHĂN VÀ KIẾN NGHỊ</w:t>
      </w:r>
    </w:p>
    <w:p w14:paraId="211E07CF" w14:textId="7C06BD5D" w:rsidR="00884DFA" w:rsidRPr="00F54F5A" w:rsidRDefault="00436074" w:rsidP="00CA634C">
      <w:pPr>
        <w:tabs>
          <w:tab w:val="left" w:leader="dot" w:pos="13608"/>
        </w:tabs>
        <w:spacing w:before="120" w:after="0" w:line="240" w:lineRule="auto"/>
        <w:ind w:firstLine="567"/>
        <w:rPr>
          <w:rFonts w:cs="Times New Roman"/>
          <w:sz w:val="26"/>
        </w:rPr>
      </w:pPr>
      <w:r w:rsidRPr="00F54F5A">
        <w:rPr>
          <w:rFonts w:eastAsia="Times New Roman" w:cs="Times New Roman"/>
          <w:b/>
          <w:sz w:val="26"/>
        </w:rPr>
        <w:t>1. Nhận định về mức độ thiệt hại:</w:t>
      </w:r>
      <w:r w:rsidR="009420C2">
        <w:rPr>
          <w:rFonts w:eastAsia="Times New Roman" w:cs="Times New Roman"/>
          <w:sz w:val="26"/>
        </w:rPr>
        <w:tab/>
      </w:r>
    </w:p>
    <w:p w14:paraId="181E64B9" w14:textId="4DE1FAC4" w:rsidR="00884DFA" w:rsidRPr="00F54F5A" w:rsidRDefault="00436074" w:rsidP="00CA634C">
      <w:pPr>
        <w:tabs>
          <w:tab w:val="left" w:leader="dot" w:pos="13608"/>
        </w:tabs>
        <w:spacing w:before="120" w:after="0" w:line="240" w:lineRule="auto"/>
        <w:ind w:firstLine="567"/>
        <w:rPr>
          <w:rFonts w:cs="Times New Roman"/>
          <w:sz w:val="26"/>
        </w:rPr>
      </w:pPr>
      <w:r w:rsidRPr="00F54F5A">
        <w:rPr>
          <w:rFonts w:eastAsia="Times New Roman" w:cs="Times New Roman"/>
          <w:b/>
          <w:sz w:val="26"/>
        </w:rPr>
        <w:t>2. Khó khăn:</w:t>
      </w:r>
      <w:r w:rsidR="009420C2">
        <w:rPr>
          <w:rFonts w:eastAsia="Times New Roman" w:cs="Times New Roman"/>
          <w:sz w:val="26"/>
        </w:rPr>
        <w:tab/>
      </w:r>
    </w:p>
    <w:p w14:paraId="610ABC7C" w14:textId="42F0F31A" w:rsidR="00884DFA" w:rsidRPr="00F54F5A" w:rsidRDefault="00436074" w:rsidP="00CA634C">
      <w:pPr>
        <w:tabs>
          <w:tab w:val="left" w:leader="dot" w:pos="13608"/>
        </w:tabs>
        <w:spacing w:before="120" w:after="0" w:line="240" w:lineRule="auto"/>
        <w:ind w:firstLine="567"/>
        <w:rPr>
          <w:rFonts w:cs="Times New Roman"/>
          <w:sz w:val="26"/>
        </w:rPr>
      </w:pPr>
      <w:r w:rsidRPr="00F54F5A">
        <w:rPr>
          <w:rFonts w:eastAsia="Times New Roman" w:cs="Times New Roman"/>
          <w:b/>
          <w:sz w:val="26"/>
        </w:rPr>
        <w:t xml:space="preserve">3. Kiến nghị, đề xuất: </w:t>
      </w:r>
      <w:r w:rsidR="009420C2">
        <w:rPr>
          <w:rFonts w:eastAsia="Times New Roman" w:cs="Times New Roman"/>
          <w:sz w:val="26"/>
        </w:rPr>
        <w:tab/>
      </w:r>
    </w:p>
    <w:p w14:paraId="73EDD27C" w14:textId="77777777" w:rsidR="00884DFA" w:rsidRPr="00F54F5A" w:rsidRDefault="00436074" w:rsidP="00CA634C">
      <w:pPr>
        <w:spacing w:before="120" w:after="0" w:line="240" w:lineRule="auto"/>
        <w:rPr>
          <w:rFonts w:cs="Times New Roman"/>
          <w:sz w:val="26"/>
        </w:rPr>
      </w:pPr>
      <w:r w:rsidRPr="00F54F5A">
        <w:rPr>
          <w:rFonts w:eastAsia="Times New Roman" w:cs="Times New Roman"/>
          <w:b/>
          <w:i/>
          <w:sz w:val="26"/>
        </w:rPr>
        <w:t>Ghi chú:</w:t>
      </w:r>
    </w:p>
    <w:p w14:paraId="05B0DF67" w14:textId="77777777" w:rsidR="00884DFA" w:rsidRPr="00F54F5A" w:rsidRDefault="00436074" w:rsidP="00CA634C">
      <w:pPr>
        <w:spacing w:before="120" w:after="0" w:line="240" w:lineRule="auto"/>
        <w:ind w:left="283" w:hanging="227"/>
        <w:rPr>
          <w:rFonts w:cs="Times New Roman"/>
          <w:sz w:val="26"/>
        </w:rPr>
      </w:pPr>
      <w:r w:rsidRPr="00F54F5A">
        <w:rPr>
          <w:rFonts w:eastAsia="Times New Roman" w:cs="Times New Roman"/>
          <w:i/>
          <w:sz w:val="26"/>
        </w:rPr>
        <w:t>- Trạm Y tế tổng hợp theo địa chỉ thường trú; trường hợp xuất hiện ở nhiều nguồn hoặc chuyển tuyến chỉ tính một lần.</w:t>
      </w:r>
    </w:p>
    <w:p w14:paraId="6D772BBC" w14:textId="77777777" w:rsidR="00884DFA" w:rsidRPr="00F54F5A" w:rsidRDefault="00436074" w:rsidP="00CA634C">
      <w:pPr>
        <w:spacing w:before="120" w:after="0" w:line="240" w:lineRule="auto"/>
        <w:ind w:left="283" w:hanging="227"/>
        <w:rPr>
          <w:rFonts w:cs="Times New Roman"/>
          <w:sz w:val="26"/>
        </w:rPr>
      </w:pPr>
      <w:r w:rsidRPr="00F54F5A">
        <w:rPr>
          <w:rFonts w:eastAsia="Times New Roman" w:cs="Times New Roman"/>
          <w:i/>
          <w:sz w:val="26"/>
        </w:rPr>
        <w:t>- Số tử vong phân theo nơi xảy ra tử vong; số di chứng phải có xác nhận chuyên môn của cơ sở khám bệnh, chữa bệnh.</w:t>
      </w:r>
    </w:p>
    <w:tbl>
      <w:tblPr>
        <w:tblW w:w="13608" w:type="dxa"/>
        <w:tblLayout w:type="fixed"/>
        <w:tblLook w:val="0400" w:firstRow="0" w:lastRow="0" w:firstColumn="0" w:lastColumn="0" w:noHBand="0" w:noVBand="1"/>
      </w:tblPr>
      <w:tblGrid>
        <w:gridCol w:w="3119"/>
        <w:gridCol w:w="6095"/>
        <w:gridCol w:w="4394"/>
      </w:tblGrid>
      <w:tr w:rsidR="00A0222B" w:rsidRPr="004F4045" w14:paraId="520B5FA1" w14:textId="77777777" w:rsidTr="00A0222B">
        <w:tc>
          <w:tcPr>
            <w:tcW w:w="3119" w:type="dxa"/>
          </w:tcPr>
          <w:p w14:paraId="16818C17" w14:textId="7D53326C" w:rsidR="00A0222B" w:rsidRPr="004F4045" w:rsidRDefault="00A0222B" w:rsidP="005F338C">
            <w:pPr>
              <w:spacing w:after="0" w:line="240" w:lineRule="auto"/>
            </w:pPr>
            <w:r w:rsidRPr="004F4045">
              <w:rPr>
                <w:b/>
                <w:bCs/>
                <w:i/>
                <w:iCs/>
              </w:rPr>
              <w:t>Nơi nhận:</w:t>
            </w:r>
          </w:p>
          <w:p w14:paraId="02E81BAF" w14:textId="1E7716AB" w:rsidR="00A0222B" w:rsidRPr="004F4045" w:rsidRDefault="00A0222B" w:rsidP="005F338C">
            <w:pPr>
              <w:spacing w:after="0" w:line="240" w:lineRule="auto"/>
            </w:pPr>
            <w:r w:rsidRPr="004F4045">
              <w:t xml:space="preserve">- </w:t>
            </w:r>
            <w:r w:rsidR="00854757">
              <w:t xml:space="preserve">Ban Chỉ huy PTDS cấp xã </w:t>
            </w:r>
            <w:r w:rsidRPr="004F4045">
              <w:rPr>
                <w:sz w:val="26"/>
                <w:szCs w:val="26"/>
              </w:rPr>
              <w:t>….</w:t>
            </w:r>
            <w:r w:rsidRPr="004F4045">
              <w:rPr>
                <w:sz w:val="26"/>
                <w:szCs w:val="26"/>
                <w:vertAlign w:val="superscript"/>
              </w:rPr>
              <w:t>(1)</w:t>
            </w:r>
            <w:r w:rsidRPr="004F4045">
              <w:rPr>
                <w:sz w:val="26"/>
                <w:szCs w:val="26"/>
              </w:rPr>
              <w:t>….</w:t>
            </w:r>
            <w:r w:rsidRPr="004F4045">
              <w:t>;</w:t>
            </w:r>
          </w:p>
          <w:p w14:paraId="1D7ACD70" w14:textId="77777777" w:rsidR="00A0222B" w:rsidRPr="004F4045" w:rsidRDefault="00A0222B" w:rsidP="005F338C">
            <w:pPr>
              <w:spacing w:after="0" w:line="240" w:lineRule="auto"/>
            </w:pPr>
            <w:r w:rsidRPr="004F4045">
              <w:t xml:space="preserve">- Sở Y tế </w:t>
            </w:r>
            <w:r w:rsidRPr="004F4045">
              <w:rPr>
                <w:sz w:val="26"/>
                <w:szCs w:val="26"/>
              </w:rPr>
              <w:t>…</w:t>
            </w:r>
            <w:r w:rsidRPr="004F4045">
              <w:t>;</w:t>
            </w:r>
          </w:p>
          <w:p w14:paraId="0B27F266" w14:textId="77777777" w:rsidR="00A0222B" w:rsidRPr="004F4045" w:rsidRDefault="00A0222B" w:rsidP="005F338C">
            <w:pPr>
              <w:spacing w:after="0" w:line="240" w:lineRule="auto"/>
            </w:pPr>
            <w:r w:rsidRPr="004F4045">
              <w:t>- TTKSBT</w:t>
            </w:r>
            <w:r w:rsidRPr="004F4045">
              <w:rPr>
                <w:sz w:val="26"/>
                <w:szCs w:val="26"/>
              </w:rPr>
              <w:t>….</w:t>
            </w:r>
            <w:r w:rsidRPr="004F4045">
              <w:t>;</w:t>
            </w:r>
          </w:p>
          <w:p w14:paraId="168AD9B8" w14:textId="77777777" w:rsidR="00A0222B" w:rsidRPr="004F4045" w:rsidRDefault="00A0222B" w:rsidP="005F338C">
            <w:pPr>
              <w:spacing w:after="0" w:line="240" w:lineRule="auto"/>
            </w:pPr>
            <w:r w:rsidRPr="004F4045">
              <w:t>- …..;</w:t>
            </w:r>
          </w:p>
          <w:p w14:paraId="67CF3731" w14:textId="77777777" w:rsidR="00A0222B" w:rsidRPr="004F4045" w:rsidRDefault="00A0222B" w:rsidP="005F338C">
            <w:pPr>
              <w:spacing w:after="0" w:line="240" w:lineRule="auto"/>
            </w:pPr>
            <w:r w:rsidRPr="004F4045">
              <w:t>- Lưu: VT, … .</w:t>
            </w:r>
          </w:p>
        </w:tc>
        <w:tc>
          <w:tcPr>
            <w:tcW w:w="6095" w:type="dxa"/>
          </w:tcPr>
          <w:p w14:paraId="13853A5B" w14:textId="77777777" w:rsidR="00A0222B" w:rsidRPr="004F4045" w:rsidRDefault="00A0222B" w:rsidP="004059D6"/>
        </w:tc>
        <w:tc>
          <w:tcPr>
            <w:tcW w:w="4394" w:type="dxa"/>
          </w:tcPr>
          <w:p w14:paraId="791C6995" w14:textId="77777777" w:rsidR="00A0222B" w:rsidRPr="00161C10" w:rsidRDefault="00A0222B" w:rsidP="004059D6">
            <w:pPr>
              <w:rPr>
                <w:b/>
                <w:bCs/>
                <w:sz w:val="26"/>
                <w:szCs w:val="26"/>
              </w:rPr>
            </w:pPr>
            <w:r w:rsidRPr="00161C10">
              <w:rPr>
                <w:b/>
                <w:bCs/>
                <w:sz w:val="26"/>
                <w:szCs w:val="26"/>
              </w:rPr>
              <w:t>LÃNH ĐẠO ĐƠN VỊ</w:t>
            </w:r>
          </w:p>
        </w:tc>
      </w:tr>
    </w:tbl>
    <w:p w14:paraId="3EC96261" w14:textId="77777777" w:rsidR="00862824" w:rsidRDefault="00862824" w:rsidP="00CA634C">
      <w:pPr>
        <w:tabs>
          <w:tab w:val="center" w:pos="3515"/>
          <w:tab w:val="center" w:pos="11339"/>
        </w:tabs>
        <w:spacing w:before="120" w:after="0" w:line="240" w:lineRule="auto"/>
        <w:jc w:val="right"/>
        <w:rPr>
          <w:rFonts w:eastAsia="Times New Roman" w:cs="Times New Roman"/>
          <w:b/>
          <w:sz w:val="26"/>
        </w:rPr>
      </w:pPr>
    </w:p>
    <w:p w14:paraId="18BA58A5" w14:textId="77777777" w:rsidR="00862824" w:rsidRDefault="00862824">
      <w:pPr>
        <w:rPr>
          <w:rFonts w:eastAsia="Times New Roman" w:cs="Times New Roman"/>
          <w:b/>
          <w:sz w:val="26"/>
        </w:rPr>
      </w:pPr>
      <w:r>
        <w:rPr>
          <w:rFonts w:eastAsia="Times New Roman" w:cs="Times New Roman"/>
          <w:b/>
          <w:sz w:val="26"/>
        </w:rPr>
        <w:br w:type="page"/>
      </w:r>
    </w:p>
    <w:p w14:paraId="081B50E4" w14:textId="4ECFE613" w:rsidR="00884DFA" w:rsidRPr="00F54F5A" w:rsidRDefault="00436074" w:rsidP="00CA634C">
      <w:pPr>
        <w:tabs>
          <w:tab w:val="center" w:pos="3515"/>
          <w:tab w:val="center" w:pos="11339"/>
        </w:tabs>
        <w:spacing w:before="120" w:after="0" w:line="240" w:lineRule="auto"/>
        <w:jc w:val="right"/>
        <w:rPr>
          <w:rFonts w:cs="Times New Roman"/>
          <w:sz w:val="26"/>
        </w:rPr>
      </w:pPr>
      <w:r w:rsidRPr="00F54F5A">
        <w:rPr>
          <w:rFonts w:eastAsia="Times New Roman" w:cs="Times New Roman"/>
          <w:b/>
          <w:sz w:val="26"/>
        </w:rPr>
        <w:lastRenderedPageBreak/>
        <w:t>Mẫu số 0</w:t>
      </w:r>
      <w:r w:rsidR="009A4C74">
        <w:rPr>
          <w:rFonts w:eastAsia="Times New Roman" w:cs="Times New Roman"/>
          <w:b/>
          <w:sz w:val="26"/>
        </w:rPr>
        <w:t>6</w:t>
      </w:r>
    </w:p>
    <w:tbl>
      <w:tblPr>
        <w:tblW w:w="14280" w:type="dxa"/>
        <w:jc w:val="center"/>
        <w:tblBorders>
          <w:top w:val="nil"/>
          <w:left w:val="nil"/>
          <w:bottom w:val="nil"/>
          <w:right w:val="nil"/>
          <w:insideH w:val="nil"/>
          <w:insideV w:val="nil"/>
        </w:tblBorders>
        <w:tblLayout w:type="fixed"/>
        <w:tblLook w:val="04A0" w:firstRow="1" w:lastRow="0" w:firstColumn="1" w:lastColumn="0" w:noHBand="0" w:noVBand="1"/>
      </w:tblPr>
      <w:tblGrid>
        <w:gridCol w:w="6708"/>
        <w:gridCol w:w="7572"/>
      </w:tblGrid>
      <w:tr w:rsidR="00884DFA" w:rsidRPr="00F54F5A" w14:paraId="565B1A93" w14:textId="77777777" w:rsidTr="00F54F5A">
        <w:trPr>
          <w:jc w:val="center"/>
        </w:trPr>
        <w:tc>
          <w:tcPr>
            <w:tcW w:w="7030" w:type="dxa"/>
            <w:tcMar>
              <w:top w:w="50" w:type="dxa"/>
              <w:left w:w="60" w:type="dxa"/>
              <w:bottom w:w="50" w:type="dxa"/>
              <w:right w:w="60" w:type="dxa"/>
            </w:tcMar>
            <w:vAlign w:val="center"/>
          </w:tcPr>
          <w:p w14:paraId="1AFB0070"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ỦY BAN NHÂN DÂN TỈNH/THÀNH PHỐ ....</w:t>
            </w:r>
          </w:p>
          <w:p w14:paraId="2A4C98B6" w14:textId="77777777" w:rsidR="00884DFA" w:rsidRPr="00F54F5A" w:rsidRDefault="00436074" w:rsidP="00F54F5A">
            <w:pPr>
              <w:spacing w:after="0" w:line="240" w:lineRule="auto"/>
              <w:jc w:val="center"/>
              <w:rPr>
                <w:rFonts w:cs="Times New Roman"/>
                <w:b/>
                <w:sz w:val="24"/>
              </w:rPr>
            </w:pPr>
            <w:r w:rsidRPr="00F54F5A">
              <w:rPr>
                <w:rFonts w:eastAsia="Times New Roman" w:cs="Times New Roman"/>
                <w:b/>
                <w:sz w:val="24"/>
              </w:rPr>
              <w:t>SỞ Y TẾ</w:t>
            </w:r>
          </w:p>
        </w:tc>
        <w:tc>
          <w:tcPr>
            <w:tcW w:w="7937" w:type="dxa"/>
            <w:tcMar>
              <w:top w:w="50" w:type="dxa"/>
              <w:left w:w="60" w:type="dxa"/>
              <w:bottom w:w="50" w:type="dxa"/>
              <w:right w:w="60" w:type="dxa"/>
            </w:tcMar>
            <w:vAlign w:val="center"/>
          </w:tcPr>
          <w:p w14:paraId="578B57A8" w14:textId="5EE8FDB5"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CỘNG HÒA XÃ HỘI CHỦ NGHĨA VIỆT NAM</w:t>
            </w:r>
          </w:p>
          <w:p w14:paraId="17AEA432" w14:textId="77777777" w:rsidR="00884DFA" w:rsidRPr="00F54F5A" w:rsidRDefault="00436074" w:rsidP="00F54F5A">
            <w:pPr>
              <w:spacing w:after="0" w:line="240" w:lineRule="auto"/>
              <w:jc w:val="center"/>
              <w:rPr>
                <w:rFonts w:cs="Times New Roman"/>
                <w:b/>
                <w:sz w:val="26"/>
              </w:rPr>
            </w:pPr>
            <w:r w:rsidRPr="00F54F5A">
              <w:rPr>
                <w:rFonts w:eastAsia="Times New Roman" w:cs="Times New Roman"/>
                <w:b/>
                <w:sz w:val="26"/>
              </w:rPr>
              <w:t>Độc lập - Tự do - Hạnh phúc</w:t>
            </w:r>
          </w:p>
          <w:p w14:paraId="21DDD5AD" w14:textId="79DD51B7" w:rsidR="00884DFA" w:rsidRPr="00BF1258" w:rsidRDefault="00BF1258" w:rsidP="00BF1258">
            <w:pPr>
              <w:spacing w:after="0" w:line="240" w:lineRule="auto"/>
              <w:jc w:val="center"/>
              <w:rPr>
                <w:rFonts w:cs="Times New Roman"/>
                <w:sz w:val="26"/>
                <w:u w:val="single"/>
              </w:rPr>
            </w:pPr>
            <w:r w:rsidRPr="00BF1258">
              <w:rPr>
                <w:rFonts w:eastAsia="Times New Roman" w:cs="Times New Roman"/>
                <w:sz w:val="26"/>
                <w:u w:val="single"/>
              </w:rPr>
              <w:t>                                                </w:t>
            </w:r>
          </w:p>
        </w:tc>
      </w:tr>
    </w:tbl>
    <w:p w14:paraId="0017533F" w14:textId="77777777" w:rsidR="00884DFA" w:rsidRPr="00F54F5A" w:rsidRDefault="00436074" w:rsidP="00CA634C">
      <w:pPr>
        <w:spacing w:before="120" w:after="0" w:line="240" w:lineRule="auto"/>
        <w:jc w:val="center"/>
        <w:rPr>
          <w:rFonts w:cs="Times New Roman"/>
          <w:sz w:val="28"/>
        </w:rPr>
      </w:pPr>
      <w:r w:rsidRPr="00F54F5A">
        <w:rPr>
          <w:rFonts w:eastAsia="Times New Roman" w:cs="Times New Roman"/>
          <w:b/>
          <w:sz w:val="28"/>
        </w:rPr>
        <w:t>BÁO CÁO TỔNG HỢP THIỆT HẠI VỀ Y TẾ DO DỊCH BỆNH GÂY RA</w:t>
      </w:r>
    </w:p>
    <w:p w14:paraId="19E14333" w14:textId="77777777" w:rsidR="00884DFA" w:rsidRPr="00F54F5A" w:rsidRDefault="00436074" w:rsidP="00CA634C">
      <w:pPr>
        <w:spacing w:before="120" w:after="0" w:line="240" w:lineRule="auto"/>
        <w:jc w:val="center"/>
        <w:rPr>
          <w:rFonts w:cs="Times New Roman"/>
          <w:sz w:val="26"/>
        </w:rPr>
      </w:pPr>
      <w:r w:rsidRPr="00F54F5A">
        <w:rPr>
          <w:rFonts w:eastAsia="Times New Roman" w:cs="Times New Roman"/>
          <w:b/>
          <w:i/>
          <w:sz w:val="26"/>
        </w:rPr>
        <w:t>Dùng cho Sở Y tế</w:t>
      </w:r>
    </w:p>
    <w:p w14:paraId="71DBAE8D" w14:textId="183859E7" w:rsidR="00884DFA" w:rsidRPr="00F54F5A" w:rsidRDefault="00436074" w:rsidP="00CA634C">
      <w:pPr>
        <w:tabs>
          <w:tab w:val="left" w:leader="dot" w:pos="13608"/>
        </w:tabs>
        <w:spacing w:before="120" w:after="0" w:line="240" w:lineRule="auto"/>
        <w:ind w:firstLine="567"/>
        <w:rPr>
          <w:rFonts w:cs="Times New Roman"/>
          <w:sz w:val="26"/>
        </w:rPr>
      </w:pPr>
      <w:r w:rsidRPr="00F54F5A">
        <w:rPr>
          <w:rFonts w:eastAsia="Times New Roman" w:cs="Times New Roman"/>
          <w:b/>
          <w:sz w:val="26"/>
        </w:rPr>
        <w:t>1. Tên dịch bệnh:</w:t>
      </w:r>
      <w:r w:rsidR="00BA1584">
        <w:rPr>
          <w:rFonts w:eastAsia="Times New Roman" w:cs="Times New Roman"/>
          <w:sz w:val="26"/>
        </w:rPr>
        <w:tab/>
      </w:r>
    </w:p>
    <w:p w14:paraId="13C45978" w14:textId="5A703E3B" w:rsidR="00884DFA" w:rsidRPr="00F54F5A" w:rsidRDefault="00436074" w:rsidP="00CA634C">
      <w:pPr>
        <w:tabs>
          <w:tab w:val="left" w:leader="dot" w:pos="13608"/>
        </w:tabs>
        <w:spacing w:before="120" w:after="0" w:line="240" w:lineRule="auto"/>
        <w:ind w:firstLine="567"/>
        <w:rPr>
          <w:rFonts w:cs="Times New Roman"/>
          <w:sz w:val="26"/>
        </w:rPr>
      </w:pPr>
      <w:r w:rsidRPr="00F54F5A">
        <w:rPr>
          <w:rFonts w:eastAsia="Times New Roman" w:cs="Times New Roman"/>
          <w:b/>
          <w:sz w:val="26"/>
        </w:rPr>
        <w:t>2. Cấp độ phòng thủ dân sự về dịch bệnh:</w:t>
      </w:r>
      <w:r w:rsidR="00BA1584">
        <w:rPr>
          <w:rFonts w:eastAsia="Times New Roman" w:cs="Times New Roman"/>
          <w:sz w:val="26"/>
        </w:rPr>
        <w:tab/>
      </w:r>
    </w:p>
    <w:p w14:paraId="6EA916CD" w14:textId="04657AA1" w:rsidR="00884DFA" w:rsidRPr="00F54F5A" w:rsidRDefault="00436074" w:rsidP="00CA634C">
      <w:pPr>
        <w:tabs>
          <w:tab w:val="left" w:leader="dot" w:pos="13608"/>
        </w:tabs>
        <w:spacing w:before="120" w:after="0" w:line="240" w:lineRule="auto"/>
        <w:ind w:firstLine="567"/>
        <w:rPr>
          <w:rFonts w:cs="Times New Roman"/>
          <w:sz w:val="26"/>
        </w:rPr>
      </w:pPr>
      <w:r w:rsidRPr="00F54F5A">
        <w:rPr>
          <w:rFonts w:eastAsia="Times New Roman" w:cs="Times New Roman"/>
          <w:b/>
          <w:sz w:val="26"/>
        </w:rPr>
        <w:t xml:space="preserve">3. Địa bàn tổng hợp: tỉnh/thành phố: </w:t>
      </w:r>
      <w:r w:rsidR="00BA1584">
        <w:rPr>
          <w:rFonts w:eastAsia="Times New Roman" w:cs="Times New Roman"/>
          <w:sz w:val="26"/>
        </w:rPr>
        <w:tab/>
      </w:r>
    </w:p>
    <w:p w14:paraId="67DC97E1" w14:textId="0FDEC9DE" w:rsidR="00884DFA" w:rsidRPr="00F54F5A" w:rsidRDefault="00436074" w:rsidP="00CA634C">
      <w:pPr>
        <w:spacing w:before="120" w:after="0" w:line="240" w:lineRule="auto"/>
        <w:ind w:firstLine="567"/>
        <w:rPr>
          <w:rFonts w:cs="Times New Roman"/>
          <w:sz w:val="26"/>
        </w:rPr>
      </w:pPr>
      <w:r w:rsidRPr="00F54F5A">
        <w:rPr>
          <w:rFonts w:eastAsia="Times New Roman" w:cs="Times New Roman"/>
          <w:b/>
          <w:sz w:val="26"/>
        </w:rPr>
        <w:t>4. Thời gian thống kê: từ ngày ....../....../20.... đến ngày ....../....../20....</w:t>
      </w:r>
      <w:r w:rsidRPr="00F54F5A">
        <w:rPr>
          <w:rFonts w:eastAsia="Times New Roman" w:cs="Times New Roman"/>
          <w:sz w:val="26"/>
        </w:rPr>
        <w:t>......................................................................................</w:t>
      </w:r>
    </w:p>
    <w:p w14:paraId="14BB71AD" w14:textId="3C000E0F" w:rsidR="00884DFA" w:rsidRPr="00F54F5A" w:rsidRDefault="00436074" w:rsidP="00CA634C">
      <w:pPr>
        <w:spacing w:before="120" w:after="0" w:line="240" w:lineRule="auto"/>
        <w:ind w:firstLine="567"/>
        <w:rPr>
          <w:rFonts w:cs="Times New Roman"/>
          <w:sz w:val="26"/>
        </w:rPr>
      </w:pPr>
      <w:r w:rsidRPr="00F54F5A">
        <w:rPr>
          <w:rFonts w:eastAsia="Times New Roman" w:cs="Times New Roman"/>
          <w:b/>
          <w:sz w:val="26"/>
        </w:rPr>
        <w:t>5. Thời điểm báo cáo: ...... giờ ...... ngày ....../....../20....</w:t>
      </w:r>
      <w:r w:rsidRPr="00F54F5A">
        <w:rPr>
          <w:rFonts w:eastAsia="Times New Roman" w:cs="Times New Roman"/>
          <w:sz w:val="26"/>
        </w:rPr>
        <w:t>..................................................................................................</w:t>
      </w:r>
      <w:r w:rsidR="00BA1584">
        <w:rPr>
          <w:rFonts w:eastAsia="Times New Roman" w:cs="Times New Roman"/>
          <w:sz w:val="26"/>
        </w:rPr>
        <w:t>.............</w:t>
      </w:r>
    </w:p>
    <w:p w14:paraId="7604B2A4" w14:textId="1097AEF4" w:rsidR="00884DFA" w:rsidRPr="00F54F5A" w:rsidRDefault="00436074" w:rsidP="00CA634C">
      <w:pPr>
        <w:spacing w:before="120" w:after="0" w:line="240" w:lineRule="auto"/>
        <w:ind w:firstLine="567"/>
        <w:rPr>
          <w:rFonts w:cs="Times New Roman"/>
          <w:sz w:val="26"/>
        </w:rPr>
      </w:pPr>
      <w:r w:rsidRPr="00F54F5A">
        <w:rPr>
          <w:rFonts w:eastAsia="Times New Roman" w:cs="Times New Roman"/>
          <w:b/>
          <w:sz w:val="26"/>
        </w:rPr>
        <w:t>6. Tình trạng số liệu: □ Sơ bộ   □ Chính thức   □ Điều chỉnh</w:t>
      </w:r>
      <w:r w:rsidRPr="00F54F5A">
        <w:rPr>
          <w:rFonts w:eastAsia="Times New Roman" w:cs="Times New Roman"/>
          <w:sz w:val="26"/>
        </w:rPr>
        <w:t>....................................................................................................</w:t>
      </w:r>
    </w:p>
    <w:p w14:paraId="2D4631A5" w14:textId="77777777" w:rsidR="00884DFA" w:rsidRPr="00F54F5A" w:rsidRDefault="00436074" w:rsidP="00CA634C">
      <w:pPr>
        <w:keepNext/>
        <w:spacing w:before="120" w:after="0" w:line="240" w:lineRule="auto"/>
        <w:rPr>
          <w:rFonts w:cs="Times New Roman"/>
          <w:sz w:val="26"/>
        </w:rPr>
      </w:pPr>
      <w:r w:rsidRPr="00F54F5A">
        <w:rPr>
          <w:rFonts w:eastAsia="Times New Roman" w:cs="Times New Roman"/>
          <w:b/>
          <w:sz w:val="26"/>
        </w:rPr>
        <w:t>I. TÌNH HÌNH BÁO CÁO</w:t>
      </w:r>
    </w:p>
    <w:tbl>
      <w:tblPr>
        <w:tblW w:w="142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05"/>
        <w:gridCol w:w="8471"/>
        <w:gridCol w:w="2421"/>
        <w:gridCol w:w="2783"/>
      </w:tblGrid>
      <w:tr w:rsidR="00884DFA" w:rsidRPr="00F54F5A" w14:paraId="589F678E" w14:textId="77777777" w:rsidTr="00F54F5A">
        <w:trPr>
          <w:cantSplit/>
          <w:tblHeader/>
          <w:jc w:val="center"/>
        </w:trPr>
        <w:tc>
          <w:tcPr>
            <w:tcW w:w="567" w:type="dxa"/>
            <w:shd w:val="clear" w:color="auto" w:fill="E7E6E6"/>
            <w:tcMar>
              <w:top w:w="50" w:type="dxa"/>
              <w:left w:w="60" w:type="dxa"/>
              <w:bottom w:w="50" w:type="dxa"/>
              <w:right w:w="60" w:type="dxa"/>
            </w:tcMar>
            <w:vAlign w:val="center"/>
          </w:tcPr>
          <w:p w14:paraId="78EB485A"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TT</w:t>
            </w:r>
          </w:p>
        </w:tc>
        <w:tc>
          <w:tcPr>
            <w:tcW w:w="7937" w:type="dxa"/>
            <w:shd w:val="clear" w:color="auto" w:fill="E7E6E6"/>
            <w:tcMar>
              <w:top w:w="50" w:type="dxa"/>
              <w:left w:w="60" w:type="dxa"/>
              <w:bottom w:w="50" w:type="dxa"/>
              <w:right w:w="60" w:type="dxa"/>
            </w:tcMar>
            <w:vAlign w:val="center"/>
          </w:tcPr>
          <w:p w14:paraId="7543947C"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Nội dung</w:t>
            </w:r>
          </w:p>
        </w:tc>
        <w:tc>
          <w:tcPr>
            <w:tcW w:w="2268" w:type="dxa"/>
            <w:shd w:val="clear" w:color="auto" w:fill="E7E6E6"/>
            <w:tcMar>
              <w:top w:w="50" w:type="dxa"/>
              <w:left w:w="60" w:type="dxa"/>
              <w:bottom w:w="50" w:type="dxa"/>
              <w:right w:w="60" w:type="dxa"/>
            </w:tcMar>
            <w:vAlign w:val="center"/>
          </w:tcPr>
          <w:p w14:paraId="3CA4598D"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Số lượng</w:t>
            </w:r>
          </w:p>
        </w:tc>
        <w:tc>
          <w:tcPr>
            <w:tcW w:w="2608" w:type="dxa"/>
            <w:shd w:val="clear" w:color="auto" w:fill="E7E6E6"/>
            <w:tcMar>
              <w:top w:w="50" w:type="dxa"/>
              <w:left w:w="60" w:type="dxa"/>
              <w:bottom w:w="50" w:type="dxa"/>
              <w:right w:w="60" w:type="dxa"/>
            </w:tcMar>
            <w:vAlign w:val="center"/>
          </w:tcPr>
          <w:p w14:paraId="080C3D7C"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Tỷ lệ/Ghi chú</w:t>
            </w:r>
          </w:p>
        </w:tc>
      </w:tr>
      <w:tr w:rsidR="00884DFA" w:rsidRPr="00F54F5A" w14:paraId="1249B381" w14:textId="77777777" w:rsidTr="00F54F5A">
        <w:trPr>
          <w:cantSplit/>
          <w:jc w:val="center"/>
        </w:trPr>
        <w:tc>
          <w:tcPr>
            <w:tcW w:w="567" w:type="dxa"/>
            <w:tcMar>
              <w:top w:w="50" w:type="dxa"/>
              <w:left w:w="60" w:type="dxa"/>
              <w:bottom w:w="50" w:type="dxa"/>
              <w:right w:w="60" w:type="dxa"/>
            </w:tcMar>
            <w:vAlign w:val="center"/>
          </w:tcPr>
          <w:p w14:paraId="7654A48D"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1</w:t>
            </w:r>
          </w:p>
        </w:tc>
        <w:tc>
          <w:tcPr>
            <w:tcW w:w="7937" w:type="dxa"/>
            <w:tcMar>
              <w:top w:w="50" w:type="dxa"/>
              <w:left w:w="60" w:type="dxa"/>
              <w:bottom w:w="50" w:type="dxa"/>
              <w:right w:w="60" w:type="dxa"/>
            </w:tcMar>
            <w:vAlign w:val="center"/>
          </w:tcPr>
          <w:p w14:paraId="283999A1" w14:textId="77777777" w:rsidR="00884DFA" w:rsidRPr="00F54F5A" w:rsidRDefault="00436074" w:rsidP="00F54F5A">
            <w:pPr>
              <w:spacing w:after="0" w:line="240" w:lineRule="auto"/>
              <w:rPr>
                <w:rFonts w:cs="Times New Roman"/>
                <w:sz w:val="24"/>
              </w:rPr>
            </w:pPr>
            <w:r w:rsidRPr="00F54F5A">
              <w:rPr>
                <w:rFonts w:eastAsia="Times New Roman" w:cs="Times New Roman"/>
                <w:sz w:val="24"/>
              </w:rPr>
              <w:t>Số xã/phường/đặc khu bị ảnh hưởng</w:t>
            </w:r>
          </w:p>
        </w:tc>
        <w:tc>
          <w:tcPr>
            <w:tcW w:w="2268" w:type="dxa"/>
            <w:tcMar>
              <w:top w:w="50" w:type="dxa"/>
              <w:left w:w="60" w:type="dxa"/>
              <w:bottom w:w="50" w:type="dxa"/>
              <w:right w:w="60" w:type="dxa"/>
            </w:tcMar>
            <w:vAlign w:val="center"/>
          </w:tcPr>
          <w:p w14:paraId="44C77840" w14:textId="77777777" w:rsidR="00884DFA" w:rsidRPr="00F54F5A" w:rsidRDefault="00884DFA" w:rsidP="00F54F5A">
            <w:pPr>
              <w:spacing w:after="0" w:line="240" w:lineRule="auto"/>
              <w:jc w:val="center"/>
              <w:rPr>
                <w:rFonts w:cs="Times New Roman"/>
                <w:sz w:val="24"/>
              </w:rPr>
            </w:pPr>
          </w:p>
        </w:tc>
        <w:tc>
          <w:tcPr>
            <w:tcW w:w="2608" w:type="dxa"/>
            <w:tcMar>
              <w:top w:w="50" w:type="dxa"/>
              <w:left w:w="60" w:type="dxa"/>
              <w:bottom w:w="50" w:type="dxa"/>
              <w:right w:w="60" w:type="dxa"/>
            </w:tcMar>
            <w:vAlign w:val="center"/>
          </w:tcPr>
          <w:p w14:paraId="335D0305" w14:textId="77777777" w:rsidR="00884DFA" w:rsidRPr="00F54F5A" w:rsidRDefault="00884DFA" w:rsidP="00F54F5A">
            <w:pPr>
              <w:spacing w:after="0" w:line="240" w:lineRule="auto"/>
              <w:jc w:val="center"/>
              <w:rPr>
                <w:rFonts w:cs="Times New Roman"/>
                <w:sz w:val="24"/>
              </w:rPr>
            </w:pPr>
          </w:p>
        </w:tc>
      </w:tr>
      <w:tr w:rsidR="00884DFA" w:rsidRPr="00F54F5A" w14:paraId="62ADCEFB" w14:textId="77777777" w:rsidTr="00F54F5A">
        <w:trPr>
          <w:cantSplit/>
          <w:jc w:val="center"/>
        </w:trPr>
        <w:tc>
          <w:tcPr>
            <w:tcW w:w="567" w:type="dxa"/>
            <w:tcMar>
              <w:top w:w="50" w:type="dxa"/>
              <w:left w:w="60" w:type="dxa"/>
              <w:bottom w:w="50" w:type="dxa"/>
              <w:right w:w="60" w:type="dxa"/>
            </w:tcMar>
            <w:vAlign w:val="center"/>
          </w:tcPr>
          <w:p w14:paraId="307829CA"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2</w:t>
            </w:r>
          </w:p>
        </w:tc>
        <w:tc>
          <w:tcPr>
            <w:tcW w:w="7937" w:type="dxa"/>
            <w:tcMar>
              <w:top w:w="50" w:type="dxa"/>
              <w:left w:w="60" w:type="dxa"/>
              <w:bottom w:w="50" w:type="dxa"/>
              <w:right w:w="60" w:type="dxa"/>
            </w:tcMar>
            <w:vAlign w:val="center"/>
          </w:tcPr>
          <w:p w14:paraId="0CE800A1" w14:textId="77777777" w:rsidR="00884DFA" w:rsidRPr="00F54F5A" w:rsidRDefault="00436074" w:rsidP="00F54F5A">
            <w:pPr>
              <w:spacing w:after="0" w:line="240" w:lineRule="auto"/>
              <w:rPr>
                <w:rFonts w:cs="Times New Roman"/>
                <w:sz w:val="24"/>
              </w:rPr>
            </w:pPr>
            <w:r w:rsidRPr="00F54F5A">
              <w:rPr>
                <w:rFonts w:eastAsia="Times New Roman" w:cs="Times New Roman"/>
                <w:sz w:val="24"/>
              </w:rPr>
              <w:t>Số xã/phường/đặc khu đã gửi báo cáo</w:t>
            </w:r>
          </w:p>
        </w:tc>
        <w:tc>
          <w:tcPr>
            <w:tcW w:w="2268" w:type="dxa"/>
            <w:tcMar>
              <w:top w:w="50" w:type="dxa"/>
              <w:left w:w="60" w:type="dxa"/>
              <w:bottom w:w="50" w:type="dxa"/>
              <w:right w:w="60" w:type="dxa"/>
            </w:tcMar>
            <w:vAlign w:val="center"/>
          </w:tcPr>
          <w:p w14:paraId="3B6CD696" w14:textId="77777777" w:rsidR="00884DFA" w:rsidRPr="00F54F5A" w:rsidRDefault="00884DFA" w:rsidP="00F54F5A">
            <w:pPr>
              <w:spacing w:after="0" w:line="240" w:lineRule="auto"/>
              <w:jc w:val="center"/>
              <w:rPr>
                <w:rFonts w:cs="Times New Roman"/>
                <w:sz w:val="24"/>
              </w:rPr>
            </w:pPr>
          </w:p>
        </w:tc>
        <w:tc>
          <w:tcPr>
            <w:tcW w:w="2608" w:type="dxa"/>
            <w:tcMar>
              <w:top w:w="50" w:type="dxa"/>
              <w:left w:w="60" w:type="dxa"/>
              <w:bottom w:w="50" w:type="dxa"/>
              <w:right w:w="60" w:type="dxa"/>
            </w:tcMar>
            <w:vAlign w:val="center"/>
          </w:tcPr>
          <w:p w14:paraId="597117E0" w14:textId="77777777" w:rsidR="00884DFA" w:rsidRPr="00F54F5A" w:rsidRDefault="00884DFA" w:rsidP="00F54F5A">
            <w:pPr>
              <w:spacing w:after="0" w:line="240" w:lineRule="auto"/>
              <w:jc w:val="center"/>
              <w:rPr>
                <w:rFonts w:cs="Times New Roman"/>
                <w:sz w:val="24"/>
              </w:rPr>
            </w:pPr>
          </w:p>
        </w:tc>
      </w:tr>
    </w:tbl>
    <w:p w14:paraId="3466E88E" w14:textId="77777777" w:rsidR="00884DFA" w:rsidRPr="00F54F5A" w:rsidRDefault="00436074" w:rsidP="00CA634C">
      <w:pPr>
        <w:keepNext/>
        <w:spacing w:before="120" w:after="0" w:line="240" w:lineRule="auto"/>
        <w:rPr>
          <w:rFonts w:cs="Times New Roman"/>
          <w:sz w:val="26"/>
        </w:rPr>
      </w:pPr>
      <w:r w:rsidRPr="00F54F5A">
        <w:rPr>
          <w:rFonts w:eastAsia="Times New Roman" w:cs="Times New Roman"/>
          <w:b/>
          <w:sz w:val="26"/>
        </w:rPr>
        <w:t>II. TỔNG HỢP THIỆT HẠI THEO ĐỊA BÀN CẤP XÃ</w:t>
      </w:r>
    </w:p>
    <w:tbl>
      <w:tblPr>
        <w:tblW w:w="142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51"/>
        <w:gridCol w:w="2381"/>
        <w:gridCol w:w="1094"/>
        <w:gridCol w:w="965"/>
        <w:gridCol w:w="965"/>
        <w:gridCol w:w="1157"/>
        <w:gridCol w:w="1157"/>
        <w:gridCol w:w="965"/>
        <w:gridCol w:w="1029"/>
        <w:gridCol w:w="1029"/>
        <w:gridCol w:w="1029"/>
        <w:gridCol w:w="1029"/>
        <w:gridCol w:w="1029"/>
      </w:tblGrid>
      <w:tr w:rsidR="00884DFA" w:rsidRPr="0028694B" w14:paraId="514D774F" w14:textId="77777777" w:rsidTr="00F54F5A">
        <w:trPr>
          <w:cantSplit/>
          <w:tblHeader/>
          <w:jc w:val="center"/>
        </w:trPr>
        <w:tc>
          <w:tcPr>
            <w:tcW w:w="397" w:type="dxa"/>
            <w:shd w:val="clear" w:color="auto" w:fill="E7E6E6"/>
            <w:tcMar>
              <w:top w:w="50" w:type="dxa"/>
              <w:left w:w="60" w:type="dxa"/>
              <w:bottom w:w="50" w:type="dxa"/>
              <w:right w:w="60" w:type="dxa"/>
            </w:tcMar>
            <w:vAlign w:val="center"/>
          </w:tcPr>
          <w:p w14:paraId="6AF45651" w14:textId="77777777" w:rsidR="00884DFA" w:rsidRPr="0028694B" w:rsidRDefault="00436074" w:rsidP="00F54F5A">
            <w:pPr>
              <w:spacing w:after="0" w:line="240" w:lineRule="auto"/>
              <w:jc w:val="center"/>
              <w:rPr>
                <w:rFonts w:cs="Times New Roman"/>
              </w:rPr>
            </w:pPr>
            <w:r w:rsidRPr="0028694B">
              <w:rPr>
                <w:rFonts w:eastAsia="Times New Roman" w:cs="Times New Roman"/>
                <w:b/>
              </w:rPr>
              <w:t>TT</w:t>
            </w:r>
          </w:p>
        </w:tc>
        <w:tc>
          <w:tcPr>
            <w:tcW w:w="2098" w:type="dxa"/>
            <w:shd w:val="clear" w:color="auto" w:fill="E7E6E6"/>
            <w:tcMar>
              <w:top w:w="50" w:type="dxa"/>
              <w:left w:w="60" w:type="dxa"/>
              <w:bottom w:w="50" w:type="dxa"/>
              <w:right w:w="60" w:type="dxa"/>
            </w:tcMar>
            <w:vAlign w:val="center"/>
          </w:tcPr>
          <w:p w14:paraId="3AA04D40" w14:textId="77777777" w:rsidR="00884DFA" w:rsidRPr="0028694B" w:rsidRDefault="00436074" w:rsidP="00F54F5A">
            <w:pPr>
              <w:spacing w:after="0" w:line="240" w:lineRule="auto"/>
              <w:jc w:val="center"/>
              <w:rPr>
                <w:rFonts w:cs="Times New Roman"/>
              </w:rPr>
            </w:pPr>
            <w:r w:rsidRPr="0028694B">
              <w:rPr>
                <w:rFonts w:eastAsia="Times New Roman" w:cs="Times New Roman"/>
                <w:b/>
              </w:rPr>
              <w:t>Xã/phường/đặc khu</w:t>
            </w:r>
          </w:p>
        </w:tc>
        <w:tc>
          <w:tcPr>
            <w:tcW w:w="964" w:type="dxa"/>
            <w:shd w:val="clear" w:color="auto" w:fill="E7E6E6"/>
            <w:tcMar>
              <w:top w:w="50" w:type="dxa"/>
              <w:left w:w="60" w:type="dxa"/>
              <w:bottom w:w="50" w:type="dxa"/>
              <w:right w:w="60" w:type="dxa"/>
            </w:tcMar>
            <w:vAlign w:val="center"/>
          </w:tcPr>
          <w:p w14:paraId="32C0526A" w14:textId="77777777" w:rsidR="00884DFA" w:rsidRPr="0028694B" w:rsidRDefault="00436074" w:rsidP="00F54F5A">
            <w:pPr>
              <w:spacing w:after="0" w:line="240" w:lineRule="auto"/>
              <w:jc w:val="center"/>
              <w:rPr>
                <w:rFonts w:cs="Times New Roman"/>
              </w:rPr>
            </w:pPr>
            <w:r w:rsidRPr="0028694B">
              <w:rPr>
                <w:rFonts w:eastAsia="Times New Roman" w:cs="Times New Roman"/>
                <w:b/>
              </w:rPr>
              <w:t>Tổng số mắc</w:t>
            </w:r>
          </w:p>
        </w:tc>
        <w:tc>
          <w:tcPr>
            <w:tcW w:w="850" w:type="dxa"/>
            <w:shd w:val="clear" w:color="auto" w:fill="E7E6E6"/>
            <w:tcMar>
              <w:top w:w="50" w:type="dxa"/>
              <w:left w:w="60" w:type="dxa"/>
              <w:bottom w:w="50" w:type="dxa"/>
              <w:right w:w="60" w:type="dxa"/>
            </w:tcMar>
            <w:vAlign w:val="center"/>
          </w:tcPr>
          <w:p w14:paraId="17266EE6" w14:textId="77777777" w:rsidR="00884DFA" w:rsidRPr="0028694B" w:rsidRDefault="00436074" w:rsidP="00F54F5A">
            <w:pPr>
              <w:spacing w:after="0" w:line="240" w:lineRule="auto"/>
              <w:jc w:val="center"/>
              <w:rPr>
                <w:rFonts w:cs="Times New Roman"/>
              </w:rPr>
            </w:pPr>
            <w:r w:rsidRPr="0028694B">
              <w:rPr>
                <w:rFonts w:eastAsia="Times New Roman" w:cs="Times New Roman"/>
                <w:b/>
              </w:rPr>
              <w:t>Nghi ngờ</w:t>
            </w:r>
          </w:p>
        </w:tc>
        <w:tc>
          <w:tcPr>
            <w:tcW w:w="850" w:type="dxa"/>
            <w:shd w:val="clear" w:color="auto" w:fill="E7E6E6"/>
            <w:tcMar>
              <w:top w:w="50" w:type="dxa"/>
              <w:left w:w="60" w:type="dxa"/>
              <w:bottom w:w="50" w:type="dxa"/>
              <w:right w:w="60" w:type="dxa"/>
            </w:tcMar>
            <w:vAlign w:val="center"/>
          </w:tcPr>
          <w:p w14:paraId="38791E7C" w14:textId="77777777" w:rsidR="00884DFA" w:rsidRPr="0028694B" w:rsidRDefault="00436074" w:rsidP="00F54F5A">
            <w:pPr>
              <w:spacing w:after="0" w:line="240" w:lineRule="auto"/>
              <w:jc w:val="center"/>
              <w:rPr>
                <w:rFonts w:cs="Times New Roman"/>
              </w:rPr>
            </w:pPr>
            <w:r w:rsidRPr="0028694B">
              <w:rPr>
                <w:rFonts w:eastAsia="Times New Roman" w:cs="Times New Roman"/>
                <w:b/>
              </w:rPr>
              <w:t>Xác định</w:t>
            </w:r>
          </w:p>
        </w:tc>
        <w:tc>
          <w:tcPr>
            <w:tcW w:w="1020" w:type="dxa"/>
            <w:shd w:val="clear" w:color="auto" w:fill="E7E6E6"/>
            <w:tcMar>
              <w:top w:w="50" w:type="dxa"/>
              <w:left w:w="60" w:type="dxa"/>
              <w:bottom w:w="50" w:type="dxa"/>
              <w:right w:w="60" w:type="dxa"/>
            </w:tcMar>
            <w:vAlign w:val="center"/>
          </w:tcPr>
          <w:p w14:paraId="199345FA" w14:textId="77777777" w:rsidR="00884DFA" w:rsidRPr="0028694B" w:rsidRDefault="00436074" w:rsidP="00F54F5A">
            <w:pPr>
              <w:spacing w:after="0" w:line="240" w:lineRule="auto"/>
              <w:jc w:val="center"/>
              <w:rPr>
                <w:rFonts w:cs="Times New Roman"/>
              </w:rPr>
            </w:pPr>
            <w:r w:rsidRPr="0028694B">
              <w:rPr>
                <w:rFonts w:eastAsia="Times New Roman" w:cs="Times New Roman"/>
                <w:b/>
              </w:rPr>
              <w:t>Đang điều trị tại CSKBCB</w:t>
            </w:r>
          </w:p>
        </w:tc>
        <w:tc>
          <w:tcPr>
            <w:tcW w:w="1020" w:type="dxa"/>
            <w:shd w:val="clear" w:color="auto" w:fill="E7E6E6"/>
            <w:tcMar>
              <w:top w:w="50" w:type="dxa"/>
              <w:left w:w="60" w:type="dxa"/>
              <w:bottom w:w="50" w:type="dxa"/>
              <w:right w:w="60" w:type="dxa"/>
            </w:tcMar>
            <w:vAlign w:val="center"/>
          </w:tcPr>
          <w:p w14:paraId="41F053DF" w14:textId="77777777" w:rsidR="00884DFA" w:rsidRPr="0028694B" w:rsidRDefault="00436074" w:rsidP="00F54F5A">
            <w:pPr>
              <w:spacing w:after="0" w:line="240" w:lineRule="auto"/>
              <w:jc w:val="center"/>
              <w:rPr>
                <w:rFonts w:cs="Times New Roman"/>
              </w:rPr>
            </w:pPr>
            <w:r w:rsidRPr="0028694B">
              <w:rPr>
                <w:rFonts w:eastAsia="Times New Roman" w:cs="Times New Roman"/>
                <w:b/>
              </w:rPr>
              <w:t>Đang quản lý tại nhà</w:t>
            </w:r>
          </w:p>
        </w:tc>
        <w:tc>
          <w:tcPr>
            <w:tcW w:w="850" w:type="dxa"/>
            <w:shd w:val="clear" w:color="auto" w:fill="E7E6E6"/>
            <w:tcMar>
              <w:top w:w="50" w:type="dxa"/>
              <w:left w:w="60" w:type="dxa"/>
              <w:bottom w:w="50" w:type="dxa"/>
              <w:right w:w="60" w:type="dxa"/>
            </w:tcMar>
            <w:vAlign w:val="center"/>
          </w:tcPr>
          <w:p w14:paraId="3BCE79DD" w14:textId="2F1864F9" w:rsidR="00884DFA" w:rsidRPr="0028694B" w:rsidRDefault="00436074" w:rsidP="00F54F5A">
            <w:pPr>
              <w:spacing w:after="0" w:line="240" w:lineRule="auto"/>
              <w:jc w:val="center"/>
              <w:rPr>
                <w:rFonts w:cs="Times New Roman"/>
              </w:rPr>
            </w:pPr>
            <w:r w:rsidRPr="0028694B">
              <w:rPr>
                <w:rFonts w:eastAsia="Times New Roman" w:cs="Times New Roman"/>
                <w:b/>
              </w:rPr>
              <w:t>Bệnh nặng</w:t>
            </w:r>
            <w:r w:rsidR="00A84B45" w:rsidRPr="0028694B">
              <w:rPr>
                <w:rFonts w:eastAsia="Times New Roman" w:cs="Times New Roman"/>
                <w:b/>
              </w:rPr>
              <w:t>*</w:t>
            </w:r>
          </w:p>
        </w:tc>
        <w:tc>
          <w:tcPr>
            <w:tcW w:w="907" w:type="dxa"/>
            <w:shd w:val="clear" w:color="auto" w:fill="E7E6E6"/>
            <w:tcMar>
              <w:top w:w="50" w:type="dxa"/>
              <w:left w:w="60" w:type="dxa"/>
              <w:bottom w:w="50" w:type="dxa"/>
              <w:right w:w="60" w:type="dxa"/>
            </w:tcMar>
            <w:vAlign w:val="center"/>
          </w:tcPr>
          <w:p w14:paraId="7B25E3AE" w14:textId="030723A3" w:rsidR="00884DFA" w:rsidRPr="0028694B" w:rsidRDefault="00436074" w:rsidP="00F54F5A">
            <w:pPr>
              <w:spacing w:after="0" w:line="240" w:lineRule="auto"/>
              <w:jc w:val="center"/>
              <w:rPr>
                <w:rFonts w:cs="Times New Roman"/>
              </w:rPr>
            </w:pPr>
            <w:r w:rsidRPr="0028694B">
              <w:rPr>
                <w:rFonts w:eastAsia="Times New Roman" w:cs="Times New Roman"/>
                <w:b/>
              </w:rPr>
              <w:t>Biến chứng</w:t>
            </w:r>
            <w:r w:rsidR="00A84B45" w:rsidRPr="0028694B">
              <w:rPr>
                <w:rFonts w:eastAsia="Times New Roman" w:cs="Times New Roman"/>
                <w:b/>
              </w:rPr>
              <w:t>**</w:t>
            </w:r>
          </w:p>
        </w:tc>
        <w:tc>
          <w:tcPr>
            <w:tcW w:w="907" w:type="dxa"/>
            <w:shd w:val="clear" w:color="auto" w:fill="E7E6E6"/>
            <w:tcMar>
              <w:top w:w="50" w:type="dxa"/>
              <w:left w:w="60" w:type="dxa"/>
              <w:bottom w:w="50" w:type="dxa"/>
              <w:right w:w="60" w:type="dxa"/>
            </w:tcMar>
            <w:vAlign w:val="center"/>
          </w:tcPr>
          <w:p w14:paraId="779C8697" w14:textId="77777777" w:rsidR="00884DFA" w:rsidRPr="0028694B" w:rsidRDefault="00436074" w:rsidP="00F54F5A">
            <w:pPr>
              <w:spacing w:after="0" w:line="240" w:lineRule="auto"/>
              <w:jc w:val="center"/>
              <w:rPr>
                <w:rFonts w:cs="Times New Roman"/>
              </w:rPr>
            </w:pPr>
            <w:r w:rsidRPr="0028694B">
              <w:rPr>
                <w:rFonts w:eastAsia="Times New Roman" w:cs="Times New Roman"/>
                <w:b/>
              </w:rPr>
              <w:t>Tử vong tại CSKBCB</w:t>
            </w:r>
          </w:p>
        </w:tc>
        <w:tc>
          <w:tcPr>
            <w:tcW w:w="907" w:type="dxa"/>
            <w:shd w:val="clear" w:color="auto" w:fill="E7E6E6"/>
            <w:tcMar>
              <w:top w:w="50" w:type="dxa"/>
              <w:left w:w="60" w:type="dxa"/>
              <w:bottom w:w="50" w:type="dxa"/>
              <w:right w:w="60" w:type="dxa"/>
            </w:tcMar>
            <w:vAlign w:val="center"/>
          </w:tcPr>
          <w:p w14:paraId="4AE43CC6" w14:textId="77777777" w:rsidR="00884DFA" w:rsidRPr="0028694B" w:rsidRDefault="00436074" w:rsidP="00F54F5A">
            <w:pPr>
              <w:spacing w:after="0" w:line="240" w:lineRule="auto"/>
              <w:jc w:val="center"/>
              <w:rPr>
                <w:rFonts w:cs="Times New Roman"/>
              </w:rPr>
            </w:pPr>
            <w:r w:rsidRPr="0028694B">
              <w:rPr>
                <w:rFonts w:eastAsia="Times New Roman" w:cs="Times New Roman"/>
                <w:b/>
              </w:rPr>
              <w:t>Tử vong tại nhà/cộng đồng</w:t>
            </w:r>
          </w:p>
        </w:tc>
        <w:tc>
          <w:tcPr>
            <w:tcW w:w="907" w:type="dxa"/>
            <w:shd w:val="clear" w:color="auto" w:fill="E7E6E6"/>
            <w:tcMar>
              <w:top w:w="50" w:type="dxa"/>
              <w:left w:w="60" w:type="dxa"/>
              <w:bottom w:w="50" w:type="dxa"/>
              <w:right w:w="60" w:type="dxa"/>
            </w:tcMar>
            <w:vAlign w:val="center"/>
          </w:tcPr>
          <w:p w14:paraId="30FC63C1" w14:textId="79CB9A9E" w:rsidR="00884DFA" w:rsidRPr="0028694B" w:rsidRDefault="00436074" w:rsidP="00F54F5A">
            <w:pPr>
              <w:spacing w:after="0" w:line="240" w:lineRule="auto"/>
              <w:jc w:val="center"/>
              <w:rPr>
                <w:rFonts w:cs="Times New Roman"/>
              </w:rPr>
            </w:pPr>
            <w:r w:rsidRPr="0028694B">
              <w:rPr>
                <w:rFonts w:eastAsia="Times New Roman" w:cs="Times New Roman"/>
                <w:b/>
              </w:rPr>
              <w:t>Có di chứng</w:t>
            </w:r>
            <w:r w:rsidR="00A84B45" w:rsidRPr="0028694B">
              <w:rPr>
                <w:rFonts w:eastAsia="Times New Roman" w:cs="Times New Roman"/>
                <w:b/>
              </w:rPr>
              <w:t>***</w:t>
            </w:r>
          </w:p>
        </w:tc>
        <w:tc>
          <w:tcPr>
            <w:tcW w:w="907" w:type="dxa"/>
            <w:shd w:val="clear" w:color="auto" w:fill="E7E6E6"/>
            <w:tcMar>
              <w:top w:w="50" w:type="dxa"/>
              <w:left w:w="60" w:type="dxa"/>
              <w:bottom w:w="50" w:type="dxa"/>
              <w:right w:w="60" w:type="dxa"/>
            </w:tcMar>
            <w:vAlign w:val="center"/>
          </w:tcPr>
          <w:p w14:paraId="5D8BA533" w14:textId="77777777" w:rsidR="00884DFA" w:rsidRPr="0028694B" w:rsidRDefault="00436074" w:rsidP="00F54F5A">
            <w:pPr>
              <w:spacing w:after="0" w:line="240" w:lineRule="auto"/>
              <w:jc w:val="center"/>
              <w:rPr>
                <w:rFonts w:cs="Times New Roman"/>
              </w:rPr>
            </w:pPr>
            <w:r w:rsidRPr="0028694B">
              <w:rPr>
                <w:rFonts w:eastAsia="Times New Roman" w:cs="Times New Roman"/>
                <w:b/>
              </w:rPr>
              <w:t>NVYT mắc</w:t>
            </w:r>
          </w:p>
        </w:tc>
      </w:tr>
      <w:tr w:rsidR="00884DFA" w:rsidRPr="0028694B" w14:paraId="34261AE6" w14:textId="77777777" w:rsidTr="00F54F5A">
        <w:trPr>
          <w:cantSplit/>
          <w:jc w:val="center"/>
        </w:trPr>
        <w:tc>
          <w:tcPr>
            <w:tcW w:w="397" w:type="dxa"/>
            <w:tcMar>
              <w:top w:w="50" w:type="dxa"/>
              <w:left w:w="60" w:type="dxa"/>
              <w:bottom w:w="50" w:type="dxa"/>
              <w:right w:w="60" w:type="dxa"/>
            </w:tcMar>
            <w:vAlign w:val="center"/>
          </w:tcPr>
          <w:p w14:paraId="23E6ED1D" w14:textId="77777777" w:rsidR="00884DFA" w:rsidRPr="0028694B" w:rsidRDefault="00436074" w:rsidP="00F54F5A">
            <w:pPr>
              <w:spacing w:after="0" w:line="240" w:lineRule="auto"/>
              <w:jc w:val="center"/>
              <w:rPr>
                <w:rFonts w:cs="Times New Roman"/>
              </w:rPr>
            </w:pPr>
            <w:r w:rsidRPr="0028694B">
              <w:rPr>
                <w:rFonts w:eastAsia="Times New Roman" w:cs="Times New Roman"/>
              </w:rPr>
              <w:t>1</w:t>
            </w:r>
          </w:p>
        </w:tc>
        <w:tc>
          <w:tcPr>
            <w:tcW w:w="2098" w:type="dxa"/>
            <w:tcMar>
              <w:top w:w="50" w:type="dxa"/>
              <w:left w:w="60" w:type="dxa"/>
              <w:bottom w:w="50" w:type="dxa"/>
              <w:right w:w="60" w:type="dxa"/>
            </w:tcMar>
            <w:vAlign w:val="center"/>
          </w:tcPr>
          <w:p w14:paraId="6D233C16" w14:textId="77777777" w:rsidR="00884DFA" w:rsidRPr="0028694B" w:rsidRDefault="00884DFA" w:rsidP="00F54F5A">
            <w:pPr>
              <w:spacing w:after="0" w:line="240" w:lineRule="auto"/>
              <w:rPr>
                <w:rFonts w:cs="Times New Roman"/>
              </w:rPr>
            </w:pPr>
          </w:p>
        </w:tc>
        <w:tc>
          <w:tcPr>
            <w:tcW w:w="964" w:type="dxa"/>
            <w:tcMar>
              <w:top w:w="50" w:type="dxa"/>
              <w:left w:w="60" w:type="dxa"/>
              <w:bottom w:w="50" w:type="dxa"/>
              <w:right w:w="60" w:type="dxa"/>
            </w:tcMar>
            <w:vAlign w:val="center"/>
          </w:tcPr>
          <w:p w14:paraId="7BC50DED" w14:textId="77777777" w:rsidR="00884DFA" w:rsidRPr="0028694B" w:rsidRDefault="00884DFA" w:rsidP="00F54F5A">
            <w:pPr>
              <w:spacing w:after="0" w:line="240" w:lineRule="auto"/>
              <w:jc w:val="center"/>
              <w:rPr>
                <w:rFonts w:cs="Times New Roman"/>
              </w:rPr>
            </w:pPr>
          </w:p>
        </w:tc>
        <w:tc>
          <w:tcPr>
            <w:tcW w:w="850" w:type="dxa"/>
            <w:tcMar>
              <w:top w:w="50" w:type="dxa"/>
              <w:left w:w="60" w:type="dxa"/>
              <w:bottom w:w="50" w:type="dxa"/>
              <w:right w:w="60" w:type="dxa"/>
            </w:tcMar>
            <w:vAlign w:val="center"/>
          </w:tcPr>
          <w:p w14:paraId="51B439B4" w14:textId="77777777" w:rsidR="00884DFA" w:rsidRPr="0028694B" w:rsidRDefault="00884DFA" w:rsidP="00F54F5A">
            <w:pPr>
              <w:spacing w:after="0" w:line="240" w:lineRule="auto"/>
              <w:jc w:val="center"/>
              <w:rPr>
                <w:rFonts w:cs="Times New Roman"/>
              </w:rPr>
            </w:pPr>
          </w:p>
        </w:tc>
        <w:tc>
          <w:tcPr>
            <w:tcW w:w="850" w:type="dxa"/>
            <w:tcMar>
              <w:top w:w="50" w:type="dxa"/>
              <w:left w:w="60" w:type="dxa"/>
              <w:bottom w:w="50" w:type="dxa"/>
              <w:right w:w="60" w:type="dxa"/>
            </w:tcMar>
            <w:vAlign w:val="center"/>
          </w:tcPr>
          <w:p w14:paraId="0A168AEE" w14:textId="77777777" w:rsidR="00884DFA" w:rsidRPr="0028694B" w:rsidRDefault="00884DFA" w:rsidP="00F54F5A">
            <w:pPr>
              <w:spacing w:after="0" w:line="240" w:lineRule="auto"/>
              <w:jc w:val="center"/>
              <w:rPr>
                <w:rFonts w:cs="Times New Roman"/>
              </w:rPr>
            </w:pPr>
          </w:p>
        </w:tc>
        <w:tc>
          <w:tcPr>
            <w:tcW w:w="1020" w:type="dxa"/>
            <w:tcMar>
              <w:top w:w="50" w:type="dxa"/>
              <w:left w:w="60" w:type="dxa"/>
              <w:bottom w:w="50" w:type="dxa"/>
              <w:right w:w="60" w:type="dxa"/>
            </w:tcMar>
            <w:vAlign w:val="center"/>
          </w:tcPr>
          <w:p w14:paraId="1DDC8C74" w14:textId="77777777" w:rsidR="00884DFA" w:rsidRPr="0028694B" w:rsidRDefault="00884DFA" w:rsidP="00F54F5A">
            <w:pPr>
              <w:spacing w:after="0" w:line="240" w:lineRule="auto"/>
              <w:jc w:val="center"/>
              <w:rPr>
                <w:rFonts w:cs="Times New Roman"/>
              </w:rPr>
            </w:pPr>
          </w:p>
        </w:tc>
        <w:tc>
          <w:tcPr>
            <w:tcW w:w="1020" w:type="dxa"/>
            <w:tcMar>
              <w:top w:w="50" w:type="dxa"/>
              <w:left w:w="60" w:type="dxa"/>
              <w:bottom w:w="50" w:type="dxa"/>
              <w:right w:w="60" w:type="dxa"/>
            </w:tcMar>
            <w:vAlign w:val="center"/>
          </w:tcPr>
          <w:p w14:paraId="3104F643" w14:textId="77777777" w:rsidR="00884DFA" w:rsidRPr="0028694B" w:rsidRDefault="00884DFA" w:rsidP="00F54F5A">
            <w:pPr>
              <w:spacing w:after="0" w:line="240" w:lineRule="auto"/>
              <w:jc w:val="center"/>
              <w:rPr>
                <w:rFonts w:cs="Times New Roman"/>
              </w:rPr>
            </w:pPr>
          </w:p>
        </w:tc>
        <w:tc>
          <w:tcPr>
            <w:tcW w:w="850" w:type="dxa"/>
            <w:tcMar>
              <w:top w:w="50" w:type="dxa"/>
              <w:left w:w="60" w:type="dxa"/>
              <w:bottom w:w="50" w:type="dxa"/>
              <w:right w:w="60" w:type="dxa"/>
            </w:tcMar>
            <w:vAlign w:val="center"/>
          </w:tcPr>
          <w:p w14:paraId="2668440E"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09078D27"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01BED043"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10484B92"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4087E07B"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37BBA141" w14:textId="77777777" w:rsidR="00884DFA" w:rsidRPr="0028694B" w:rsidRDefault="00884DFA" w:rsidP="00F54F5A">
            <w:pPr>
              <w:spacing w:after="0" w:line="240" w:lineRule="auto"/>
              <w:jc w:val="center"/>
              <w:rPr>
                <w:rFonts w:cs="Times New Roman"/>
              </w:rPr>
            </w:pPr>
          </w:p>
        </w:tc>
      </w:tr>
      <w:tr w:rsidR="00884DFA" w:rsidRPr="0028694B" w14:paraId="57274A7F" w14:textId="77777777" w:rsidTr="00F54F5A">
        <w:trPr>
          <w:cantSplit/>
          <w:jc w:val="center"/>
        </w:trPr>
        <w:tc>
          <w:tcPr>
            <w:tcW w:w="397" w:type="dxa"/>
            <w:tcMar>
              <w:top w:w="50" w:type="dxa"/>
              <w:left w:w="60" w:type="dxa"/>
              <w:bottom w:w="50" w:type="dxa"/>
              <w:right w:w="60" w:type="dxa"/>
            </w:tcMar>
            <w:vAlign w:val="center"/>
          </w:tcPr>
          <w:p w14:paraId="34E2ACB1" w14:textId="77777777" w:rsidR="00884DFA" w:rsidRPr="0028694B" w:rsidRDefault="00436074" w:rsidP="00F54F5A">
            <w:pPr>
              <w:spacing w:after="0" w:line="240" w:lineRule="auto"/>
              <w:jc w:val="center"/>
              <w:rPr>
                <w:rFonts w:cs="Times New Roman"/>
              </w:rPr>
            </w:pPr>
            <w:r w:rsidRPr="0028694B">
              <w:rPr>
                <w:rFonts w:eastAsia="Times New Roman" w:cs="Times New Roman"/>
              </w:rPr>
              <w:t>2</w:t>
            </w:r>
          </w:p>
        </w:tc>
        <w:tc>
          <w:tcPr>
            <w:tcW w:w="2098" w:type="dxa"/>
            <w:tcMar>
              <w:top w:w="50" w:type="dxa"/>
              <w:left w:w="60" w:type="dxa"/>
              <w:bottom w:w="50" w:type="dxa"/>
              <w:right w:w="60" w:type="dxa"/>
            </w:tcMar>
            <w:vAlign w:val="center"/>
          </w:tcPr>
          <w:p w14:paraId="7707D28C" w14:textId="77777777" w:rsidR="00884DFA" w:rsidRPr="0028694B" w:rsidRDefault="00884DFA" w:rsidP="00F54F5A">
            <w:pPr>
              <w:spacing w:after="0" w:line="240" w:lineRule="auto"/>
              <w:rPr>
                <w:rFonts w:cs="Times New Roman"/>
              </w:rPr>
            </w:pPr>
          </w:p>
        </w:tc>
        <w:tc>
          <w:tcPr>
            <w:tcW w:w="964" w:type="dxa"/>
            <w:tcMar>
              <w:top w:w="50" w:type="dxa"/>
              <w:left w:w="60" w:type="dxa"/>
              <w:bottom w:w="50" w:type="dxa"/>
              <w:right w:w="60" w:type="dxa"/>
            </w:tcMar>
            <w:vAlign w:val="center"/>
          </w:tcPr>
          <w:p w14:paraId="0225334F" w14:textId="77777777" w:rsidR="00884DFA" w:rsidRPr="0028694B" w:rsidRDefault="00884DFA" w:rsidP="00F54F5A">
            <w:pPr>
              <w:spacing w:after="0" w:line="240" w:lineRule="auto"/>
              <w:jc w:val="center"/>
              <w:rPr>
                <w:rFonts w:cs="Times New Roman"/>
              </w:rPr>
            </w:pPr>
          </w:p>
        </w:tc>
        <w:tc>
          <w:tcPr>
            <w:tcW w:w="850" w:type="dxa"/>
            <w:tcMar>
              <w:top w:w="50" w:type="dxa"/>
              <w:left w:w="60" w:type="dxa"/>
              <w:bottom w:w="50" w:type="dxa"/>
              <w:right w:w="60" w:type="dxa"/>
            </w:tcMar>
            <w:vAlign w:val="center"/>
          </w:tcPr>
          <w:p w14:paraId="682E0748" w14:textId="77777777" w:rsidR="00884DFA" w:rsidRPr="0028694B" w:rsidRDefault="00884DFA" w:rsidP="00F54F5A">
            <w:pPr>
              <w:spacing w:after="0" w:line="240" w:lineRule="auto"/>
              <w:jc w:val="center"/>
              <w:rPr>
                <w:rFonts w:cs="Times New Roman"/>
              </w:rPr>
            </w:pPr>
          </w:p>
        </w:tc>
        <w:tc>
          <w:tcPr>
            <w:tcW w:w="850" w:type="dxa"/>
            <w:tcMar>
              <w:top w:w="50" w:type="dxa"/>
              <w:left w:w="60" w:type="dxa"/>
              <w:bottom w:w="50" w:type="dxa"/>
              <w:right w:w="60" w:type="dxa"/>
            </w:tcMar>
            <w:vAlign w:val="center"/>
          </w:tcPr>
          <w:p w14:paraId="48DA4E18" w14:textId="77777777" w:rsidR="00884DFA" w:rsidRPr="0028694B" w:rsidRDefault="00884DFA" w:rsidP="00F54F5A">
            <w:pPr>
              <w:spacing w:after="0" w:line="240" w:lineRule="auto"/>
              <w:jc w:val="center"/>
              <w:rPr>
                <w:rFonts w:cs="Times New Roman"/>
              </w:rPr>
            </w:pPr>
          </w:p>
        </w:tc>
        <w:tc>
          <w:tcPr>
            <w:tcW w:w="1020" w:type="dxa"/>
            <w:tcMar>
              <w:top w:w="50" w:type="dxa"/>
              <w:left w:w="60" w:type="dxa"/>
              <w:bottom w:w="50" w:type="dxa"/>
              <w:right w:w="60" w:type="dxa"/>
            </w:tcMar>
            <w:vAlign w:val="center"/>
          </w:tcPr>
          <w:p w14:paraId="79F2BFA3" w14:textId="77777777" w:rsidR="00884DFA" w:rsidRPr="0028694B" w:rsidRDefault="00884DFA" w:rsidP="00F54F5A">
            <w:pPr>
              <w:spacing w:after="0" w:line="240" w:lineRule="auto"/>
              <w:jc w:val="center"/>
              <w:rPr>
                <w:rFonts w:cs="Times New Roman"/>
              </w:rPr>
            </w:pPr>
          </w:p>
        </w:tc>
        <w:tc>
          <w:tcPr>
            <w:tcW w:w="1020" w:type="dxa"/>
            <w:tcMar>
              <w:top w:w="50" w:type="dxa"/>
              <w:left w:w="60" w:type="dxa"/>
              <w:bottom w:w="50" w:type="dxa"/>
              <w:right w:w="60" w:type="dxa"/>
            </w:tcMar>
            <w:vAlign w:val="center"/>
          </w:tcPr>
          <w:p w14:paraId="70AED702" w14:textId="77777777" w:rsidR="00884DFA" w:rsidRPr="0028694B" w:rsidRDefault="00884DFA" w:rsidP="00F54F5A">
            <w:pPr>
              <w:spacing w:after="0" w:line="240" w:lineRule="auto"/>
              <w:jc w:val="center"/>
              <w:rPr>
                <w:rFonts w:cs="Times New Roman"/>
              </w:rPr>
            </w:pPr>
          </w:p>
        </w:tc>
        <w:tc>
          <w:tcPr>
            <w:tcW w:w="850" w:type="dxa"/>
            <w:tcMar>
              <w:top w:w="50" w:type="dxa"/>
              <w:left w:w="60" w:type="dxa"/>
              <w:bottom w:w="50" w:type="dxa"/>
              <w:right w:w="60" w:type="dxa"/>
            </w:tcMar>
            <w:vAlign w:val="center"/>
          </w:tcPr>
          <w:p w14:paraId="7E7B5F3C"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5E017635"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7920C15E"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78A7257C"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3F560D71"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634E8A94" w14:textId="77777777" w:rsidR="00884DFA" w:rsidRPr="0028694B" w:rsidRDefault="00884DFA" w:rsidP="00F54F5A">
            <w:pPr>
              <w:spacing w:after="0" w:line="240" w:lineRule="auto"/>
              <w:jc w:val="center"/>
              <w:rPr>
                <w:rFonts w:cs="Times New Roman"/>
              </w:rPr>
            </w:pPr>
          </w:p>
        </w:tc>
      </w:tr>
      <w:tr w:rsidR="00884DFA" w:rsidRPr="0028694B" w14:paraId="3A76D5E2" w14:textId="77777777" w:rsidTr="00F54F5A">
        <w:trPr>
          <w:cantSplit/>
          <w:jc w:val="center"/>
        </w:trPr>
        <w:tc>
          <w:tcPr>
            <w:tcW w:w="397" w:type="dxa"/>
            <w:tcMar>
              <w:top w:w="50" w:type="dxa"/>
              <w:left w:w="60" w:type="dxa"/>
              <w:bottom w:w="50" w:type="dxa"/>
              <w:right w:w="60" w:type="dxa"/>
            </w:tcMar>
            <w:vAlign w:val="center"/>
          </w:tcPr>
          <w:p w14:paraId="1961D836" w14:textId="77777777" w:rsidR="00884DFA" w:rsidRPr="0028694B" w:rsidRDefault="00436074" w:rsidP="00F54F5A">
            <w:pPr>
              <w:spacing w:after="0" w:line="240" w:lineRule="auto"/>
              <w:jc w:val="center"/>
              <w:rPr>
                <w:rFonts w:cs="Times New Roman"/>
              </w:rPr>
            </w:pPr>
            <w:r w:rsidRPr="0028694B">
              <w:rPr>
                <w:rFonts w:eastAsia="Times New Roman" w:cs="Times New Roman"/>
              </w:rPr>
              <w:t>3</w:t>
            </w:r>
          </w:p>
        </w:tc>
        <w:tc>
          <w:tcPr>
            <w:tcW w:w="2098" w:type="dxa"/>
            <w:tcMar>
              <w:top w:w="50" w:type="dxa"/>
              <w:left w:w="60" w:type="dxa"/>
              <w:bottom w:w="50" w:type="dxa"/>
              <w:right w:w="60" w:type="dxa"/>
            </w:tcMar>
            <w:vAlign w:val="center"/>
          </w:tcPr>
          <w:p w14:paraId="59B03C93" w14:textId="77777777" w:rsidR="00884DFA" w:rsidRPr="0028694B" w:rsidRDefault="00884DFA" w:rsidP="00F54F5A">
            <w:pPr>
              <w:spacing w:after="0" w:line="240" w:lineRule="auto"/>
              <w:rPr>
                <w:rFonts w:cs="Times New Roman"/>
              </w:rPr>
            </w:pPr>
          </w:p>
        </w:tc>
        <w:tc>
          <w:tcPr>
            <w:tcW w:w="964" w:type="dxa"/>
            <w:tcMar>
              <w:top w:w="50" w:type="dxa"/>
              <w:left w:w="60" w:type="dxa"/>
              <w:bottom w:w="50" w:type="dxa"/>
              <w:right w:w="60" w:type="dxa"/>
            </w:tcMar>
            <w:vAlign w:val="center"/>
          </w:tcPr>
          <w:p w14:paraId="5910ACA4" w14:textId="77777777" w:rsidR="00884DFA" w:rsidRPr="0028694B" w:rsidRDefault="00884DFA" w:rsidP="00F54F5A">
            <w:pPr>
              <w:spacing w:after="0" w:line="240" w:lineRule="auto"/>
              <w:jc w:val="center"/>
              <w:rPr>
                <w:rFonts w:cs="Times New Roman"/>
              </w:rPr>
            </w:pPr>
          </w:p>
        </w:tc>
        <w:tc>
          <w:tcPr>
            <w:tcW w:w="850" w:type="dxa"/>
            <w:tcMar>
              <w:top w:w="50" w:type="dxa"/>
              <w:left w:w="60" w:type="dxa"/>
              <w:bottom w:w="50" w:type="dxa"/>
              <w:right w:w="60" w:type="dxa"/>
            </w:tcMar>
            <w:vAlign w:val="center"/>
          </w:tcPr>
          <w:p w14:paraId="6FBBF63A" w14:textId="77777777" w:rsidR="00884DFA" w:rsidRPr="0028694B" w:rsidRDefault="00884DFA" w:rsidP="00F54F5A">
            <w:pPr>
              <w:spacing w:after="0" w:line="240" w:lineRule="auto"/>
              <w:jc w:val="center"/>
              <w:rPr>
                <w:rFonts w:cs="Times New Roman"/>
              </w:rPr>
            </w:pPr>
          </w:p>
        </w:tc>
        <w:tc>
          <w:tcPr>
            <w:tcW w:w="850" w:type="dxa"/>
            <w:tcMar>
              <w:top w:w="50" w:type="dxa"/>
              <w:left w:w="60" w:type="dxa"/>
              <w:bottom w:w="50" w:type="dxa"/>
              <w:right w:w="60" w:type="dxa"/>
            </w:tcMar>
            <w:vAlign w:val="center"/>
          </w:tcPr>
          <w:p w14:paraId="18E2096E" w14:textId="77777777" w:rsidR="00884DFA" w:rsidRPr="0028694B" w:rsidRDefault="00884DFA" w:rsidP="00F54F5A">
            <w:pPr>
              <w:spacing w:after="0" w:line="240" w:lineRule="auto"/>
              <w:jc w:val="center"/>
              <w:rPr>
                <w:rFonts w:cs="Times New Roman"/>
              </w:rPr>
            </w:pPr>
          </w:p>
        </w:tc>
        <w:tc>
          <w:tcPr>
            <w:tcW w:w="1020" w:type="dxa"/>
            <w:tcMar>
              <w:top w:w="50" w:type="dxa"/>
              <w:left w:w="60" w:type="dxa"/>
              <w:bottom w:w="50" w:type="dxa"/>
              <w:right w:w="60" w:type="dxa"/>
            </w:tcMar>
            <w:vAlign w:val="center"/>
          </w:tcPr>
          <w:p w14:paraId="32908C44" w14:textId="77777777" w:rsidR="00884DFA" w:rsidRPr="0028694B" w:rsidRDefault="00884DFA" w:rsidP="00F54F5A">
            <w:pPr>
              <w:spacing w:after="0" w:line="240" w:lineRule="auto"/>
              <w:jc w:val="center"/>
              <w:rPr>
                <w:rFonts w:cs="Times New Roman"/>
              </w:rPr>
            </w:pPr>
          </w:p>
        </w:tc>
        <w:tc>
          <w:tcPr>
            <w:tcW w:w="1020" w:type="dxa"/>
            <w:tcMar>
              <w:top w:w="50" w:type="dxa"/>
              <w:left w:w="60" w:type="dxa"/>
              <w:bottom w:w="50" w:type="dxa"/>
              <w:right w:w="60" w:type="dxa"/>
            </w:tcMar>
            <w:vAlign w:val="center"/>
          </w:tcPr>
          <w:p w14:paraId="6E61D53B" w14:textId="77777777" w:rsidR="00884DFA" w:rsidRPr="0028694B" w:rsidRDefault="00884DFA" w:rsidP="00F54F5A">
            <w:pPr>
              <w:spacing w:after="0" w:line="240" w:lineRule="auto"/>
              <w:jc w:val="center"/>
              <w:rPr>
                <w:rFonts w:cs="Times New Roman"/>
              </w:rPr>
            </w:pPr>
          </w:p>
        </w:tc>
        <w:tc>
          <w:tcPr>
            <w:tcW w:w="850" w:type="dxa"/>
            <w:tcMar>
              <w:top w:w="50" w:type="dxa"/>
              <w:left w:w="60" w:type="dxa"/>
              <w:bottom w:w="50" w:type="dxa"/>
              <w:right w:w="60" w:type="dxa"/>
            </w:tcMar>
            <w:vAlign w:val="center"/>
          </w:tcPr>
          <w:p w14:paraId="3A3E320B"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7F12A257"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08EAD55A"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340786FB"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1FD2283F"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5C5EC34A" w14:textId="77777777" w:rsidR="00884DFA" w:rsidRPr="0028694B" w:rsidRDefault="00884DFA" w:rsidP="00F54F5A">
            <w:pPr>
              <w:spacing w:after="0" w:line="240" w:lineRule="auto"/>
              <w:jc w:val="center"/>
              <w:rPr>
                <w:rFonts w:cs="Times New Roman"/>
              </w:rPr>
            </w:pPr>
          </w:p>
        </w:tc>
      </w:tr>
      <w:tr w:rsidR="00884DFA" w:rsidRPr="0028694B" w14:paraId="141879D5" w14:textId="77777777" w:rsidTr="00F54F5A">
        <w:trPr>
          <w:cantSplit/>
          <w:jc w:val="center"/>
        </w:trPr>
        <w:tc>
          <w:tcPr>
            <w:tcW w:w="397" w:type="dxa"/>
            <w:tcMar>
              <w:top w:w="50" w:type="dxa"/>
              <w:left w:w="60" w:type="dxa"/>
              <w:bottom w:w="50" w:type="dxa"/>
              <w:right w:w="60" w:type="dxa"/>
            </w:tcMar>
            <w:vAlign w:val="center"/>
          </w:tcPr>
          <w:p w14:paraId="7BF81D6F" w14:textId="77777777" w:rsidR="00884DFA" w:rsidRPr="0028694B" w:rsidRDefault="00436074" w:rsidP="00F54F5A">
            <w:pPr>
              <w:spacing w:after="0" w:line="240" w:lineRule="auto"/>
              <w:jc w:val="center"/>
              <w:rPr>
                <w:rFonts w:cs="Times New Roman"/>
              </w:rPr>
            </w:pPr>
            <w:r w:rsidRPr="0028694B">
              <w:rPr>
                <w:rFonts w:eastAsia="Times New Roman" w:cs="Times New Roman"/>
              </w:rPr>
              <w:t>4</w:t>
            </w:r>
          </w:p>
        </w:tc>
        <w:tc>
          <w:tcPr>
            <w:tcW w:w="2098" w:type="dxa"/>
            <w:tcMar>
              <w:top w:w="50" w:type="dxa"/>
              <w:left w:w="60" w:type="dxa"/>
              <w:bottom w:w="50" w:type="dxa"/>
              <w:right w:w="60" w:type="dxa"/>
            </w:tcMar>
            <w:vAlign w:val="center"/>
          </w:tcPr>
          <w:p w14:paraId="788E1F76" w14:textId="77777777" w:rsidR="00884DFA" w:rsidRPr="0028694B" w:rsidRDefault="00884DFA" w:rsidP="00F54F5A">
            <w:pPr>
              <w:spacing w:after="0" w:line="240" w:lineRule="auto"/>
              <w:rPr>
                <w:rFonts w:cs="Times New Roman"/>
              </w:rPr>
            </w:pPr>
          </w:p>
        </w:tc>
        <w:tc>
          <w:tcPr>
            <w:tcW w:w="964" w:type="dxa"/>
            <w:tcMar>
              <w:top w:w="50" w:type="dxa"/>
              <w:left w:w="60" w:type="dxa"/>
              <w:bottom w:w="50" w:type="dxa"/>
              <w:right w:w="60" w:type="dxa"/>
            </w:tcMar>
            <w:vAlign w:val="center"/>
          </w:tcPr>
          <w:p w14:paraId="7F59E0AF" w14:textId="77777777" w:rsidR="00884DFA" w:rsidRPr="0028694B" w:rsidRDefault="00884DFA" w:rsidP="00F54F5A">
            <w:pPr>
              <w:spacing w:after="0" w:line="240" w:lineRule="auto"/>
              <w:jc w:val="center"/>
              <w:rPr>
                <w:rFonts w:cs="Times New Roman"/>
              </w:rPr>
            </w:pPr>
          </w:p>
        </w:tc>
        <w:tc>
          <w:tcPr>
            <w:tcW w:w="850" w:type="dxa"/>
            <w:tcMar>
              <w:top w:w="50" w:type="dxa"/>
              <w:left w:w="60" w:type="dxa"/>
              <w:bottom w:w="50" w:type="dxa"/>
              <w:right w:w="60" w:type="dxa"/>
            </w:tcMar>
            <w:vAlign w:val="center"/>
          </w:tcPr>
          <w:p w14:paraId="360D8C4A" w14:textId="77777777" w:rsidR="00884DFA" w:rsidRPr="0028694B" w:rsidRDefault="00884DFA" w:rsidP="00F54F5A">
            <w:pPr>
              <w:spacing w:after="0" w:line="240" w:lineRule="auto"/>
              <w:jc w:val="center"/>
              <w:rPr>
                <w:rFonts w:cs="Times New Roman"/>
              </w:rPr>
            </w:pPr>
          </w:p>
        </w:tc>
        <w:tc>
          <w:tcPr>
            <w:tcW w:w="850" w:type="dxa"/>
            <w:tcMar>
              <w:top w:w="50" w:type="dxa"/>
              <w:left w:w="60" w:type="dxa"/>
              <w:bottom w:w="50" w:type="dxa"/>
              <w:right w:w="60" w:type="dxa"/>
            </w:tcMar>
            <w:vAlign w:val="center"/>
          </w:tcPr>
          <w:p w14:paraId="40CBD052" w14:textId="77777777" w:rsidR="00884DFA" w:rsidRPr="0028694B" w:rsidRDefault="00884DFA" w:rsidP="00F54F5A">
            <w:pPr>
              <w:spacing w:after="0" w:line="240" w:lineRule="auto"/>
              <w:jc w:val="center"/>
              <w:rPr>
                <w:rFonts w:cs="Times New Roman"/>
              </w:rPr>
            </w:pPr>
          </w:p>
        </w:tc>
        <w:tc>
          <w:tcPr>
            <w:tcW w:w="1020" w:type="dxa"/>
            <w:tcMar>
              <w:top w:w="50" w:type="dxa"/>
              <w:left w:w="60" w:type="dxa"/>
              <w:bottom w:w="50" w:type="dxa"/>
              <w:right w:w="60" w:type="dxa"/>
            </w:tcMar>
            <w:vAlign w:val="center"/>
          </w:tcPr>
          <w:p w14:paraId="6603A0AB" w14:textId="77777777" w:rsidR="00884DFA" w:rsidRPr="0028694B" w:rsidRDefault="00884DFA" w:rsidP="00F54F5A">
            <w:pPr>
              <w:spacing w:after="0" w:line="240" w:lineRule="auto"/>
              <w:jc w:val="center"/>
              <w:rPr>
                <w:rFonts w:cs="Times New Roman"/>
              </w:rPr>
            </w:pPr>
          </w:p>
        </w:tc>
        <w:tc>
          <w:tcPr>
            <w:tcW w:w="1020" w:type="dxa"/>
            <w:tcMar>
              <w:top w:w="50" w:type="dxa"/>
              <w:left w:w="60" w:type="dxa"/>
              <w:bottom w:w="50" w:type="dxa"/>
              <w:right w:w="60" w:type="dxa"/>
            </w:tcMar>
            <w:vAlign w:val="center"/>
          </w:tcPr>
          <w:p w14:paraId="3437B9E1" w14:textId="77777777" w:rsidR="00884DFA" w:rsidRPr="0028694B" w:rsidRDefault="00884DFA" w:rsidP="00F54F5A">
            <w:pPr>
              <w:spacing w:after="0" w:line="240" w:lineRule="auto"/>
              <w:jc w:val="center"/>
              <w:rPr>
                <w:rFonts w:cs="Times New Roman"/>
              </w:rPr>
            </w:pPr>
          </w:p>
        </w:tc>
        <w:tc>
          <w:tcPr>
            <w:tcW w:w="850" w:type="dxa"/>
            <w:tcMar>
              <w:top w:w="50" w:type="dxa"/>
              <w:left w:w="60" w:type="dxa"/>
              <w:bottom w:w="50" w:type="dxa"/>
              <w:right w:w="60" w:type="dxa"/>
            </w:tcMar>
            <w:vAlign w:val="center"/>
          </w:tcPr>
          <w:p w14:paraId="58E2CCF2"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0FDD4273"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364AE3C9"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72115DB9"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1F457BE5"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47AEB311" w14:textId="77777777" w:rsidR="00884DFA" w:rsidRPr="0028694B" w:rsidRDefault="00884DFA" w:rsidP="00F54F5A">
            <w:pPr>
              <w:spacing w:after="0" w:line="240" w:lineRule="auto"/>
              <w:jc w:val="center"/>
              <w:rPr>
                <w:rFonts w:cs="Times New Roman"/>
              </w:rPr>
            </w:pPr>
          </w:p>
        </w:tc>
      </w:tr>
      <w:tr w:rsidR="00884DFA" w:rsidRPr="0028694B" w14:paraId="7CF585D2" w14:textId="77777777" w:rsidTr="00F54F5A">
        <w:trPr>
          <w:cantSplit/>
          <w:jc w:val="center"/>
        </w:trPr>
        <w:tc>
          <w:tcPr>
            <w:tcW w:w="397" w:type="dxa"/>
            <w:tcMar>
              <w:top w:w="50" w:type="dxa"/>
              <w:left w:w="60" w:type="dxa"/>
              <w:bottom w:w="50" w:type="dxa"/>
              <w:right w:w="60" w:type="dxa"/>
            </w:tcMar>
            <w:vAlign w:val="center"/>
          </w:tcPr>
          <w:p w14:paraId="0A068E04" w14:textId="77777777" w:rsidR="00884DFA" w:rsidRPr="0028694B" w:rsidRDefault="00436074" w:rsidP="00F54F5A">
            <w:pPr>
              <w:spacing w:after="0" w:line="240" w:lineRule="auto"/>
              <w:jc w:val="center"/>
              <w:rPr>
                <w:rFonts w:cs="Times New Roman"/>
              </w:rPr>
            </w:pPr>
            <w:r w:rsidRPr="0028694B">
              <w:rPr>
                <w:rFonts w:eastAsia="Times New Roman" w:cs="Times New Roman"/>
              </w:rPr>
              <w:t>5</w:t>
            </w:r>
          </w:p>
        </w:tc>
        <w:tc>
          <w:tcPr>
            <w:tcW w:w="2098" w:type="dxa"/>
            <w:tcMar>
              <w:top w:w="50" w:type="dxa"/>
              <w:left w:w="60" w:type="dxa"/>
              <w:bottom w:w="50" w:type="dxa"/>
              <w:right w:w="60" w:type="dxa"/>
            </w:tcMar>
            <w:vAlign w:val="center"/>
          </w:tcPr>
          <w:p w14:paraId="3882D452" w14:textId="77777777" w:rsidR="00884DFA" w:rsidRPr="0028694B" w:rsidRDefault="00884DFA" w:rsidP="00F54F5A">
            <w:pPr>
              <w:spacing w:after="0" w:line="240" w:lineRule="auto"/>
              <w:rPr>
                <w:rFonts w:cs="Times New Roman"/>
              </w:rPr>
            </w:pPr>
          </w:p>
        </w:tc>
        <w:tc>
          <w:tcPr>
            <w:tcW w:w="964" w:type="dxa"/>
            <w:tcMar>
              <w:top w:w="50" w:type="dxa"/>
              <w:left w:w="60" w:type="dxa"/>
              <w:bottom w:w="50" w:type="dxa"/>
              <w:right w:w="60" w:type="dxa"/>
            </w:tcMar>
            <w:vAlign w:val="center"/>
          </w:tcPr>
          <w:p w14:paraId="0E180F5B" w14:textId="77777777" w:rsidR="00884DFA" w:rsidRPr="0028694B" w:rsidRDefault="00884DFA" w:rsidP="00F54F5A">
            <w:pPr>
              <w:spacing w:after="0" w:line="240" w:lineRule="auto"/>
              <w:jc w:val="center"/>
              <w:rPr>
                <w:rFonts w:cs="Times New Roman"/>
              </w:rPr>
            </w:pPr>
          </w:p>
        </w:tc>
        <w:tc>
          <w:tcPr>
            <w:tcW w:w="850" w:type="dxa"/>
            <w:tcMar>
              <w:top w:w="50" w:type="dxa"/>
              <w:left w:w="60" w:type="dxa"/>
              <w:bottom w:w="50" w:type="dxa"/>
              <w:right w:w="60" w:type="dxa"/>
            </w:tcMar>
            <w:vAlign w:val="center"/>
          </w:tcPr>
          <w:p w14:paraId="4C11C710" w14:textId="77777777" w:rsidR="00884DFA" w:rsidRPr="0028694B" w:rsidRDefault="00884DFA" w:rsidP="00F54F5A">
            <w:pPr>
              <w:spacing w:after="0" w:line="240" w:lineRule="auto"/>
              <w:jc w:val="center"/>
              <w:rPr>
                <w:rFonts w:cs="Times New Roman"/>
              </w:rPr>
            </w:pPr>
          </w:p>
        </w:tc>
        <w:tc>
          <w:tcPr>
            <w:tcW w:w="850" w:type="dxa"/>
            <w:tcMar>
              <w:top w:w="50" w:type="dxa"/>
              <w:left w:w="60" w:type="dxa"/>
              <w:bottom w:w="50" w:type="dxa"/>
              <w:right w:w="60" w:type="dxa"/>
            </w:tcMar>
            <w:vAlign w:val="center"/>
          </w:tcPr>
          <w:p w14:paraId="610E82B5" w14:textId="77777777" w:rsidR="00884DFA" w:rsidRPr="0028694B" w:rsidRDefault="00884DFA" w:rsidP="00F54F5A">
            <w:pPr>
              <w:spacing w:after="0" w:line="240" w:lineRule="auto"/>
              <w:jc w:val="center"/>
              <w:rPr>
                <w:rFonts w:cs="Times New Roman"/>
              </w:rPr>
            </w:pPr>
          </w:p>
        </w:tc>
        <w:tc>
          <w:tcPr>
            <w:tcW w:w="1020" w:type="dxa"/>
            <w:tcMar>
              <w:top w:w="50" w:type="dxa"/>
              <w:left w:w="60" w:type="dxa"/>
              <w:bottom w:w="50" w:type="dxa"/>
              <w:right w:w="60" w:type="dxa"/>
            </w:tcMar>
            <w:vAlign w:val="center"/>
          </w:tcPr>
          <w:p w14:paraId="04B9480D" w14:textId="77777777" w:rsidR="00884DFA" w:rsidRPr="0028694B" w:rsidRDefault="00884DFA" w:rsidP="00F54F5A">
            <w:pPr>
              <w:spacing w:after="0" w:line="240" w:lineRule="auto"/>
              <w:jc w:val="center"/>
              <w:rPr>
                <w:rFonts w:cs="Times New Roman"/>
              </w:rPr>
            </w:pPr>
          </w:p>
        </w:tc>
        <w:tc>
          <w:tcPr>
            <w:tcW w:w="1020" w:type="dxa"/>
            <w:tcMar>
              <w:top w:w="50" w:type="dxa"/>
              <w:left w:w="60" w:type="dxa"/>
              <w:bottom w:w="50" w:type="dxa"/>
              <w:right w:w="60" w:type="dxa"/>
            </w:tcMar>
            <w:vAlign w:val="center"/>
          </w:tcPr>
          <w:p w14:paraId="530DDC95" w14:textId="77777777" w:rsidR="00884DFA" w:rsidRPr="0028694B" w:rsidRDefault="00884DFA" w:rsidP="00F54F5A">
            <w:pPr>
              <w:spacing w:after="0" w:line="240" w:lineRule="auto"/>
              <w:jc w:val="center"/>
              <w:rPr>
                <w:rFonts w:cs="Times New Roman"/>
              </w:rPr>
            </w:pPr>
          </w:p>
        </w:tc>
        <w:tc>
          <w:tcPr>
            <w:tcW w:w="850" w:type="dxa"/>
            <w:tcMar>
              <w:top w:w="50" w:type="dxa"/>
              <w:left w:w="60" w:type="dxa"/>
              <w:bottom w:w="50" w:type="dxa"/>
              <w:right w:w="60" w:type="dxa"/>
            </w:tcMar>
            <w:vAlign w:val="center"/>
          </w:tcPr>
          <w:p w14:paraId="55D4335E"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48C384ED"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0FCF4188"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1D11B22F"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4AED7C41"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13C4B8E3" w14:textId="77777777" w:rsidR="00884DFA" w:rsidRPr="0028694B" w:rsidRDefault="00884DFA" w:rsidP="00F54F5A">
            <w:pPr>
              <w:spacing w:after="0" w:line="240" w:lineRule="auto"/>
              <w:jc w:val="center"/>
              <w:rPr>
                <w:rFonts w:cs="Times New Roman"/>
              </w:rPr>
            </w:pPr>
          </w:p>
        </w:tc>
      </w:tr>
      <w:tr w:rsidR="00884DFA" w:rsidRPr="0028694B" w14:paraId="4ADE80A6" w14:textId="77777777" w:rsidTr="00F54F5A">
        <w:trPr>
          <w:cantSplit/>
          <w:jc w:val="center"/>
        </w:trPr>
        <w:tc>
          <w:tcPr>
            <w:tcW w:w="397" w:type="dxa"/>
            <w:tcMar>
              <w:top w:w="50" w:type="dxa"/>
              <w:left w:w="60" w:type="dxa"/>
              <w:bottom w:w="50" w:type="dxa"/>
              <w:right w:w="60" w:type="dxa"/>
            </w:tcMar>
            <w:vAlign w:val="center"/>
          </w:tcPr>
          <w:p w14:paraId="721BD3AE" w14:textId="77777777" w:rsidR="00884DFA" w:rsidRPr="0028694B" w:rsidRDefault="00884DFA" w:rsidP="00F54F5A">
            <w:pPr>
              <w:spacing w:after="0" w:line="240" w:lineRule="auto"/>
              <w:jc w:val="center"/>
              <w:rPr>
                <w:rFonts w:cs="Times New Roman"/>
              </w:rPr>
            </w:pPr>
          </w:p>
        </w:tc>
        <w:tc>
          <w:tcPr>
            <w:tcW w:w="2098" w:type="dxa"/>
            <w:tcMar>
              <w:top w:w="50" w:type="dxa"/>
              <w:left w:w="60" w:type="dxa"/>
              <w:bottom w:w="50" w:type="dxa"/>
              <w:right w:w="60" w:type="dxa"/>
            </w:tcMar>
            <w:vAlign w:val="center"/>
          </w:tcPr>
          <w:p w14:paraId="3094A6EF" w14:textId="77777777" w:rsidR="00884DFA" w:rsidRPr="0028694B" w:rsidRDefault="00436074" w:rsidP="00F54F5A">
            <w:pPr>
              <w:spacing w:after="0" w:line="240" w:lineRule="auto"/>
              <w:rPr>
                <w:rFonts w:cs="Times New Roman"/>
              </w:rPr>
            </w:pPr>
            <w:r w:rsidRPr="0028694B">
              <w:rPr>
                <w:rFonts w:eastAsia="Times New Roman" w:cs="Times New Roman"/>
                <w:b/>
              </w:rPr>
              <w:t>TỔNG SỐ</w:t>
            </w:r>
          </w:p>
        </w:tc>
        <w:tc>
          <w:tcPr>
            <w:tcW w:w="964" w:type="dxa"/>
            <w:tcMar>
              <w:top w:w="50" w:type="dxa"/>
              <w:left w:w="60" w:type="dxa"/>
              <w:bottom w:w="50" w:type="dxa"/>
              <w:right w:w="60" w:type="dxa"/>
            </w:tcMar>
            <w:vAlign w:val="center"/>
          </w:tcPr>
          <w:p w14:paraId="51D4E7E1" w14:textId="77777777" w:rsidR="00884DFA" w:rsidRPr="0028694B" w:rsidRDefault="00884DFA" w:rsidP="00F54F5A">
            <w:pPr>
              <w:spacing w:after="0" w:line="240" w:lineRule="auto"/>
              <w:jc w:val="center"/>
              <w:rPr>
                <w:rFonts w:cs="Times New Roman"/>
              </w:rPr>
            </w:pPr>
          </w:p>
        </w:tc>
        <w:tc>
          <w:tcPr>
            <w:tcW w:w="850" w:type="dxa"/>
            <w:tcMar>
              <w:top w:w="50" w:type="dxa"/>
              <w:left w:w="60" w:type="dxa"/>
              <w:bottom w:w="50" w:type="dxa"/>
              <w:right w:w="60" w:type="dxa"/>
            </w:tcMar>
            <w:vAlign w:val="center"/>
          </w:tcPr>
          <w:p w14:paraId="6FD08065" w14:textId="77777777" w:rsidR="00884DFA" w:rsidRPr="0028694B" w:rsidRDefault="00884DFA" w:rsidP="00F54F5A">
            <w:pPr>
              <w:spacing w:after="0" w:line="240" w:lineRule="auto"/>
              <w:jc w:val="center"/>
              <w:rPr>
                <w:rFonts w:cs="Times New Roman"/>
              </w:rPr>
            </w:pPr>
          </w:p>
        </w:tc>
        <w:tc>
          <w:tcPr>
            <w:tcW w:w="850" w:type="dxa"/>
            <w:tcMar>
              <w:top w:w="50" w:type="dxa"/>
              <w:left w:w="60" w:type="dxa"/>
              <w:bottom w:w="50" w:type="dxa"/>
              <w:right w:w="60" w:type="dxa"/>
            </w:tcMar>
            <w:vAlign w:val="center"/>
          </w:tcPr>
          <w:p w14:paraId="2CDAA4D8" w14:textId="77777777" w:rsidR="00884DFA" w:rsidRPr="0028694B" w:rsidRDefault="00884DFA" w:rsidP="00F54F5A">
            <w:pPr>
              <w:spacing w:after="0" w:line="240" w:lineRule="auto"/>
              <w:jc w:val="center"/>
              <w:rPr>
                <w:rFonts w:cs="Times New Roman"/>
              </w:rPr>
            </w:pPr>
          </w:p>
        </w:tc>
        <w:tc>
          <w:tcPr>
            <w:tcW w:w="1020" w:type="dxa"/>
            <w:tcMar>
              <w:top w:w="50" w:type="dxa"/>
              <w:left w:w="60" w:type="dxa"/>
              <w:bottom w:w="50" w:type="dxa"/>
              <w:right w:w="60" w:type="dxa"/>
            </w:tcMar>
            <w:vAlign w:val="center"/>
          </w:tcPr>
          <w:p w14:paraId="5AF2B993" w14:textId="77777777" w:rsidR="00884DFA" w:rsidRPr="0028694B" w:rsidRDefault="00884DFA" w:rsidP="00F54F5A">
            <w:pPr>
              <w:spacing w:after="0" w:line="240" w:lineRule="auto"/>
              <w:jc w:val="center"/>
              <w:rPr>
                <w:rFonts w:cs="Times New Roman"/>
              </w:rPr>
            </w:pPr>
          </w:p>
        </w:tc>
        <w:tc>
          <w:tcPr>
            <w:tcW w:w="1020" w:type="dxa"/>
            <w:tcMar>
              <w:top w:w="50" w:type="dxa"/>
              <w:left w:w="60" w:type="dxa"/>
              <w:bottom w:w="50" w:type="dxa"/>
              <w:right w:w="60" w:type="dxa"/>
            </w:tcMar>
            <w:vAlign w:val="center"/>
          </w:tcPr>
          <w:p w14:paraId="2CC624B4" w14:textId="77777777" w:rsidR="00884DFA" w:rsidRPr="0028694B" w:rsidRDefault="00884DFA" w:rsidP="00F54F5A">
            <w:pPr>
              <w:spacing w:after="0" w:line="240" w:lineRule="auto"/>
              <w:jc w:val="center"/>
              <w:rPr>
                <w:rFonts w:cs="Times New Roman"/>
              </w:rPr>
            </w:pPr>
          </w:p>
        </w:tc>
        <w:tc>
          <w:tcPr>
            <w:tcW w:w="850" w:type="dxa"/>
            <w:tcMar>
              <w:top w:w="50" w:type="dxa"/>
              <w:left w:w="60" w:type="dxa"/>
              <w:bottom w:w="50" w:type="dxa"/>
              <w:right w:w="60" w:type="dxa"/>
            </w:tcMar>
            <w:vAlign w:val="center"/>
          </w:tcPr>
          <w:p w14:paraId="487AE13C"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2D1F9E74"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310E91F2"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1701C789"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3A508559" w14:textId="77777777" w:rsidR="00884DFA" w:rsidRPr="0028694B" w:rsidRDefault="00884DFA" w:rsidP="00F54F5A">
            <w:pPr>
              <w:spacing w:after="0" w:line="240" w:lineRule="auto"/>
              <w:jc w:val="center"/>
              <w:rPr>
                <w:rFonts w:cs="Times New Roman"/>
              </w:rPr>
            </w:pPr>
          </w:p>
        </w:tc>
        <w:tc>
          <w:tcPr>
            <w:tcW w:w="907" w:type="dxa"/>
            <w:tcMar>
              <w:top w:w="50" w:type="dxa"/>
              <w:left w:w="60" w:type="dxa"/>
              <w:bottom w:w="50" w:type="dxa"/>
              <w:right w:w="60" w:type="dxa"/>
            </w:tcMar>
            <w:vAlign w:val="center"/>
          </w:tcPr>
          <w:p w14:paraId="3E18721C" w14:textId="77777777" w:rsidR="00884DFA" w:rsidRPr="0028694B" w:rsidRDefault="00884DFA" w:rsidP="00F54F5A">
            <w:pPr>
              <w:spacing w:after="0" w:line="240" w:lineRule="auto"/>
              <w:jc w:val="center"/>
              <w:rPr>
                <w:rFonts w:cs="Times New Roman"/>
              </w:rPr>
            </w:pPr>
          </w:p>
        </w:tc>
      </w:tr>
    </w:tbl>
    <w:p w14:paraId="523E4BC0" w14:textId="77777777" w:rsidR="00A84B45" w:rsidRPr="00F54F5A" w:rsidRDefault="00A84B45" w:rsidP="00CA634C">
      <w:pPr>
        <w:keepNext/>
        <w:spacing w:before="120" w:after="0" w:line="240" w:lineRule="auto"/>
        <w:rPr>
          <w:rFonts w:eastAsia="Times New Roman" w:cs="Times New Roman"/>
          <w:b/>
          <w:sz w:val="26"/>
          <w:szCs w:val="18"/>
        </w:rPr>
      </w:pPr>
      <w:r w:rsidRPr="00F54F5A">
        <w:rPr>
          <w:rFonts w:eastAsia="Times New Roman" w:cs="Times New Roman"/>
          <w:b/>
          <w:sz w:val="26"/>
          <w:szCs w:val="18"/>
        </w:rPr>
        <w:lastRenderedPageBreak/>
        <w:t>Ghi chú:</w:t>
      </w:r>
    </w:p>
    <w:p w14:paraId="3AECF179" w14:textId="77777777" w:rsidR="00A84B45" w:rsidRPr="00F54F5A" w:rsidRDefault="00A84B45" w:rsidP="00CA634C">
      <w:pPr>
        <w:keepNext/>
        <w:spacing w:before="120" w:after="0" w:line="240" w:lineRule="auto"/>
        <w:rPr>
          <w:rFonts w:eastAsia="Times New Roman" w:cs="Times New Roman"/>
          <w:bCs/>
          <w:i/>
          <w:iCs/>
          <w:sz w:val="26"/>
          <w:szCs w:val="18"/>
        </w:rPr>
      </w:pPr>
      <w:r w:rsidRPr="00F54F5A">
        <w:rPr>
          <w:rFonts w:eastAsia="Times New Roman" w:cs="Times New Roman"/>
          <w:bCs/>
          <w:i/>
          <w:iCs/>
          <w:sz w:val="26"/>
          <w:szCs w:val="18"/>
        </w:rPr>
        <w:t>* Trường hợp bệnh nặng/nguy kịch là những trường hợp có suy giảm chức năng cơ quan, tổn thương nghiêm trọng và có thể tử vong.</w:t>
      </w:r>
    </w:p>
    <w:p w14:paraId="2EF877F0" w14:textId="77777777" w:rsidR="00A84B45" w:rsidRPr="00F54F5A" w:rsidRDefault="00A84B45" w:rsidP="00CA634C">
      <w:pPr>
        <w:keepNext/>
        <w:spacing w:before="120" w:after="0" w:line="240" w:lineRule="auto"/>
        <w:rPr>
          <w:rFonts w:eastAsia="Times New Roman" w:cs="Times New Roman"/>
          <w:bCs/>
          <w:i/>
          <w:iCs/>
          <w:spacing w:val="-2"/>
          <w:sz w:val="26"/>
          <w:szCs w:val="18"/>
        </w:rPr>
      </w:pPr>
      <w:r w:rsidRPr="00F54F5A">
        <w:rPr>
          <w:rFonts w:eastAsia="Times New Roman" w:cs="Times New Roman"/>
          <w:bCs/>
          <w:i/>
          <w:iCs/>
          <w:spacing w:val="-2"/>
          <w:sz w:val="26"/>
          <w:szCs w:val="18"/>
        </w:rPr>
        <w:t>** Trường hợp biến chứng là bệnh, hội chứng hoặc tình trạng bệnh lý xuất hiện trong quá trình điều trị, là hậu quả hoặc do tiến triển xấu đi của bệnh trong quá trình điều trị.</w:t>
      </w:r>
    </w:p>
    <w:p w14:paraId="0D1E08E2" w14:textId="77777777" w:rsidR="00A84B45" w:rsidRPr="00F54F5A" w:rsidRDefault="00A84B45" w:rsidP="00CA634C">
      <w:pPr>
        <w:keepNext/>
        <w:spacing w:before="120" w:after="0" w:line="240" w:lineRule="auto"/>
        <w:rPr>
          <w:rFonts w:eastAsia="Times New Roman" w:cs="Times New Roman"/>
          <w:bCs/>
          <w:i/>
          <w:iCs/>
          <w:sz w:val="26"/>
          <w:szCs w:val="18"/>
        </w:rPr>
      </w:pPr>
      <w:r w:rsidRPr="00F54F5A">
        <w:rPr>
          <w:rFonts w:eastAsia="Times New Roman" w:cs="Times New Roman"/>
          <w:bCs/>
          <w:i/>
          <w:iCs/>
          <w:sz w:val="26"/>
          <w:szCs w:val="18"/>
        </w:rPr>
        <w:t>*** Trường hợp bệnh có di chứng được xác định là một tình trạng bệnh lý được xác định còn lại sau khi đã được điều trị khỏi bệnh.</w:t>
      </w:r>
    </w:p>
    <w:p w14:paraId="4095E9FC" w14:textId="77777777" w:rsidR="00A84B45" w:rsidRPr="00F54F5A" w:rsidRDefault="00A84B45" w:rsidP="00CA634C">
      <w:pPr>
        <w:keepNext/>
        <w:spacing w:before="120" w:after="0" w:line="240" w:lineRule="auto"/>
        <w:rPr>
          <w:rFonts w:eastAsia="Times New Roman" w:cs="Times New Roman"/>
          <w:b/>
          <w:sz w:val="26"/>
        </w:rPr>
      </w:pPr>
    </w:p>
    <w:p w14:paraId="54FA5065" w14:textId="12F79EDB" w:rsidR="00884DFA" w:rsidRPr="00F54F5A" w:rsidRDefault="00436074" w:rsidP="00CA634C">
      <w:pPr>
        <w:keepNext/>
        <w:spacing w:before="120" w:after="0" w:line="240" w:lineRule="auto"/>
        <w:rPr>
          <w:rFonts w:cs="Times New Roman"/>
          <w:sz w:val="26"/>
        </w:rPr>
      </w:pPr>
      <w:r w:rsidRPr="00F54F5A">
        <w:rPr>
          <w:rFonts w:eastAsia="Times New Roman" w:cs="Times New Roman"/>
          <w:b/>
          <w:sz w:val="26"/>
        </w:rPr>
        <w:t>III. PHÂN BỐ CA MẮC, TỬ VONG VÀ DI CHỨNG TOÀN TỈNH/THÀNH PHỐ</w:t>
      </w:r>
    </w:p>
    <w:tbl>
      <w:tblPr>
        <w:tblW w:w="142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23"/>
        <w:gridCol w:w="2601"/>
        <w:gridCol w:w="938"/>
        <w:gridCol w:w="938"/>
        <w:gridCol w:w="938"/>
        <w:gridCol w:w="938"/>
        <w:gridCol w:w="938"/>
        <w:gridCol w:w="938"/>
        <w:gridCol w:w="938"/>
        <w:gridCol w:w="938"/>
        <w:gridCol w:w="938"/>
        <w:gridCol w:w="938"/>
        <w:gridCol w:w="938"/>
        <w:gridCol w:w="938"/>
      </w:tblGrid>
      <w:tr w:rsidR="00884DFA" w:rsidRPr="00F54F5A" w14:paraId="3129E9F1" w14:textId="77777777" w:rsidTr="00F54F5A">
        <w:trPr>
          <w:cantSplit/>
          <w:tblHeader/>
          <w:jc w:val="center"/>
        </w:trPr>
        <w:tc>
          <w:tcPr>
            <w:tcW w:w="397" w:type="dxa"/>
            <w:vMerge w:val="restart"/>
            <w:shd w:val="clear" w:color="auto" w:fill="E7E6E6"/>
            <w:tcMar>
              <w:top w:w="50" w:type="dxa"/>
              <w:left w:w="60" w:type="dxa"/>
              <w:bottom w:w="50" w:type="dxa"/>
              <w:right w:w="60" w:type="dxa"/>
            </w:tcMar>
            <w:vAlign w:val="center"/>
          </w:tcPr>
          <w:p w14:paraId="21EB28B5"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TT</w:t>
            </w:r>
          </w:p>
        </w:tc>
        <w:tc>
          <w:tcPr>
            <w:tcW w:w="2438" w:type="dxa"/>
            <w:vMerge w:val="restart"/>
            <w:shd w:val="clear" w:color="auto" w:fill="E7E6E6"/>
            <w:tcMar>
              <w:top w:w="50" w:type="dxa"/>
              <w:left w:w="60" w:type="dxa"/>
              <w:bottom w:w="50" w:type="dxa"/>
              <w:right w:w="60" w:type="dxa"/>
            </w:tcMar>
            <w:vAlign w:val="center"/>
          </w:tcPr>
          <w:p w14:paraId="55855E73"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Nội dung</w:t>
            </w:r>
          </w:p>
        </w:tc>
        <w:tc>
          <w:tcPr>
            <w:tcW w:w="1758" w:type="dxa"/>
            <w:gridSpan w:val="2"/>
            <w:shd w:val="clear" w:color="auto" w:fill="E7E6E6"/>
            <w:tcMar>
              <w:top w:w="50" w:type="dxa"/>
              <w:left w:w="60" w:type="dxa"/>
              <w:bottom w:w="50" w:type="dxa"/>
              <w:right w:w="60" w:type="dxa"/>
            </w:tcMar>
            <w:vAlign w:val="center"/>
          </w:tcPr>
          <w:p w14:paraId="7885528B" w14:textId="6E1BE286" w:rsidR="00884DFA" w:rsidRPr="00F54F5A" w:rsidRDefault="00583457" w:rsidP="00F54F5A">
            <w:pPr>
              <w:spacing w:after="0" w:line="240" w:lineRule="auto"/>
              <w:jc w:val="center"/>
              <w:rPr>
                <w:rFonts w:cs="Times New Roman"/>
                <w:sz w:val="24"/>
                <w:lang w:val="vi-VN"/>
              </w:rPr>
            </w:pPr>
            <w:r w:rsidRPr="00F54F5A">
              <w:rPr>
                <w:rFonts w:cs="Times New Roman"/>
                <w:sz w:val="24"/>
                <w:szCs w:val="20"/>
              </w:rPr>
              <w:t>Tổng</w:t>
            </w:r>
            <w:r w:rsidRPr="00F54F5A">
              <w:rPr>
                <w:rFonts w:cs="Times New Roman"/>
                <w:sz w:val="24"/>
                <w:szCs w:val="20"/>
                <w:lang w:val="vi-VN"/>
              </w:rPr>
              <w:t xml:space="preserve"> số</w:t>
            </w:r>
          </w:p>
        </w:tc>
        <w:tc>
          <w:tcPr>
            <w:tcW w:w="1758" w:type="dxa"/>
            <w:gridSpan w:val="2"/>
            <w:shd w:val="clear" w:color="auto" w:fill="E7E6E6"/>
            <w:tcMar>
              <w:top w:w="50" w:type="dxa"/>
              <w:left w:w="60" w:type="dxa"/>
              <w:bottom w:w="50" w:type="dxa"/>
              <w:right w:w="60" w:type="dxa"/>
            </w:tcMar>
            <w:vAlign w:val="center"/>
          </w:tcPr>
          <w:p w14:paraId="2DBC867F"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0 - 4 tuổi</w:t>
            </w:r>
          </w:p>
        </w:tc>
        <w:tc>
          <w:tcPr>
            <w:tcW w:w="1758" w:type="dxa"/>
            <w:gridSpan w:val="2"/>
            <w:shd w:val="clear" w:color="auto" w:fill="E7E6E6"/>
            <w:tcMar>
              <w:top w:w="50" w:type="dxa"/>
              <w:left w:w="60" w:type="dxa"/>
              <w:bottom w:w="50" w:type="dxa"/>
              <w:right w:w="60" w:type="dxa"/>
            </w:tcMar>
            <w:vAlign w:val="center"/>
          </w:tcPr>
          <w:p w14:paraId="34809479"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5 - &lt;16 tuổi</w:t>
            </w:r>
          </w:p>
        </w:tc>
        <w:tc>
          <w:tcPr>
            <w:tcW w:w="1758" w:type="dxa"/>
            <w:gridSpan w:val="2"/>
            <w:shd w:val="clear" w:color="auto" w:fill="E7E6E6"/>
            <w:tcMar>
              <w:top w:w="50" w:type="dxa"/>
              <w:left w:w="60" w:type="dxa"/>
              <w:bottom w:w="50" w:type="dxa"/>
              <w:right w:w="60" w:type="dxa"/>
            </w:tcMar>
            <w:vAlign w:val="center"/>
          </w:tcPr>
          <w:p w14:paraId="43CCB3BC"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16 - 19 tuổi</w:t>
            </w:r>
          </w:p>
        </w:tc>
        <w:tc>
          <w:tcPr>
            <w:tcW w:w="1758" w:type="dxa"/>
            <w:gridSpan w:val="2"/>
            <w:shd w:val="clear" w:color="auto" w:fill="E7E6E6"/>
            <w:tcMar>
              <w:top w:w="50" w:type="dxa"/>
              <w:left w:w="60" w:type="dxa"/>
              <w:bottom w:w="50" w:type="dxa"/>
              <w:right w:w="60" w:type="dxa"/>
            </w:tcMar>
            <w:vAlign w:val="center"/>
          </w:tcPr>
          <w:p w14:paraId="1F17FB9B"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20 - 60 tuổi</w:t>
            </w:r>
          </w:p>
        </w:tc>
        <w:tc>
          <w:tcPr>
            <w:tcW w:w="1758" w:type="dxa"/>
            <w:gridSpan w:val="2"/>
            <w:shd w:val="clear" w:color="auto" w:fill="E7E6E6"/>
            <w:tcMar>
              <w:top w:w="50" w:type="dxa"/>
              <w:left w:w="60" w:type="dxa"/>
              <w:bottom w:w="50" w:type="dxa"/>
              <w:right w:w="60" w:type="dxa"/>
            </w:tcMar>
            <w:vAlign w:val="center"/>
          </w:tcPr>
          <w:p w14:paraId="761C27A5"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&gt;60 tuổi</w:t>
            </w:r>
          </w:p>
        </w:tc>
      </w:tr>
      <w:tr w:rsidR="00AE3421" w:rsidRPr="00F54F5A" w14:paraId="3C1DFFC6" w14:textId="77777777" w:rsidTr="00F54F5A">
        <w:trPr>
          <w:cantSplit/>
          <w:tblHeader/>
          <w:jc w:val="center"/>
        </w:trPr>
        <w:tc>
          <w:tcPr>
            <w:tcW w:w="397" w:type="dxa"/>
            <w:vMerge/>
          </w:tcPr>
          <w:p w14:paraId="300085EA" w14:textId="77777777" w:rsidR="00AE3421" w:rsidRPr="00F54F5A" w:rsidRDefault="00AE3421" w:rsidP="00F54F5A">
            <w:pPr>
              <w:spacing w:after="0" w:line="240" w:lineRule="auto"/>
              <w:rPr>
                <w:rFonts w:cs="Times New Roman"/>
                <w:sz w:val="24"/>
              </w:rPr>
            </w:pPr>
          </w:p>
        </w:tc>
        <w:tc>
          <w:tcPr>
            <w:tcW w:w="2438" w:type="dxa"/>
            <w:vMerge/>
          </w:tcPr>
          <w:p w14:paraId="1F1E20CD" w14:textId="77777777" w:rsidR="00AE3421" w:rsidRPr="00F54F5A" w:rsidRDefault="00AE3421" w:rsidP="00F54F5A">
            <w:pPr>
              <w:spacing w:after="0" w:line="240" w:lineRule="auto"/>
              <w:rPr>
                <w:rFonts w:cs="Times New Roman"/>
                <w:sz w:val="24"/>
              </w:rPr>
            </w:pPr>
          </w:p>
        </w:tc>
        <w:tc>
          <w:tcPr>
            <w:tcW w:w="879" w:type="dxa"/>
            <w:shd w:val="clear" w:color="auto" w:fill="E7E6E6"/>
            <w:tcMar>
              <w:top w:w="50" w:type="dxa"/>
              <w:left w:w="60" w:type="dxa"/>
              <w:bottom w:w="50" w:type="dxa"/>
              <w:right w:w="60" w:type="dxa"/>
            </w:tcMar>
            <w:vAlign w:val="center"/>
          </w:tcPr>
          <w:p w14:paraId="61DD1430" w14:textId="06A46B30"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Nam</w:t>
            </w:r>
          </w:p>
        </w:tc>
        <w:tc>
          <w:tcPr>
            <w:tcW w:w="879" w:type="dxa"/>
            <w:shd w:val="clear" w:color="auto" w:fill="E7E6E6"/>
            <w:tcMar>
              <w:top w:w="50" w:type="dxa"/>
              <w:left w:w="60" w:type="dxa"/>
              <w:bottom w:w="50" w:type="dxa"/>
              <w:right w:w="60" w:type="dxa"/>
            </w:tcMar>
            <w:vAlign w:val="center"/>
          </w:tcPr>
          <w:p w14:paraId="795C6CB8" w14:textId="57389892"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Nữ</w:t>
            </w:r>
          </w:p>
        </w:tc>
        <w:tc>
          <w:tcPr>
            <w:tcW w:w="879" w:type="dxa"/>
            <w:shd w:val="clear" w:color="auto" w:fill="E7E6E6"/>
            <w:tcMar>
              <w:top w:w="50" w:type="dxa"/>
              <w:left w:w="60" w:type="dxa"/>
              <w:bottom w:w="50" w:type="dxa"/>
              <w:right w:w="60" w:type="dxa"/>
            </w:tcMar>
            <w:vAlign w:val="center"/>
          </w:tcPr>
          <w:p w14:paraId="69C3D5A3" w14:textId="4CE3D2D2"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Nam</w:t>
            </w:r>
          </w:p>
        </w:tc>
        <w:tc>
          <w:tcPr>
            <w:tcW w:w="879" w:type="dxa"/>
            <w:shd w:val="clear" w:color="auto" w:fill="E7E6E6"/>
            <w:tcMar>
              <w:top w:w="50" w:type="dxa"/>
              <w:left w:w="60" w:type="dxa"/>
              <w:bottom w:w="50" w:type="dxa"/>
              <w:right w:w="60" w:type="dxa"/>
            </w:tcMar>
            <w:vAlign w:val="center"/>
          </w:tcPr>
          <w:p w14:paraId="18E7C5BA" w14:textId="4CC8B517"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Nữ</w:t>
            </w:r>
          </w:p>
        </w:tc>
        <w:tc>
          <w:tcPr>
            <w:tcW w:w="879" w:type="dxa"/>
            <w:shd w:val="clear" w:color="auto" w:fill="E7E6E6"/>
            <w:tcMar>
              <w:top w:w="50" w:type="dxa"/>
              <w:left w:w="60" w:type="dxa"/>
              <w:bottom w:w="50" w:type="dxa"/>
              <w:right w:w="60" w:type="dxa"/>
            </w:tcMar>
            <w:vAlign w:val="center"/>
          </w:tcPr>
          <w:p w14:paraId="0E993F8C" w14:textId="605EE7BA"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Nam</w:t>
            </w:r>
          </w:p>
        </w:tc>
        <w:tc>
          <w:tcPr>
            <w:tcW w:w="879" w:type="dxa"/>
            <w:shd w:val="clear" w:color="auto" w:fill="E7E6E6"/>
            <w:tcMar>
              <w:top w:w="50" w:type="dxa"/>
              <w:left w:w="60" w:type="dxa"/>
              <w:bottom w:w="50" w:type="dxa"/>
              <w:right w:w="60" w:type="dxa"/>
            </w:tcMar>
            <w:vAlign w:val="center"/>
          </w:tcPr>
          <w:p w14:paraId="2827A292" w14:textId="1B3AC17D"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Nữ</w:t>
            </w:r>
          </w:p>
        </w:tc>
        <w:tc>
          <w:tcPr>
            <w:tcW w:w="879" w:type="dxa"/>
            <w:shd w:val="clear" w:color="auto" w:fill="E7E6E6"/>
            <w:tcMar>
              <w:top w:w="50" w:type="dxa"/>
              <w:left w:w="60" w:type="dxa"/>
              <w:bottom w:w="50" w:type="dxa"/>
              <w:right w:w="60" w:type="dxa"/>
            </w:tcMar>
            <w:vAlign w:val="center"/>
          </w:tcPr>
          <w:p w14:paraId="1394842C" w14:textId="614FCC57"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Nam</w:t>
            </w:r>
          </w:p>
        </w:tc>
        <w:tc>
          <w:tcPr>
            <w:tcW w:w="879" w:type="dxa"/>
            <w:shd w:val="clear" w:color="auto" w:fill="E7E6E6"/>
            <w:tcMar>
              <w:top w:w="50" w:type="dxa"/>
              <w:left w:w="60" w:type="dxa"/>
              <w:bottom w:w="50" w:type="dxa"/>
              <w:right w:w="60" w:type="dxa"/>
            </w:tcMar>
            <w:vAlign w:val="center"/>
          </w:tcPr>
          <w:p w14:paraId="439F4A40" w14:textId="54689CD2"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Nữ</w:t>
            </w:r>
          </w:p>
        </w:tc>
        <w:tc>
          <w:tcPr>
            <w:tcW w:w="879" w:type="dxa"/>
            <w:shd w:val="clear" w:color="auto" w:fill="E7E6E6"/>
            <w:tcMar>
              <w:top w:w="50" w:type="dxa"/>
              <w:left w:w="60" w:type="dxa"/>
              <w:bottom w:w="50" w:type="dxa"/>
              <w:right w:w="60" w:type="dxa"/>
            </w:tcMar>
            <w:vAlign w:val="center"/>
          </w:tcPr>
          <w:p w14:paraId="50F050EA" w14:textId="75E4EFCB"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Nam</w:t>
            </w:r>
          </w:p>
        </w:tc>
        <w:tc>
          <w:tcPr>
            <w:tcW w:w="879" w:type="dxa"/>
            <w:shd w:val="clear" w:color="auto" w:fill="E7E6E6"/>
            <w:tcMar>
              <w:top w:w="50" w:type="dxa"/>
              <w:left w:w="60" w:type="dxa"/>
              <w:bottom w:w="50" w:type="dxa"/>
              <w:right w:w="60" w:type="dxa"/>
            </w:tcMar>
            <w:vAlign w:val="center"/>
          </w:tcPr>
          <w:p w14:paraId="2E5D0EC7" w14:textId="4F31A2DF"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Nữ</w:t>
            </w:r>
          </w:p>
        </w:tc>
        <w:tc>
          <w:tcPr>
            <w:tcW w:w="879" w:type="dxa"/>
            <w:shd w:val="clear" w:color="auto" w:fill="E7E6E6"/>
            <w:tcMar>
              <w:top w:w="50" w:type="dxa"/>
              <w:left w:w="60" w:type="dxa"/>
              <w:bottom w:w="50" w:type="dxa"/>
              <w:right w:w="60" w:type="dxa"/>
            </w:tcMar>
            <w:vAlign w:val="center"/>
          </w:tcPr>
          <w:p w14:paraId="430CC61A" w14:textId="0C47049C"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Nam</w:t>
            </w:r>
          </w:p>
        </w:tc>
        <w:tc>
          <w:tcPr>
            <w:tcW w:w="879" w:type="dxa"/>
            <w:shd w:val="clear" w:color="auto" w:fill="E7E6E6"/>
            <w:tcMar>
              <w:top w:w="50" w:type="dxa"/>
              <w:left w:w="60" w:type="dxa"/>
              <w:bottom w:w="50" w:type="dxa"/>
              <w:right w:w="60" w:type="dxa"/>
            </w:tcMar>
            <w:vAlign w:val="center"/>
          </w:tcPr>
          <w:p w14:paraId="5C18BD2B" w14:textId="5F01754E" w:rsidR="00AE3421" w:rsidRPr="00F54F5A" w:rsidRDefault="00AE3421" w:rsidP="00F54F5A">
            <w:pPr>
              <w:spacing w:after="0" w:line="240" w:lineRule="auto"/>
              <w:jc w:val="center"/>
              <w:rPr>
                <w:rFonts w:cs="Times New Roman"/>
                <w:sz w:val="24"/>
              </w:rPr>
            </w:pPr>
            <w:r w:rsidRPr="00F54F5A">
              <w:rPr>
                <w:rFonts w:eastAsia="Times New Roman" w:cs="Times New Roman"/>
                <w:b/>
                <w:sz w:val="24"/>
              </w:rPr>
              <w:t>Nữ</w:t>
            </w:r>
          </w:p>
        </w:tc>
      </w:tr>
      <w:tr w:rsidR="00884DFA" w:rsidRPr="00F54F5A" w14:paraId="556571E9" w14:textId="77777777" w:rsidTr="00F54F5A">
        <w:trPr>
          <w:cantSplit/>
          <w:jc w:val="center"/>
        </w:trPr>
        <w:tc>
          <w:tcPr>
            <w:tcW w:w="397" w:type="dxa"/>
            <w:tcMar>
              <w:top w:w="50" w:type="dxa"/>
              <w:left w:w="60" w:type="dxa"/>
              <w:bottom w:w="50" w:type="dxa"/>
              <w:right w:w="60" w:type="dxa"/>
            </w:tcMar>
            <w:vAlign w:val="center"/>
          </w:tcPr>
          <w:p w14:paraId="65EA3102"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1</w:t>
            </w:r>
          </w:p>
        </w:tc>
        <w:tc>
          <w:tcPr>
            <w:tcW w:w="2438" w:type="dxa"/>
            <w:tcMar>
              <w:top w:w="50" w:type="dxa"/>
              <w:left w:w="60" w:type="dxa"/>
              <w:bottom w:w="50" w:type="dxa"/>
              <w:right w:w="60" w:type="dxa"/>
            </w:tcMar>
            <w:vAlign w:val="center"/>
          </w:tcPr>
          <w:p w14:paraId="64671103" w14:textId="69BBFCBB" w:rsidR="00884DFA"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436074" w:rsidRPr="00F54F5A">
              <w:rPr>
                <w:rFonts w:eastAsia="Times New Roman" w:cs="Times New Roman"/>
                <w:sz w:val="24"/>
              </w:rPr>
              <w:t xml:space="preserve"> mắc</w:t>
            </w:r>
          </w:p>
        </w:tc>
        <w:tc>
          <w:tcPr>
            <w:tcW w:w="879" w:type="dxa"/>
            <w:tcMar>
              <w:top w:w="50" w:type="dxa"/>
              <w:left w:w="60" w:type="dxa"/>
              <w:bottom w:w="50" w:type="dxa"/>
              <w:right w:w="60" w:type="dxa"/>
            </w:tcMar>
            <w:vAlign w:val="center"/>
          </w:tcPr>
          <w:p w14:paraId="61048085"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4C365C2"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723651E"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3EB1F19"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E14A479"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8F69E1C"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81C5E3C"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357D0E8"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AF61519"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D941821"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56E7EBB"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B00B67C" w14:textId="77777777" w:rsidR="00884DFA" w:rsidRPr="00F54F5A" w:rsidRDefault="00884DFA" w:rsidP="00F54F5A">
            <w:pPr>
              <w:spacing w:after="0" w:line="240" w:lineRule="auto"/>
              <w:jc w:val="center"/>
              <w:rPr>
                <w:rFonts w:cs="Times New Roman"/>
                <w:sz w:val="24"/>
              </w:rPr>
            </w:pPr>
          </w:p>
        </w:tc>
      </w:tr>
      <w:tr w:rsidR="00884DFA" w:rsidRPr="00F54F5A" w14:paraId="4313C8D0" w14:textId="77777777" w:rsidTr="00F54F5A">
        <w:trPr>
          <w:cantSplit/>
          <w:jc w:val="center"/>
        </w:trPr>
        <w:tc>
          <w:tcPr>
            <w:tcW w:w="397" w:type="dxa"/>
            <w:tcMar>
              <w:top w:w="50" w:type="dxa"/>
              <w:left w:w="60" w:type="dxa"/>
              <w:bottom w:w="50" w:type="dxa"/>
              <w:right w:w="60" w:type="dxa"/>
            </w:tcMar>
            <w:vAlign w:val="center"/>
          </w:tcPr>
          <w:p w14:paraId="2FCFE0B2"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1.1</w:t>
            </w:r>
          </w:p>
        </w:tc>
        <w:tc>
          <w:tcPr>
            <w:tcW w:w="2438" w:type="dxa"/>
            <w:tcMar>
              <w:top w:w="50" w:type="dxa"/>
              <w:left w:w="60" w:type="dxa"/>
              <w:bottom w:w="50" w:type="dxa"/>
              <w:right w:w="60" w:type="dxa"/>
            </w:tcMar>
            <w:vAlign w:val="center"/>
          </w:tcPr>
          <w:p w14:paraId="54EBD977" w14:textId="10FBD54D" w:rsidR="00884DFA" w:rsidRPr="00F54F5A" w:rsidRDefault="008F6410" w:rsidP="00F54F5A">
            <w:pPr>
              <w:spacing w:after="0" w:line="240" w:lineRule="auto"/>
              <w:rPr>
                <w:rFonts w:cs="Times New Roman"/>
                <w:sz w:val="24"/>
              </w:rPr>
            </w:pPr>
            <w:r w:rsidRPr="00F54F5A">
              <w:rPr>
                <w:rFonts w:eastAsia="Times New Roman" w:cs="Times New Roman"/>
                <w:sz w:val="24"/>
              </w:rPr>
              <w:t>Số trường hợp bệnh</w:t>
            </w:r>
            <w:r w:rsidR="00B6413E" w:rsidRPr="00F54F5A">
              <w:rPr>
                <w:rFonts w:eastAsia="Times New Roman" w:cs="Times New Roman"/>
                <w:sz w:val="24"/>
              </w:rPr>
              <w:t xml:space="preserve"> nghi ngờ</w:t>
            </w:r>
          </w:p>
        </w:tc>
        <w:tc>
          <w:tcPr>
            <w:tcW w:w="879" w:type="dxa"/>
            <w:tcMar>
              <w:top w:w="50" w:type="dxa"/>
              <w:left w:w="60" w:type="dxa"/>
              <w:bottom w:w="50" w:type="dxa"/>
              <w:right w:w="60" w:type="dxa"/>
            </w:tcMar>
            <w:vAlign w:val="center"/>
          </w:tcPr>
          <w:p w14:paraId="77028B09"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79CCC2F"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55200EB"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5F9E2AF"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E7A0699"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A5C102D"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8E533BE"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BFEA5A3"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3253F19"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6F2769A"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EBCC797"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B41B6F0" w14:textId="77777777" w:rsidR="00884DFA" w:rsidRPr="00F54F5A" w:rsidRDefault="00884DFA" w:rsidP="00F54F5A">
            <w:pPr>
              <w:spacing w:after="0" w:line="240" w:lineRule="auto"/>
              <w:jc w:val="center"/>
              <w:rPr>
                <w:rFonts w:cs="Times New Roman"/>
                <w:sz w:val="24"/>
              </w:rPr>
            </w:pPr>
          </w:p>
        </w:tc>
      </w:tr>
      <w:tr w:rsidR="00884DFA" w:rsidRPr="00F54F5A" w14:paraId="4BACF10F" w14:textId="77777777" w:rsidTr="00F54F5A">
        <w:trPr>
          <w:cantSplit/>
          <w:jc w:val="center"/>
        </w:trPr>
        <w:tc>
          <w:tcPr>
            <w:tcW w:w="397" w:type="dxa"/>
            <w:tcMar>
              <w:top w:w="50" w:type="dxa"/>
              <w:left w:w="60" w:type="dxa"/>
              <w:bottom w:w="50" w:type="dxa"/>
              <w:right w:w="60" w:type="dxa"/>
            </w:tcMar>
            <w:vAlign w:val="center"/>
          </w:tcPr>
          <w:p w14:paraId="690BB32B"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1.2</w:t>
            </w:r>
          </w:p>
        </w:tc>
        <w:tc>
          <w:tcPr>
            <w:tcW w:w="2438" w:type="dxa"/>
            <w:tcMar>
              <w:top w:w="50" w:type="dxa"/>
              <w:left w:w="60" w:type="dxa"/>
              <w:bottom w:w="50" w:type="dxa"/>
              <w:right w:w="60" w:type="dxa"/>
            </w:tcMar>
            <w:vAlign w:val="center"/>
          </w:tcPr>
          <w:p w14:paraId="00E57023" w14:textId="3C456D4C" w:rsidR="00884DFA" w:rsidRPr="00F54F5A" w:rsidRDefault="008F6410" w:rsidP="00F54F5A">
            <w:pPr>
              <w:spacing w:after="0" w:line="240" w:lineRule="auto"/>
              <w:rPr>
                <w:rFonts w:cs="Times New Roman"/>
                <w:sz w:val="24"/>
              </w:rPr>
            </w:pPr>
            <w:r w:rsidRPr="00F54F5A">
              <w:rPr>
                <w:rFonts w:eastAsia="Times New Roman" w:cs="Times New Roman"/>
                <w:sz w:val="24"/>
              </w:rPr>
              <w:t>Số trường hợp bệnh</w:t>
            </w:r>
            <w:r w:rsidR="00B6413E" w:rsidRPr="00F54F5A">
              <w:rPr>
                <w:rFonts w:eastAsia="Times New Roman" w:cs="Times New Roman"/>
                <w:sz w:val="24"/>
              </w:rPr>
              <w:t xml:space="preserve"> xác định</w:t>
            </w:r>
          </w:p>
        </w:tc>
        <w:tc>
          <w:tcPr>
            <w:tcW w:w="879" w:type="dxa"/>
            <w:tcMar>
              <w:top w:w="50" w:type="dxa"/>
              <w:left w:w="60" w:type="dxa"/>
              <w:bottom w:w="50" w:type="dxa"/>
              <w:right w:w="60" w:type="dxa"/>
            </w:tcMar>
            <w:vAlign w:val="center"/>
          </w:tcPr>
          <w:p w14:paraId="7D0B9753"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0B9363A"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C6223D1"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C04CD1B"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F3D9040"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7D3C270"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1D71EB2"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4C194F6"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17C9CC5"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49737FD"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84BB9A7"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C1E2638" w14:textId="77777777" w:rsidR="00884DFA" w:rsidRPr="00F54F5A" w:rsidRDefault="00884DFA" w:rsidP="00F54F5A">
            <w:pPr>
              <w:spacing w:after="0" w:line="240" w:lineRule="auto"/>
              <w:jc w:val="center"/>
              <w:rPr>
                <w:rFonts w:cs="Times New Roman"/>
                <w:sz w:val="24"/>
              </w:rPr>
            </w:pPr>
          </w:p>
        </w:tc>
      </w:tr>
      <w:tr w:rsidR="00884DFA" w:rsidRPr="00F54F5A" w14:paraId="3B9DFEE5" w14:textId="77777777" w:rsidTr="00F54F5A">
        <w:trPr>
          <w:cantSplit/>
          <w:jc w:val="center"/>
        </w:trPr>
        <w:tc>
          <w:tcPr>
            <w:tcW w:w="397" w:type="dxa"/>
            <w:tcMar>
              <w:top w:w="50" w:type="dxa"/>
              <w:left w:w="60" w:type="dxa"/>
              <w:bottom w:w="50" w:type="dxa"/>
              <w:right w:w="60" w:type="dxa"/>
            </w:tcMar>
            <w:vAlign w:val="center"/>
          </w:tcPr>
          <w:p w14:paraId="44A8A790"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2</w:t>
            </w:r>
          </w:p>
        </w:tc>
        <w:tc>
          <w:tcPr>
            <w:tcW w:w="2438" w:type="dxa"/>
            <w:tcMar>
              <w:top w:w="50" w:type="dxa"/>
              <w:left w:w="60" w:type="dxa"/>
              <w:bottom w:w="50" w:type="dxa"/>
              <w:right w:w="60" w:type="dxa"/>
            </w:tcMar>
            <w:vAlign w:val="center"/>
          </w:tcPr>
          <w:p w14:paraId="1531145C" w14:textId="60EF80FB" w:rsidR="00884DFA"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436074" w:rsidRPr="00F54F5A">
              <w:rPr>
                <w:rFonts w:eastAsia="Times New Roman" w:cs="Times New Roman"/>
                <w:sz w:val="24"/>
              </w:rPr>
              <w:t xml:space="preserve"> tử vong</w:t>
            </w:r>
          </w:p>
        </w:tc>
        <w:tc>
          <w:tcPr>
            <w:tcW w:w="879" w:type="dxa"/>
            <w:tcMar>
              <w:top w:w="50" w:type="dxa"/>
              <w:left w:w="60" w:type="dxa"/>
              <w:bottom w:w="50" w:type="dxa"/>
              <w:right w:w="60" w:type="dxa"/>
            </w:tcMar>
            <w:vAlign w:val="center"/>
          </w:tcPr>
          <w:p w14:paraId="16E6C71F"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E719E7E"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7DA2462"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66B2B0EB"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03A2818"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221232C"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C4F0B9A"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F7CEAC4"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6472730"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2B728F1"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37AA6A7C"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FC3F516" w14:textId="77777777" w:rsidR="00884DFA" w:rsidRPr="00F54F5A" w:rsidRDefault="00884DFA" w:rsidP="00F54F5A">
            <w:pPr>
              <w:spacing w:after="0" w:line="240" w:lineRule="auto"/>
              <w:jc w:val="center"/>
              <w:rPr>
                <w:rFonts w:cs="Times New Roman"/>
                <w:sz w:val="24"/>
              </w:rPr>
            </w:pPr>
          </w:p>
        </w:tc>
      </w:tr>
      <w:tr w:rsidR="00884DFA" w:rsidRPr="00F54F5A" w14:paraId="6B3CB41E" w14:textId="77777777" w:rsidTr="00F54F5A">
        <w:trPr>
          <w:cantSplit/>
          <w:jc w:val="center"/>
        </w:trPr>
        <w:tc>
          <w:tcPr>
            <w:tcW w:w="397" w:type="dxa"/>
            <w:tcMar>
              <w:top w:w="50" w:type="dxa"/>
              <w:left w:w="60" w:type="dxa"/>
              <w:bottom w:w="50" w:type="dxa"/>
              <w:right w:w="60" w:type="dxa"/>
            </w:tcMar>
            <w:vAlign w:val="center"/>
          </w:tcPr>
          <w:p w14:paraId="37486FFB"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3</w:t>
            </w:r>
          </w:p>
        </w:tc>
        <w:tc>
          <w:tcPr>
            <w:tcW w:w="2438" w:type="dxa"/>
            <w:tcMar>
              <w:top w:w="50" w:type="dxa"/>
              <w:left w:w="60" w:type="dxa"/>
              <w:bottom w:w="50" w:type="dxa"/>
              <w:right w:w="60" w:type="dxa"/>
            </w:tcMar>
            <w:vAlign w:val="center"/>
          </w:tcPr>
          <w:p w14:paraId="70FCD363" w14:textId="6A4A53D0" w:rsidR="00884DFA" w:rsidRPr="00F54F5A" w:rsidRDefault="003A21C1" w:rsidP="00F54F5A">
            <w:pPr>
              <w:spacing w:after="0" w:line="240" w:lineRule="auto"/>
              <w:rPr>
                <w:rFonts w:cs="Times New Roman"/>
                <w:sz w:val="24"/>
              </w:rPr>
            </w:pPr>
            <w:r w:rsidRPr="00F54F5A">
              <w:rPr>
                <w:rFonts w:eastAsia="Times New Roman" w:cs="Times New Roman"/>
                <w:sz w:val="24"/>
              </w:rPr>
              <w:t>Số trường hợp bệnh</w:t>
            </w:r>
            <w:r w:rsidR="00436074" w:rsidRPr="00F54F5A">
              <w:rPr>
                <w:rFonts w:eastAsia="Times New Roman" w:cs="Times New Roman"/>
                <w:sz w:val="24"/>
              </w:rPr>
              <w:t xml:space="preserve"> có di chứng</w:t>
            </w:r>
          </w:p>
        </w:tc>
        <w:tc>
          <w:tcPr>
            <w:tcW w:w="879" w:type="dxa"/>
            <w:tcMar>
              <w:top w:w="50" w:type="dxa"/>
              <w:left w:w="60" w:type="dxa"/>
              <w:bottom w:w="50" w:type="dxa"/>
              <w:right w:w="60" w:type="dxa"/>
            </w:tcMar>
            <w:vAlign w:val="center"/>
          </w:tcPr>
          <w:p w14:paraId="2E4669B0"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E514DFE"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029E6EE"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128D3A9D"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F0E6024"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58B2D60"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7758B614"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214E275C"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4E48C545"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8C4C188"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0F41539A" w14:textId="77777777" w:rsidR="00884DFA" w:rsidRPr="00F54F5A" w:rsidRDefault="00884DFA" w:rsidP="00F54F5A">
            <w:pPr>
              <w:spacing w:after="0" w:line="240" w:lineRule="auto"/>
              <w:jc w:val="center"/>
              <w:rPr>
                <w:rFonts w:cs="Times New Roman"/>
                <w:sz w:val="24"/>
              </w:rPr>
            </w:pPr>
          </w:p>
        </w:tc>
        <w:tc>
          <w:tcPr>
            <w:tcW w:w="879" w:type="dxa"/>
            <w:tcMar>
              <w:top w:w="50" w:type="dxa"/>
              <w:left w:w="60" w:type="dxa"/>
              <w:bottom w:w="50" w:type="dxa"/>
              <w:right w:w="60" w:type="dxa"/>
            </w:tcMar>
            <w:vAlign w:val="center"/>
          </w:tcPr>
          <w:p w14:paraId="58310293" w14:textId="77777777" w:rsidR="00884DFA" w:rsidRPr="00F54F5A" w:rsidRDefault="00884DFA" w:rsidP="00F54F5A">
            <w:pPr>
              <w:spacing w:after="0" w:line="240" w:lineRule="auto"/>
              <w:jc w:val="center"/>
              <w:rPr>
                <w:rFonts w:cs="Times New Roman"/>
                <w:sz w:val="24"/>
              </w:rPr>
            </w:pPr>
          </w:p>
        </w:tc>
      </w:tr>
    </w:tbl>
    <w:p w14:paraId="12D6C043" w14:textId="77777777" w:rsidR="00884DFA" w:rsidRDefault="00436074" w:rsidP="00CA634C">
      <w:pPr>
        <w:spacing w:before="120" w:after="0" w:line="240" w:lineRule="auto"/>
        <w:rPr>
          <w:rFonts w:eastAsia="Times New Roman" w:cs="Times New Roman"/>
          <w:i/>
          <w:sz w:val="26"/>
        </w:rPr>
      </w:pPr>
      <w:r w:rsidRPr="00F54F5A">
        <w:rPr>
          <w:rFonts w:eastAsia="Times New Roman" w:cs="Times New Roman"/>
          <w:i/>
          <w:sz w:val="26"/>
        </w:rPr>
        <w:t>(Số liệu của toàn bộ thời gian thống kê; nhóm tuổi và giới tính xác định theo tuổi tại thời điểm mắc bệnh.)</w:t>
      </w:r>
    </w:p>
    <w:p w14:paraId="47B8A28C" w14:textId="77777777" w:rsidR="005F338C" w:rsidRPr="00F54F5A" w:rsidRDefault="005F338C" w:rsidP="00CA634C">
      <w:pPr>
        <w:spacing w:before="120" w:after="0" w:line="240" w:lineRule="auto"/>
        <w:rPr>
          <w:rFonts w:cs="Times New Roman"/>
          <w:sz w:val="26"/>
        </w:rPr>
      </w:pPr>
    </w:p>
    <w:tbl>
      <w:tblPr>
        <w:tblW w:w="142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34"/>
        <w:gridCol w:w="6029"/>
        <w:gridCol w:w="2539"/>
        <w:gridCol w:w="2539"/>
        <w:gridCol w:w="2539"/>
      </w:tblGrid>
      <w:tr w:rsidR="00884DFA" w:rsidRPr="00F54F5A" w14:paraId="4FF1D3C6" w14:textId="77777777" w:rsidTr="00F54F5A">
        <w:trPr>
          <w:cantSplit/>
          <w:tblHeader/>
          <w:jc w:val="center"/>
        </w:trPr>
        <w:tc>
          <w:tcPr>
            <w:tcW w:w="567" w:type="dxa"/>
            <w:shd w:val="clear" w:color="auto" w:fill="E7E6E6"/>
            <w:tcMar>
              <w:top w:w="50" w:type="dxa"/>
              <w:left w:w="60" w:type="dxa"/>
              <w:bottom w:w="50" w:type="dxa"/>
              <w:right w:w="60" w:type="dxa"/>
            </w:tcMar>
            <w:vAlign w:val="center"/>
          </w:tcPr>
          <w:p w14:paraId="539A8A67"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TT</w:t>
            </w:r>
          </w:p>
        </w:tc>
        <w:tc>
          <w:tcPr>
            <w:tcW w:w="5386" w:type="dxa"/>
            <w:shd w:val="clear" w:color="auto" w:fill="E7E6E6"/>
            <w:tcMar>
              <w:top w:w="50" w:type="dxa"/>
              <w:left w:w="60" w:type="dxa"/>
              <w:bottom w:w="50" w:type="dxa"/>
              <w:right w:w="60" w:type="dxa"/>
            </w:tcMar>
            <w:vAlign w:val="center"/>
          </w:tcPr>
          <w:p w14:paraId="6ABC76DE" w14:textId="77777777" w:rsidR="00884DFA" w:rsidRPr="00F54F5A" w:rsidRDefault="00436074" w:rsidP="00F54F5A">
            <w:pPr>
              <w:spacing w:after="0" w:line="240" w:lineRule="auto"/>
              <w:jc w:val="center"/>
              <w:rPr>
                <w:rFonts w:cs="Times New Roman"/>
                <w:sz w:val="24"/>
              </w:rPr>
            </w:pPr>
            <w:r w:rsidRPr="00F54F5A">
              <w:rPr>
                <w:rFonts w:eastAsia="Times New Roman" w:cs="Times New Roman"/>
                <w:b/>
                <w:sz w:val="24"/>
              </w:rPr>
              <w:t>Dân tộc/nhóm đặc thù</w:t>
            </w:r>
          </w:p>
        </w:tc>
        <w:tc>
          <w:tcPr>
            <w:tcW w:w="2268" w:type="dxa"/>
            <w:shd w:val="clear" w:color="auto" w:fill="E7E6E6"/>
            <w:tcMar>
              <w:top w:w="50" w:type="dxa"/>
              <w:left w:w="60" w:type="dxa"/>
              <w:bottom w:w="50" w:type="dxa"/>
              <w:right w:w="60" w:type="dxa"/>
            </w:tcMar>
            <w:vAlign w:val="center"/>
          </w:tcPr>
          <w:p w14:paraId="5B29209A" w14:textId="44AAEF62" w:rsidR="00884DFA" w:rsidRPr="00F54F5A" w:rsidRDefault="003A21C1" w:rsidP="00F54F5A">
            <w:pPr>
              <w:spacing w:after="0" w:line="240" w:lineRule="auto"/>
              <w:jc w:val="center"/>
              <w:rPr>
                <w:rFonts w:cs="Times New Roman"/>
                <w:sz w:val="24"/>
              </w:rPr>
            </w:pPr>
            <w:r w:rsidRPr="00F54F5A">
              <w:rPr>
                <w:rFonts w:eastAsia="Times New Roman" w:cs="Times New Roman"/>
                <w:b/>
                <w:sz w:val="24"/>
              </w:rPr>
              <w:t>Số trường hợp bệnh</w:t>
            </w:r>
            <w:r w:rsidR="00436074" w:rsidRPr="00F54F5A">
              <w:rPr>
                <w:rFonts w:eastAsia="Times New Roman" w:cs="Times New Roman"/>
                <w:b/>
                <w:sz w:val="24"/>
              </w:rPr>
              <w:t xml:space="preserve"> mắc</w:t>
            </w:r>
          </w:p>
        </w:tc>
        <w:tc>
          <w:tcPr>
            <w:tcW w:w="2268" w:type="dxa"/>
            <w:shd w:val="clear" w:color="auto" w:fill="E7E6E6"/>
            <w:tcMar>
              <w:top w:w="50" w:type="dxa"/>
              <w:left w:w="60" w:type="dxa"/>
              <w:bottom w:w="50" w:type="dxa"/>
              <w:right w:w="60" w:type="dxa"/>
            </w:tcMar>
            <w:vAlign w:val="center"/>
          </w:tcPr>
          <w:p w14:paraId="53D49ABF" w14:textId="75D2C71A" w:rsidR="00884DFA" w:rsidRPr="00F54F5A" w:rsidRDefault="003A21C1" w:rsidP="00F54F5A">
            <w:pPr>
              <w:spacing w:after="0" w:line="240" w:lineRule="auto"/>
              <w:jc w:val="center"/>
              <w:rPr>
                <w:rFonts w:cs="Times New Roman"/>
                <w:sz w:val="24"/>
              </w:rPr>
            </w:pPr>
            <w:r w:rsidRPr="00F54F5A">
              <w:rPr>
                <w:rFonts w:eastAsia="Times New Roman" w:cs="Times New Roman"/>
                <w:b/>
                <w:sz w:val="24"/>
              </w:rPr>
              <w:t>Số trường hợp bệnh</w:t>
            </w:r>
            <w:r w:rsidR="00436074" w:rsidRPr="00F54F5A">
              <w:rPr>
                <w:rFonts w:eastAsia="Times New Roman" w:cs="Times New Roman"/>
                <w:b/>
                <w:sz w:val="24"/>
              </w:rPr>
              <w:t xml:space="preserve"> tử vong</w:t>
            </w:r>
          </w:p>
        </w:tc>
        <w:tc>
          <w:tcPr>
            <w:tcW w:w="2268" w:type="dxa"/>
            <w:shd w:val="clear" w:color="auto" w:fill="E7E6E6"/>
            <w:tcMar>
              <w:top w:w="50" w:type="dxa"/>
              <w:left w:w="60" w:type="dxa"/>
              <w:bottom w:w="50" w:type="dxa"/>
              <w:right w:w="60" w:type="dxa"/>
            </w:tcMar>
            <w:vAlign w:val="center"/>
          </w:tcPr>
          <w:p w14:paraId="1E417352" w14:textId="0A262843" w:rsidR="00884DFA" w:rsidRPr="00F54F5A" w:rsidRDefault="003A21C1" w:rsidP="00F54F5A">
            <w:pPr>
              <w:spacing w:after="0" w:line="240" w:lineRule="auto"/>
              <w:jc w:val="center"/>
              <w:rPr>
                <w:rFonts w:cs="Times New Roman"/>
                <w:sz w:val="24"/>
              </w:rPr>
            </w:pPr>
            <w:r w:rsidRPr="00F54F5A">
              <w:rPr>
                <w:rFonts w:eastAsia="Times New Roman" w:cs="Times New Roman"/>
                <w:b/>
                <w:sz w:val="24"/>
              </w:rPr>
              <w:t>Số trường hợp bệnh</w:t>
            </w:r>
            <w:r w:rsidR="00436074" w:rsidRPr="00F54F5A">
              <w:rPr>
                <w:rFonts w:eastAsia="Times New Roman" w:cs="Times New Roman"/>
                <w:b/>
                <w:sz w:val="24"/>
              </w:rPr>
              <w:t xml:space="preserve"> có di chứng</w:t>
            </w:r>
          </w:p>
        </w:tc>
      </w:tr>
      <w:tr w:rsidR="00884DFA" w:rsidRPr="00F54F5A" w14:paraId="1701D2DD" w14:textId="77777777" w:rsidTr="00F54F5A">
        <w:trPr>
          <w:cantSplit/>
          <w:jc w:val="center"/>
        </w:trPr>
        <w:tc>
          <w:tcPr>
            <w:tcW w:w="567" w:type="dxa"/>
            <w:tcMar>
              <w:top w:w="50" w:type="dxa"/>
              <w:left w:w="60" w:type="dxa"/>
              <w:bottom w:w="50" w:type="dxa"/>
              <w:right w:w="60" w:type="dxa"/>
            </w:tcMar>
            <w:vAlign w:val="center"/>
          </w:tcPr>
          <w:p w14:paraId="0B563B9C"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1</w:t>
            </w:r>
          </w:p>
        </w:tc>
        <w:tc>
          <w:tcPr>
            <w:tcW w:w="5386" w:type="dxa"/>
            <w:tcMar>
              <w:top w:w="50" w:type="dxa"/>
              <w:left w:w="60" w:type="dxa"/>
              <w:bottom w:w="50" w:type="dxa"/>
              <w:right w:w="60" w:type="dxa"/>
            </w:tcMar>
            <w:vAlign w:val="center"/>
          </w:tcPr>
          <w:p w14:paraId="063979A3" w14:textId="77777777" w:rsidR="00884DFA" w:rsidRPr="00F54F5A" w:rsidRDefault="00436074" w:rsidP="00F54F5A">
            <w:pPr>
              <w:spacing w:after="0" w:line="240" w:lineRule="auto"/>
              <w:rPr>
                <w:rFonts w:cs="Times New Roman"/>
                <w:sz w:val="24"/>
              </w:rPr>
            </w:pPr>
            <w:r w:rsidRPr="00F54F5A">
              <w:rPr>
                <w:rFonts w:eastAsia="Times New Roman" w:cs="Times New Roman"/>
                <w:sz w:val="24"/>
              </w:rPr>
              <w:t>Dân tộc Kinh</w:t>
            </w:r>
          </w:p>
        </w:tc>
        <w:tc>
          <w:tcPr>
            <w:tcW w:w="2268" w:type="dxa"/>
            <w:tcMar>
              <w:top w:w="50" w:type="dxa"/>
              <w:left w:w="60" w:type="dxa"/>
              <w:bottom w:w="50" w:type="dxa"/>
              <w:right w:w="60" w:type="dxa"/>
            </w:tcMar>
            <w:vAlign w:val="center"/>
          </w:tcPr>
          <w:p w14:paraId="65FC0AE6" w14:textId="77777777" w:rsidR="00884DFA" w:rsidRPr="00F54F5A" w:rsidRDefault="00884DFA"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113B0B99" w14:textId="77777777" w:rsidR="00884DFA" w:rsidRPr="00F54F5A" w:rsidRDefault="00884DFA"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2138B198" w14:textId="77777777" w:rsidR="00884DFA" w:rsidRPr="00F54F5A" w:rsidRDefault="00884DFA" w:rsidP="00F54F5A">
            <w:pPr>
              <w:spacing w:after="0" w:line="240" w:lineRule="auto"/>
              <w:jc w:val="center"/>
              <w:rPr>
                <w:rFonts w:cs="Times New Roman"/>
                <w:sz w:val="24"/>
              </w:rPr>
            </w:pPr>
          </w:p>
        </w:tc>
      </w:tr>
      <w:tr w:rsidR="00884DFA" w:rsidRPr="00F54F5A" w14:paraId="17CDFFB8" w14:textId="77777777" w:rsidTr="00F54F5A">
        <w:trPr>
          <w:cantSplit/>
          <w:jc w:val="center"/>
        </w:trPr>
        <w:tc>
          <w:tcPr>
            <w:tcW w:w="567" w:type="dxa"/>
            <w:tcMar>
              <w:top w:w="50" w:type="dxa"/>
              <w:left w:w="60" w:type="dxa"/>
              <w:bottom w:w="50" w:type="dxa"/>
              <w:right w:w="60" w:type="dxa"/>
            </w:tcMar>
            <w:vAlign w:val="center"/>
          </w:tcPr>
          <w:p w14:paraId="3C031611" w14:textId="77777777" w:rsidR="00884DFA" w:rsidRPr="00F54F5A" w:rsidRDefault="00436074" w:rsidP="00F54F5A">
            <w:pPr>
              <w:spacing w:after="0" w:line="240" w:lineRule="auto"/>
              <w:jc w:val="center"/>
              <w:rPr>
                <w:rFonts w:cs="Times New Roman"/>
                <w:sz w:val="24"/>
              </w:rPr>
            </w:pPr>
            <w:r w:rsidRPr="00F54F5A">
              <w:rPr>
                <w:rFonts w:eastAsia="Times New Roman" w:cs="Times New Roman"/>
                <w:sz w:val="24"/>
              </w:rPr>
              <w:t>2</w:t>
            </w:r>
          </w:p>
        </w:tc>
        <w:tc>
          <w:tcPr>
            <w:tcW w:w="5386" w:type="dxa"/>
            <w:tcMar>
              <w:top w:w="50" w:type="dxa"/>
              <w:left w:w="60" w:type="dxa"/>
              <w:bottom w:w="50" w:type="dxa"/>
              <w:right w:w="60" w:type="dxa"/>
            </w:tcMar>
            <w:vAlign w:val="center"/>
          </w:tcPr>
          <w:p w14:paraId="5D726357" w14:textId="77777777" w:rsidR="00884DFA" w:rsidRPr="00F54F5A" w:rsidRDefault="00436074" w:rsidP="00F54F5A">
            <w:pPr>
              <w:spacing w:after="0" w:line="240" w:lineRule="auto"/>
              <w:rPr>
                <w:rFonts w:cs="Times New Roman"/>
                <w:sz w:val="24"/>
              </w:rPr>
            </w:pPr>
            <w:r w:rsidRPr="00F54F5A">
              <w:rPr>
                <w:rFonts w:eastAsia="Times New Roman" w:cs="Times New Roman"/>
                <w:sz w:val="24"/>
              </w:rPr>
              <w:t>Dân tộc khác</w:t>
            </w:r>
          </w:p>
        </w:tc>
        <w:tc>
          <w:tcPr>
            <w:tcW w:w="2268" w:type="dxa"/>
            <w:tcMar>
              <w:top w:w="50" w:type="dxa"/>
              <w:left w:w="60" w:type="dxa"/>
              <w:bottom w:w="50" w:type="dxa"/>
              <w:right w:w="60" w:type="dxa"/>
            </w:tcMar>
            <w:vAlign w:val="center"/>
          </w:tcPr>
          <w:p w14:paraId="0859E04B" w14:textId="77777777" w:rsidR="00884DFA" w:rsidRPr="00F54F5A" w:rsidRDefault="00884DFA"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7AFE4EFF" w14:textId="77777777" w:rsidR="00884DFA" w:rsidRPr="00F54F5A" w:rsidRDefault="00884DFA"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09297DDB" w14:textId="77777777" w:rsidR="00884DFA" w:rsidRPr="00F54F5A" w:rsidRDefault="00884DFA" w:rsidP="00F54F5A">
            <w:pPr>
              <w:spacing w:after="0" w:line="240" w:lineRule="auto"/>
              <w:jc w:val="center"/>
              <w:rPr>
                <w:rFonts w:cs="Times New Roman"/>
                <w:sz w:val="24"/>
              </w:rPr>
            </w:pPr>
          </w:p>
        </w:tc>
      </w:tr>
      <w:tr w:rsidR="00884DFA" w:rsidRPr="00F54F5A" w14:paraId="3E37EAD4" w14:textId="77777777" w:rsidTr="00F54F5A">
        <w:trPr>
          <w:cantSplit/>
          <w:jc w:val="center"/>
        </w:trPr>
        <w:tc>
          <w:tcPr>
            <w:tcW w:w="567" w:type="dxa"/>
            <w:tcMar>
              <w:top w:w="50" w:type="dxa"/>
              <w:left w:w="60" w:type="dxa"/>
              <w:bottom w:w="50" w:type="dxa"/>
              <w:right w:w="60" w:type="dxa"/>
            </w:tcMar>
            <w:vAlign w:val="center"/>
          </w:tcPr>
          <w:p w14:paraId="023CE513" w14:textId="07416899" w:rsidR="00884DFA" w:rsidRPr="00F54F5A" w:rsidRDefault="00AE3421" w:rsidP="00F54F5A">
            <w:pPr>
              <w:spacing w:after="0" w:line="240" w:lineRule="auto"/>
              <w:jc w:val="center"/>
              <w:rPr>
                <w:rFonts w:cs="Times New Roman"/>
                <w:sz w:val="24"/>
                <w:lang w:val="vi-VN"/>
              </w:rPr>
            </w:pPr>
            <w:r w:rsidRPr="00F54F5A">
              <w:rPr>
                <w:rFonts w:eastAsia="Times New Roman" w:cs="Times New Roman"/>
                <w:sz w:val="24"/>
                <w:lang w:val="vi-VN"/>
              </w:rPr>
              <w:t>3</w:t>
            </w:r>
          </w:p>
        </w:tc>
        <w:tc>
          <w:tcPr>
            <w:tcW w:w="5386" w:type="dxa"/>
            <w:tcMar>
              <w:top w:w="50" w:type="dxa"/>
              <w:left w:w="60" w:type="dxa"/>
              <w:bottom w:w="50" w:type="dxa"/>
              <w:right w:w="60" w:type="dxa"/>
            </w:tcMar>
            <w:vAlign w:val="center"/>
          </w:tcPr>
          <w:p w14:paraId="752CC83D" w14:textId="77777777" w:rsidR="00884DFA" w:rsidRPr="00F54F5A" w:rsidRDefault="00436074" w:rsidP="00F54F5A">
            <w:pPr>
              <w:spacing w:after="0" w:line="240" w:lineRule="auto"/>
              <w:rPr>
                <w:rFonts w:cs="Times New Roman"/>
                <w:sz w:val="24"/>
              </w:rPr>
            </w:pPr>
            <w:r w:rsidRPr="00F54F5A">
              <w:rPr>
                <w:rFonts w:eastAsia="Times New Roman" w:cs="Times New Roman"/>
                <w:sz w:val="24"/>
              </w:rPr>
              <w:t>Nhân viên y tế</w:t>
            </w:r>
          </w:p>
        </w:tc>
        <w:tc>
          <w:tcPr>
            <w:tcW w:w="2268" w:type="dxa"/>
            <w:tcMar>
              <w:top w:w="50" w:type="dxa"/>
              <w:left w:w="60" w:type="dxa"/>
              <w:bottom w:w="50" w:type="dxa"/>
              <w:right w:w="60" w:type="dxa"/>
            </w:tcMar>
            <w:vAlign w:val="center"/>
          </w:tcPr>
          <w:p w14:paraId="520AD129" w14:textId="77777777" w:rsidR="00884DFA" w:rsidRPr="00F54F5A" w:rsidRDefault="00884DFA"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0406EC30" w14:textId="77777777" w:rsidR="00884DFA" w:rsidRPr="00F54F5A" w:rsidRDefault="00884DFA" w:rsidP="00F54F5A">
            <w:pPr>
              <w:spacing w:after="0" w:line="240" w:lineRule="auto"/>
              <w:jc w:val="center"/>
              <w:rPr>
                <w:rFonts w:cs="Times New Roman"/>
                <w:sz w:val="24"/>
              </w:rPr>
            </w:pPr>
          </w:p>
        </w:tc>
        <w:tc>
          <w:tcPr>
            <w:tcW w:w="2268" w:type="dxa"/>
            <w:tcMar>
              <w:top w:w="50" w:type="dxa"/>
              <w:left w:w="60" w:type="dxa"/>
              <w:bottom w:w="50" w:type="dxa"/>
              <w:right w:w="60" w:type="dxa"/>
            </w:tcMar>
            <w:vAlign w:val="center"/>
          </w:tcPr>
          <w:p w14:paraId="189F9C32" w14:textId="77777777" w:rsidR="00884DFA" w:rsidRPr="00F54F5A" w:rsidRDefault="00884DFA" w:rsidP="00F54F5A">
            <w:pPr>
              <w:spacing w:after="0" w:line="240" w:lineRule="auto"/>
              <w:jc w:val="center"/>
              <w:rPr>
                <w:rFonts w:cs="Times New Roman"/>
                <w:sz w:val="24"/>
              </w:rPr>
            </w:pPr>
          </w:p>
        </w:tc>
      </w:tr>
    </w:tbl>
    <w:p w14:paraId="0238977E" w14:textId="77777777" w:rsidR="00884DFA" w:rsidRPr="00F54F5A" w:rsidRDefault="00436074" w:rsidP="00CA634C">
      <w:pPr>
        <w:keepNext/>
        <w:spacing w:before="120" w:after="0" w:line="240" w:lineRule="auto"/>
        <w:rPr>
          <w:rFonts w:cs="Times New Roman"/>
          <w:sz w:val="26"/>
        </w:rPr>
      </w:pPr>
      <w:r w:rsidRPr="00F54F5A">
        <w:rPr>
          <w:rFonts w:eastAsia="Times New Roman" w:cs="Times New Roman"/>
          <w:b/>
          <w:sz w:val="26"/>
        </w:rPr>
        <w:lastRenderedPageBreak/>
        <w:t>IV. NHẬN ĐỊNH, KHÓ KHĂN VÀ KIẾN NGHỊ</w:t>
      </w:r>
    </w:p>
    <w:p w14:paraId="50187365" w14:textId="5A00A79D" w:rsidR="00884DFA" w:rsidRPr="00F54F5A" w:rsidRDefault="00436074" w:rsidP="00CA634C">
      <w:pPr>
        <w:spacing w:before="120" w:after="0" w:line="240" w:lineRule="auto"/>
        <w:ind w:firstLine="567"/>
        <w:rPr>
          <w:rFonts w:cs="Times New Roman"/>
          <w:sz w:val="26"/>
        </w:rPr>
      </w:pPr>
      <w:r w:rsidRPr="00F54F5A">
        <w:rPr>
          <w:rFonts w:eastAsia="Times New Roman" w:cs="Times New Roman"/>
          <w:b/>
          <w:sz w:val="26"/>
        </w:rPr>
        <w:t xml:space="preserve">1. Nhận định về mức độ thiệt hại: </w:t>
      </w:r>
      <w:r w:rsidRPr="00F54F5A">
        <w:rPr>
          <w:rFonts w:eastAsia="Times New Roman" w:cs="Times New Roman"/>
          <w:sz w:val="26"/>
        </w:rPr>
        <w:t>...............................................................................................................................</w:t>
      </w:r>
      <w:r w:rsidR="00BA1584">
        <w:rPr>
          <w:rFonts w:eastAsia="Times New Roman" w:cs="Times New Roman"/>
          <w:sz w:val="26"/>
        </w:rPr>
        <w:t>...................</w:t>
      </w:r>
    </w:p>
    <w:p w14:paraId="550FD37E" w14:textId="05DED0DC" w:rsidR="00884DFA" w:rsidRPr="00F54F5A" w:rsidRDefault="00436074" w:rsidP="00CA634C">
      <w:pPr>
        <w:spacing w:before="120" w:after="0" w:line="240" w:lineRule="auto"/>
        <w:ind w:firstLine="567"/>
        <w:rPr>
          <w:rFonts w:cs="Times New Roman"/>
          <w:sz w:val="26"/>
        </w:rPr>
      </w:pPr>
      <w:r w:rsidRPr="00F54F5A">
        <w:rPr>
          <w:rFonts w:eastAsia="Times New Roman" w:cs="Times New Roman"/>
          <w:b/>
          <w:sz w:val="26"/>
        </w:rPr>
        <w:t xml:space="preserve">2. Khó khăn: </w:t>
      </w:r>
      <w:r w:rsidRPr="00F54F5A">
        <w:rPr>
          <w:rFonts w:eastAsia="Times New Roman" w:cs="Times New Roman"/>
          <w:sz w:val="26"/>
        </w:rPr>
        <w:t>...............................................................................................................................</w:t>
      </w:r>
      <w:r w:rsidR="00BA1584">
        <w:rPr>
          <w:rFonts w:eastAsia="Times New Roman" w:cs="Times New Roman"/>
          <w:sz w:val="26"/>
        </w:rPr>
        <w:t>.....................................................</w:t>
      </w:r>
    </w:p>
    <w:p w14:paraId="5B316589" w14:textId="1CA4DDBB" w:rsidR="00884DFA" w:rsidRPr="00F54F5A" w:rsidRDefault="00436074" w:rsidP="00CA634C">
      <w:pPr>
        <w:spacing w:before="120" w:after="0" w:line="240" w:lineRule="auto"/>
        <w:ind w:firstLine="567"/>
        <w:rPr>
          <w:rFonts w:cs="Times New Roman"/>
          <w:sz w:val="26"/>
        </w:rPr>
      </w:pPr>
      <w:r w:rsidRPr="00F54F5A">
        <w:rPr>
          <w:rFonts w:eastAsia="Times New Roman" w:cs="Times New Roman"/>
          <w:b/>
          <w:sz w:val="26"/>
        </w:rPr>
        <w:t xml:space="preserve">3. Kiến nghị, đề xuất: </w:t>
      </w:r>
      <w:r w:rsidRPr="00F54F5A">
        <w:rPr>
          <w:rFonts w:eastAsia="Times New Roman" w:cs="Times New Roman"/>
          <w:sz w:val="26"/>
        </w:rPr>
        <w:t>...............................................................................................................................</w:t>
      </w:r>
      <w:r w:rsidR="00BA1584">
        <w:rPr>
          <w:rFonts w:eastAsia="Times New Roman" w:cs="Times New Roman"/>
          <w:sz w:val="26"/>
        </w:rPr>
        <w:t>.......................................</w:t>
      </w:r>
    </w:p>
    <w:p w14:paraId="564604E1" w14:textId="50D3E861" w:rsidR="00884DFA" w:rsidRPr="00F54F5A" w:rsidRDefault="00436074" w:rsidP="00CA634C">
      <w:pPr>
        <w:spacing w:before="120" w:after="0" w:line="240" w:lineRule="auto"/>
        <w:rPr>
          <w:rFonts w:cs="Times New Roman"/>
          <w:sz w:val="26"/>
        </w:rPr>
      </w:pPr>
      <w:r w:rsidRPr="00F54F5A">
        <w:rPr>
          <w:rFonts w:eastAsia="Times New Roman" w:cs="Times New Roman"/>
          <w:b/>
          <w:i/>
          <w:sz w:val="26"/>
        </w:rPr>
        <w:t>Ghi chú:</w:t>
      </w:r>
    </w:p>
    <w:p w14:paraId="57360893" w14:textId="77777777" w:rsidR="00884DFA" w:rsidRPr="00F54F5A" w:rsidRDefault="00436074" w:rsidP="00CA634C">
      <w:pPr>
        <w:spacing w:before="120" w:after="0" w:line="240" w:lineRule="auto"/>
        <w:ind w:left="283" w:hanging="227"/>
        <w:rPr>
          <w:rFonts w:cs="Times New Roman"/>
          <w:sz w:val="26"/>
        </w:rPr>
      </w:pPr>
      <w:r w:rsidRPr="00F54F5A">
        <w:rPr>
          <w:rFonts w:eastAsia="Times New Roman" w:cs="Times New Roman"/>
          <w:i/>
          <w:sz w:val="26"/>
        </w:rPr>
        <w:t>- Số liệu cấp tỉnh được tổng hợp từ báo cáo của Trạm Y tế cấp xã, cơ sở khám bệnh, chữa bệnh trực thuộc, tư nhân, trung ương và đơn vị liên quan trên địa bàn.</w:t>
      </w:r>
    </w:p>
    <w:p w14:paraId="4EF3CB44" w14:textId="59C132F3" w:rsidR="00884DFA" w:rsidRPr="00F54F5A" w:rsidRDefault="00436074" w:rsidP="00CA634C">
      <w:pPr>
        <w:spacing w:before="120" w:after="0" w:line="240" w:lineRule="auto"/>
        <w:ind w:left="283" w:hanging="227"/>
        <w:rPr>
          <w:rFonts w:cs="Times New Roman"/>
          <w:sz w:val="26"/>
        </w:rPr>
      </w:pPr>
      <w:r w:rsidRPr="00F54F5A">
        <w:rPr>
          <w:rFonts w:eastAsia="Times New Roman" w:cs="Times New Roman"/>
          <w:i/>
          <w:sz w:val="26"/>
        </w:rPr>
        <w:t xml:space="preserve">- Các trường hợp được phân theo địa chỉ </w:t>
      </w:r>
      <w:r w:rsidR="00583457" w:rsidRPr="00F54F5A">
        <w:rPr>
          <w:rFonts w:eastAsia="Times New Roman" w:cs="Times New Roman"/>
          <w:i/>
          <w:sz w:val="26"/>
        </w:rPr>
        <w:t>cư</w:t>
      </w:r>
      <w:r w:rsidR="00583457" w:rsidRPr="00F54F5A">
        <w:rPr>
          <w:rFonts w:eastAsia="Times New Roman" w:cs="Times New Roman"/>
          <w:i/>
          <w:sz w:val="26"/>
          <w:lang w:val="vi-VN"/>
        </w:rPr>
        <w:t xml:space="preserve"> </w:t>
      </w:r>
      <w:r w:rsidRPr="00F54F5A">
        <w:rPr>
          <w:rFonts w:eastAsia="Times New Roman" w:cs="Times New Roman"/>
          <w:i/>
          <w:sz w:val="26"/>
        </w:rPr>
        <w:t>trú; phải đối chiếu để loại trừ trùng lặp giữa các cơ sở và các cấp báo cáo.</w:t>
      </w:r>
    </w:p>
    <w:p w14:paraId="79C9BDB3" w14:textId="1D8FAE9B" w:rsidR="00884DFA" w:rsidRPr="00F54F5A" w:rsidRDefault="00436074" w:rsidP="00CA634C">
      <w:pPr>
        <w:spacing w:before="120" w:after="0" w:line="240" w:lineRule="auto"/>
        <w:ind w:left="283" w:hanging="227"/>
        <w:rPr>
          <w:rFonts w:cs="Times New Roman"/>
          <w:sz w:val="26"/>
        </w:rPr>
      </w:pPr>
      <w:r w:rsidRPr="00F54F5A">
        <w:rPr>
          <w:rFonts w:eastAsia="Times New Roman" w:cs="Times New Roman"/>
          <w:i/>
          <w:sz w:val="26"/>
        </w:rPr>
        <w:t xml:space="preserve">- Đang điều trị/quản lý là số hiện có tại thời điểm kết thúc thống kê; các </w:t>
      </w:r>
      <w:r w:rsidR="00583457" w:rsidRPr="00F54F5A">
        <w:rPr>
          <w:rFonts w:eastAsia="Times New Roman" w:cs="Times New Roman"/>
          <w:i/>
          <w:sz w:val="26"/>
        </w:rPr>
        <w:t>số</w:t>
      </w:r>
      <w:r w:rsidR="00583457" w:rsidRPr="00F54F5A">
        <w:rPr>
          <w:rFonts w:eastAsia="Times New Roman" w:cs="Times New Roman"/>
          <w:i/>
          <w:sz w:val="26"/>
          <w:lang w:val="vi-VN"/>
        </w:rPr>
        <w:t xml:space="preserve"> </w:t>
      </w:r>
      <w:r w:rsidRPr="00F54F5A">
        <w:rPr>
          <w:rFonts w:eastAsia="Times New Roman" w:cs="Times New Roman"/>
          <w:i/>
          <w:sz w:val="26"/>
        </w:rPr>
        <w:t>mắc, tử vong và di chứng là số lũy tích của toàn bộ thời gian thống kê.</w:t>
      </w:r>
    </w:p>
    <w:p w14:paraId="4B7F7F9A" w14:textId="5A89151E" w:rsidR="00884DFA" w:rsidRPr="00F54F5A" w:rsidRDefault="00884DFA" w:rsidP="00CA634C">
      <w:pPr>
        <w:spacing w:before="120" w:after="0" w:line="240" w:lineRule="auto"/>
        <w:ind w:left="283" w:hanging="227"/>
        <w:rPr>
          <w:rFonts w:cs="Times New Roman"/>
          <w:sz w:val="26"/>
          <w:lang w:val="vi-VN"/>
        </w:rPr>
      </w:pPr>
    </w:p>
    <w:p w14:paraId="0CF95694" w14:textId="77777777" w:rsidR="00862824" w:rsidRPr="00F54F5A" w:rsidRDefault="00436074" w:rsidP="00862824">
      <w:pPr>
        <w:tabs>
          <w:tab w:val="center" w:pos="3515"/>
          <w:tab w:val="center" w:pos="11339"/>
        </w:tabs>
        <w:spacing w:before="120" w:after="0" w:line="240" w:lineRule="auto"/>
        <w:rPr>
          <w:rFonts w:cs="Times New Roman"/>
          <w:sz w:val="26"/>
        </w:rPr>
      </w:pPr>
      <w:r w:rsidRPr="00F54F5A">
        <w:rPr>
          <w:rFonts w:eastAsia="Times New Roman" w:cs="Times New Roman"/>
          <w:b/>
          <w:sz w:val="26"/>
        </w:rPr>
        <w:tab/>
      </w:r>
    </w:p>
    <w:tbl>
      <w:tblPr>
        <w:tblW w:w="13608" w:type="dxa"/>
        <w:tblLayout w:type="fixed"/>
        <w:tblLook w:val="0400" w:firstRow="0" w:lastRow="0" w:firstColumn="0" w:lastColumn="0" w:noHBand="0" w:noVBand="1"/>
      </w:tblPr>
      <w:tblGrid>
        <w:gridCol w:w="3119"/>
        <w:gridCol w:w="6095"/>
        <w:gridCol w:w="4394"/>
      </w:tblGrid>
      <w:tr w:rsidR="00161C10" w:rsidRPr="004F4045" w14:paraId="6618947E" w14:textId="77777777" w:rsidTr="00C43B42">
        <w:tc>
          <w:tcPr>
            <w:tcW w:w="3119" w:type="dxa"/>
          </w:tcPr>
          <w:p w14:paraId="54EC9A4B" w14:textId="77777777" w:rsidR="00161C10" w:rsidRPr="004F4045" w:rsidRDefault="00161C10" w:rsidP="00161C10">
            <w:pPr>
              <w:spacing w:before="60" w:after="0" w:line="240" w:lineRule="auto"/>
            </w:pPr>
            <w:r w:rsidRPr="004F4045">
              <w:rPr>
                <w:b/>
                <w:bCs/>
                <w:i/>
                <w:iCs/>
              </w:rPr>
              <w:t>Nơi nhận:</w:t>
            </w:r>
          </w:p>
          <w:p w14:paraId="13E7FF46" w14:textId="77777777" w:rsidR="00161C10" w:rsidRPr="004F4045" w:rsidRDefault="00161C10" w:rsidP="00161C10">
            <w:pPr>
              <w:spacing w:before="60" w:after="0" w:line="240" w:lineRule="auto"/>
            </w:pPr>
            <w:r w:rsidRPr="004F4045">
              <w:t xml:space="preserve">- </w:t>
            </w:r>
            <w:r>
              <w:t>Ban Chỉ huy PTDS cấp tỉnh</w:t>
            </w:r>
            <w:r w:rsidRPr="004F4045">
              <w:rPr>
                <w:sz w:val="26"/>
                <w:szCs w:val="26"/>
              </w:rPr>
              <w:t>….</w:t>
            </w:r>
            <w:r w:rsidRPr="004F4045">
              <w:rPr>
                <w:sz w:val="26"/>
                <w:szCs w:val="26"/>
                <w:vertAlign w:val="superscript"/>
              </w:rPr>
              <w:t>(1)</w:t>
            </w:r>
            <w:r w:rsidRPr="004F4045">
              <w:rPr>
                <w:sz w:val="26"/>
                <w:szCs w:val="26"/>
              </w:rPr>
              <w:t>….</w:t>
            </w:r>
            <w:r w:rsidRPr="004F4045">
              <w:t>;</w:t>
            </w:r>
          </w:p>
          <w:p w14:paraId="4638D39B" w14:textId="77777777" w:rsidR="00161C10" w:rsidRDefault="00161C10" w:rsidP="00161C10">
            <w:pPr>
              <w:spacing w:before="60" w:after="0" w:line="240" w:lineRule="auto"/>
            </w:pPr>
            <w:r w:rsidRPr="004F4045">
              <w:t xml:space="preserve">- </w:t>
            </w:r>
            <w:r>
              <w:t>Cục Phòng bệnh;</w:t>
            </w:r>
          </w:p>
          <w:p w14:paraId="0D1ABD79" w14:textId="77777777" w:rsidR="00161C10" w:rsidRDefault="00161C10" w:rsidP="00161C10">
            <w:pPr>
              <w:spacing w:before="60" w:after="0" w:line="240" w:lineRule="auto"/>
            </w:pPr>
            <w:r>
              <w:t>- Viện Vệ sinh dịch tễ/Pasteur;</w:t>
            </w:r>
          </w:p>
          <w:p w14:paraId="55E38E77" w14:textId="77777777" w:rsidR="00161C10" w:rsidRPr="004F4045" w:rsidRDefault="00161C10" w:rsidP="00161C10">
            <w:pPr>
              <w:spacing w:before="60" w:after="0" w:line="240" w:lineRule="auto"/>
            </w:pPr>
            <w:r>
              <w:t>- Viện SR-KST-CT</w:t>
            </w:r>
            <w:r w:rsidRPr="004F4045">
              <w:t xml:space="preserve"> </w:t>
            </w:r>
            <w:r w:rsidRPr="004F4045">
              <w:rPr>
                <w:sz w:val="26"/>
                <w:szCs w:val="26"/>
              </w:rPr>
              <w:t>…</w:t>
            </w:r>
            <w:r w:rsidRPr="004F4045">
              <w:t>;</w:t>
            </w:r>
          </w:p>
          <w:p w14:paraId="15DD5E53" w14:textId="77777777" w:rsidR="00161C10" w:rsidRPr="004F4045" w:rsidRDefault="00161C10" w:rsidP="00161C10">
            <w:pPr>
              <w:spacing w:before="60" w:after="0" w:line="240" w:lineRule="auto"/>
            </w:pPr>
            <w:r w:rsidRPr="004F4045">
              <w:t>- …..;</w:t>
            </w:r>
          </w:p>
          <w:p w14:paraId="538C178E" w14:textId="687849A0" w:rsidR="00161C10" w:rsidRPr="004F4045" w:rsidRDefault="00161C10" w:rsidP="00161C10">
            <w:pPr>
              <w:spacing w:after="0" w:line="240" w:lineRule="auto"/>
            </w:pPr>
            <w:r w:rsidRPr="004F4045">
              <w:t>- Lưu: VT, … .</w:t>
            </w:r>
          </w:p>
        </w:tc>
        <w:tc>
          <w:tcPr>
            <w:tcW w:w="6095" w:type="dxa"/>
          </w:tcPr>
          <w:p w14:paraId="40708C29" w14:textId="77777777" w:rsidR="00161C10" w:rsidRPr="004F4045" w:rsidRDefault="00161C10" w:rsidP="00161C10"/>
        </w:tc>
        <w:tc>
          <w:tcPr>
            <w:tcW w:w="4394" w:type="dxa"/>
          </w:tcPr>
          <w:p w14:paraId="38BDD81D" w14:textId="3EC13949" w:rsidR="00161C10" w:rsidRPr="00161C10" w:rsidRDefault="00161C10" w:rsidP="00161C10">
            <w:pPr>
              <w:rPr>
                <w:b/>
                <w:bCs/>
                <w:sz w:val="26"/>
                <w:szCs w:val="26"/>
              </w:rPr>
            </w:pPr>
            <w:r w:rsidRPr="00161C10">
              <w:rPr>
                <w:b/>
                <w:bCs/>
                <w:sz w:val="26"/>
                <w:szCs w:val="26"/>
              </w:rPr>
              <w:t>LÃNH ĐẠO ĐƠN VỊ</w:t>
            </w:r>
          </w:p>
        </w:tc>
      </w:tr>
    </w:tbl>
    <w:p w14:paraId="750A4346" w14:textId="6E2E9AE6" w:rsidR="00884DFA" w:rsidRPr="00F54F5A" w:rsidRDefault="00884DFA" w:rsidP="00862824">
      <w:pPr>
        <w:tabs>
          <w:tab w:val="center" w:pos="3515"/>
          <w:tab w:val="center" w:pos="11339"/>
        </w:tabs>
        <w:spacing w:before="120" w:after="0" w:line="240" w:lineRule="auto"/>
        <w:rPr>
          <w:rFonts w:cs="Times New Roman"/>
          <w:sz w:val="26"/>
        </w:rPr>
      </w:pPr>
    </w:p>
    <w:sectPr w:rsidR="00884DFA" w:rsidRPr="00F54F5A" w:rsidSect="00862824">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850" w:bottom="709" w:left="1701"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A8FA3" w14:textId="77777777" w:rsidR="00AC7B23" w:rsidRDefault="00AC7B23">
      <w:pPr>
        <w:spacing w:after="0" w:line="240" w:lineRule="auto"/>
      </w:pPr>
      <w:r>
        <w:separator/>
      </w:r>
    </w:p>
  </w:endnote>
  <w:endnote w:type="continuationSeparator" w:id="0">
    <w:p w14:paraId="1D711DDE" w14:textId="77777777" w:rsidR="00AC7B23" w:rsidRDefault="00AC7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4A14F" w14:textId="77777777" w:rsidR="003A21C1" w:rsidRDefault="003A21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45BD4" w14:textId="760D1725" w:rsidR="00884DFA" w:rsidRPr="00BA1584" w:rsidRDefault="00884DFA" w:rsidP="00BA15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755E7" w14:textId="77777777" w:rsidR="003A21C1" w:rsidRDefault="003A21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A682E" w14:textId="77777777" w:rsidR="00AC7B23" w:rsidRDefault="00AC7B23">
      <w:pPr>
        <w:spacing w:after="0" w:line="240" w:lineRule="auto"/>
      </w:pPr>
      <w:r>
        <w:separator/>
      </w:r>
    </w:p>
  </w:footnote>
  <w:footnote w:type="continuationSeparator" w:id="0">
    <w:p w14:paraId="05EA4286" w14:textId="77777777" w:rsidR="00AC7B23" w:rsidRDefault="00AC7B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D596E" w14:textId="77777777" w:rsidR="003A21C1" w:rsidRDefault="003A21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23018" w14:textId="77777777" w:rsidR="003A21C1" w:rsidRDefault="003A21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462D6" w14:textId="77777777" w:rsidR="003A21C1" w:rsidRDefault="003A21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984530">
    <w:abstractNumId w:val="8"/>
  </w:num>
  <w:num w:numId="2" w16cid:durableId="1939943483">
    <w:abstractNumId w:val="6"/>
  </w:num>
  <w:num w:numId="3" w16cid:durableId="1549679731">
    <w:abstractNumId w:val="5"/>
  </w:num>
  <w:num w:numId="4" w16cid:durableId="1092043353">
    <w:abstractNumId w:val="4"/>
  </w:num>
  <w:num w:numId="5" w16cid:durableId="73166451">
    <w:abstractNumId w:val="7"/>
  </w:num>
  <w:num w:numId="6" w16cid:durableId="1463883976">
    <w:abstractNumId w:val="3"/>
  </w:num>
  <w:num w:numId="7" w16cid:durableId="761418868">
    <w:abstractNumId w:val="2"/>
  </w:num>
  <w:num w:numId="8" w16cid:durableId="37778077">
    <w:abstractNumId w:val="1"/>
  </w:num>
  <w:num w:numId="9" w16cid:durableId="1246039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9A0"/>
    <w:rsid w:val="0003315C"/>
    <w:rsid w:val="00034616"/>
    <w:rsid w:val="00051468"/>
    <w:rsid w:val="0006063C"/>
    <w:rsid w:val="00063E5F"/>
    <w:rsid w:val="00093A1D"/>
    <w:rsid w:val="000F68C3"/>
    <w:rsid w:val="0015074B"/>
    <w:rsid w:val="00151392"/>
    <w:rsid w:val="00161C10"/>
    <w:rsid w:val="00162E34"/>
    <w:rsid w:val="00164964"/>
    <w:rsid w:val="00182975"/>
    <w:rsid w:val="001B356B"/>
    <w:rsid w:val="001D3FEE"/>
    <w:rsid w:val="001D492E"/>
    <w:rsid w:val="001E733D"/>
    <w:rsid w:val="002165F3"/>
    <w:rsid w:val="00237D33"/>
    <w:rsid w:val="002542D6"/>
    <w:rsid w:val="00275E10"/>
    <w:rsid w:val="0028694B"/>
    <w:rsid w:val="0029639D"/>
    <w:rsid w:val="002A31A5"/>
    <w:rsid w:val="002E3243"/>
    <w:rsid w:val="00326F90"/>
    <w:rsid w:val="003639DC"/>
    <w:rsid w:val="003764B7"/>
    <w:rsid w:val="003A21C1"/>
    <w:rsid w:val="003C616C"/>
    <w:rsid w:val="003F0F62"/>
    <w:rsid w:val="00403EA9"/>
    <w:rsid w:val="0040690F"/>
    <w:rsid w:val="004318D0"/>
    <w:rsid w:val="00435A99"/>
    <w:rsid w:val="00436074"/>
    <w:rsid w:val="00441320"/>
    <w:rsid w:val="00441BAE"/>
    <w:rsid w:val="004B347E"/>
    <w:rsid w:val="004C6FC3"/>
    <w:rsid w:val="004D5F54"/>
    <w:rsid w:val="004E27B2"/>
    <w:rsid w:val="004E45E2"/>
    <w:rsid w:val="00502DC0"/>
    <w:rsid w:val="005427B0"/>
    <w:rsid w:val="00544B6C"/>
    <w:rsid w:val="005479F7"/>
    <w:rsid w:val="00583457"/>
    <w:rsid w:val="005A6B05"/>
    <w:rsid w:val="005D009C"/>
    <w:rsid w:val="005D64E2"/>
    <w:rsid w:val="005E2B26"/>
    <w:rsid w:val="005F338C"/>
    <w:rsid w:val="0062307C"/>
    <w:rsid w:val="006269E7"/>
    <w:rsid w:val="00636F63"/>
    <w:rsid w:val="00660EF0"/>
    <w:rsid w:val="006A12FD"/>
    <w:rsid w:val="006E7F5A"/>
    <w:rsid w:val="006F249A"/>
    <w:rsid w:val="006F61CF"/>
    <w:rsid w:val="006F78E2"/>
    <w:rsid w:val="007321A4"/>
    <w:rsid w:val="007767AD"/>
    <w:rsid w:val="00786291"/>
    <w:rsid w:val="00822608"/>
    <w:rsid w:val="00836325"/>
    <w:rsid w:val="00854757"/>
    <w:rsid w:val="00862824"/>
    <w:rsid w:val="00875570"/>
    <w:rsid w:val="00884DFA"/>
    <w:rsid w:val="00896AD9"/>
    <w:rsid w:val="00896BA3"/>
    <w:rsid w:val="00897D89"/>
    <w:rsid w:val="008C3852"/>
    <w:rsid w:val="008C62CF"/>
    <w:rsid w:val="008F6410"/>
    <w:rsid w:val="009046A9"/>
    <w:rsid w:val="00911EE3"/>
    <w:rsid w:val="00920A22"/>
    <w:rsid w:val="0092748F"/>
    <w:rsid w:val="009420C2"/>
    <w:rsid w:val="0096618C"/>
    <w:rsid w:val="00966EF7"/>
    <w:rsid w:val="00967E1B"/>
    <w:rsid w:val="009918A4"/>
    <w:rsid w:val="009A4C74"/>
    <w:rsid w:val="009D2242"/>
    <w:rsid w:val="009F0135"/>
    <w:rsid w:val="00A0003D"/>
    <w:rsid w:val="00A0222B"/>
    <w:rsid w:val="00A326EC"/>
    <w:rsid w:val="00A3519B"/>
    <w:rsid w:val="00A46AF8"/>
    <w:rsid w:val="00A55C1E"/>
    <w:rsid w:val="00A66E08"/>
    <w:rsid w:val="00A83A07"/>
    <w:rsid w:val="00A84B45"/>
    <w:rsid w:val="00A9564C"/>
    <w:rsid w:val="00AA1D8D"/>
    <w:rsid w:val="00AC7B23"/>
    <w:rsid w:val="00AD76A4"/>
    <w:rsid w:val="00AE28DA"/>
    <w:rsid w:val="00AE3421"/>
    <w:rsid w:val="00B12108"/>
    <w:rsid w:val="00B47730"/>
    <w:rsid w:val="00B5130E"/>
    <w:rsid w:val="00B6413E"/>
    <w:rsid w:val="00B67325"/>
    <w:rsid w:val="00B759C2"/>
    <w:rsid w:val="00B86407"/>
    <w:rsid w:val="00B91814"/>
    <w:rsid w:val="00BA1584"/>
    <w:rsid w:val="00BE0C1C"/>
    <w:rsid w:val="00BF1258"/>
    <w:rsid w:val="00C0489D"/>
    <w:rsid w:val="00C24016"/>
    <w:rsid w:val="00C471DA"/>
    <w:rsid w:val="00C77523"/>
    <w:rsid w:val="00CA634C"/>
    <w:rsid w:val="00CB0664"/>
    <w:rsid w:val="00CF43A5"/>
    <w:rsid w:val="00D27D2B"/>
    <w:rsid w:val="00D61407"/>
    <w:rsid w:val="00D7131E"/>
    <w:rsid w:val="00D73EAC"/>
    <w:rsid w:val="00D95AC1"/>
    <w:rsid w:val="00DA288D"/>
    <w:rsid w:val="00DB7271"/>
    <w:rsid w:val="00DC6C3B"/>
    <w:rsid w:val="00DD73EB"/>
    <w:rsid w:val="00DE3440"/>
    <w:rsid w:val="00DF41D1"/>
    <w:rsid w:val="00E0630E"/>
    <w:rsid w:val="00E249D0"/>
    <w:rsid w:val="00E3355D"/>
    <w:rsid w:val="00E6107E"/>
    <w:rsid w:val="00E61833"/>
    <w:rsid w:val="00E6420B"/>
    <w:rsid w:val="00E90D43"/>
    <w:rsid w:val="00EB0C38"/>
    <w:rsid w:val="00EC3AC2"/>
    <w:rsid w:val="00EC3FBA"/>
    <w:rsid w:val="00EC6DFF"/>
    <w:rsid w:val="00F42741"/>
    <w:rsid w:val="00F45F6C"/>
    <w:rsid w:val="00F54F5A"/>
    <w:rsid w:val="00F701BA"/>
    <w:rsid w:val="00F825A0"/>
    <w:rsid w:val="00FB36FA"/>
    <w:rsid w:val="00FC4D58"/>
    <w:rsid w:val="00FC693F"/>
    <w:rsid w:val="00FD4483"/>
    <w:rsid w:val="00FE4CAC"/>
    <w:rsid w:val="00FF53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DD9F272"/>
  <w14:defaultImageDpi w14:val="330"/>
  <w15:docId w15:val="{F5D45C9D-91B6-0E43-9226-61DE3CA67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9D2242"/>
    <w:pPr>
      <w:spacing w:after="0" w:line="240" w:lineRule="auto"/>
    </w:pPr>
    <w:rPr>
      <w:rFonts w:ascii="Times New Roman" w:hAnsi="Times New Roman"/>
    </w:rPr>
  </w:style>
  <w:style w:type="character" w:styleId="CommentReference">
    <w:name w:val="annotation reference"/>
    <w:basedOn w:val="DefaultParagraphFont"/>
    <w:uiPriority w:val="99"/>
    <w:semiHidden/>
    <w:unhideWhenUsed/>
    <w:rsid w:val="009D2242"/>
    <w:rPr>
      <w:sz w:val="16"/>
      <w:szCs w:val="16"/>
    </w:rPr>
  </w:style>
  <w:style w:type="paragraph" w:styleId="CommentText">
    <w:name w:val="annotation text"/>
    <w:basedOn w:val="Normal"/>
    <w:link w:val="CommentTextChar"/>
    <w:uiPriority w:val="99"/>
    <w:unhideWhenUsed/>
    <w:rsid w:val="009D2242"/>
    <w:pPr>
      <w:spacing w:line="240" w:lineRule="auto"/>
    </w:pPr>
    <w:rPr>
      <w:sz w:val="20"/>
      <w:szCs w:val="20"/>
    </w:rPr>
  </w:style>
  <w:style w:type="character" w:customStyle="1" w:styleId="CommentTextChar">
    <w:name w:val="Comment Text Char"/>
    <w:basedOn w:val="DefaultParagraphFont"/>
    <w:link w:val="CommentText"/>
    <w:uiPriority w:val="99"/>
    <w:rsid w:val="009D224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D2242"/>
    <w:rPr>
      <w:b/>
      <w:bCs/>
    </w:rPr>
  </w:style>
  <w:style w:type="character" w:customStyle="1" w:styleId="CommentSubjectChar">
    <w:name w:val="Comment Subject Char"/>
    <w:basedOn w:val="CommentTextChar"/>
    <w:link w:val="CommentSubject"/>
    <w:uiPriority w:val="99"/>
    <w:semiHidden/>
    <w:rsid w:val="009D2242"/>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 dockstate="right" visibility="0" width="525" row="4">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72FF6C3C-36F2-4DC1-BA22-002190D5D9F2}">
  <we:reference id="wa200010453" version="1.0.0.1" store="en-US" storeType="OMEX"/>
  <we:alternateReferences>
    <we:reference id="WA200010453" version="1.0.0.1" store="" storeType="OMEX"/>
  </we:alternateReferences>
  <we:properties>
    <we:property name="claude.fileId" value="&quot;25c21e8f-362f-4a71-ab40-b9779e233c56&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E241B893-2CC0-4F0A-B6ED-999C18150936}">
  <we:reference id="wa200010725" version="1.0.0.1" store="en-US" storeType="OMEX"/>
  <we:alternateReferences>
    <we:reference id="WA200010725" version="1.0.0.1" store="" storeType="OMEX"/>
  </we:alternateReferences>
  <we:properties>
    <we:property name="claude.fileId" value="&quot;cf92a824-a549-406d-8d78-9a168852729d&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20</Pages>
  <Words>2902</Words>
  <Characters>16542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19406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89</cp:revision>
  <cp:lastPrinted>2026-08-07T09:38:00Z</cp:lastPrinted>
  <dcterms:created xsi:type="dcterms:W3CDTF">2026-08-05T04:33:00Z</dcterms:created>
  <dcterms:modified xsi:type="dcterms:W3CDTF">2026-08-07T22:50:00Z</dcterms:modified>
  <cp:category/>
</cp:coreProperties>
</file>